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A738A" w14:textId="3883740E" w:rsidR="00EF6478" w:rsidRPr="007161D3" w:rsidRDefault="00EE2EC4">
      <w:pPr>
        <w:spacing w:after="0"/>
        <w:jc w:val="center"/>
        <w:rPr>
          <w:rFonts w:ascii="Times New Roman" w:hAnsi="Times New Roman" w:cs="Times New Roman"/>
          <w:b/>
          <w:color w:val="000000" w:themeColor="text1"/>
          <w:sz w:val="20"/>
          <w:szCs w:val="20"/>
        </w:rPr>
      </w:pPr>
      <w:r w:rsidRPr="007161D3">
        <w:rPr>
          <w:rFonts w:ascii="Times New Roman" w:hAnsi="Times New Roman" w:cs="Times New Roman"/>
          <w:b/>
          <w:color w:val="000000" w:themeColor="text1"/>
          <w:sz w:val="20"/>
          <w:szCs w:val="20"/>
        </w:rPr>
        <w:t>T.C</w:t>
      </w:r>
    </w:p>
    <w:p w14:paraId="50EF2F21" w14:textId="022FAA5B" w:rsidR="00EF6478" w:rsidRPr="007161D3" w:rsidRDefault="00000000">
      <w:pPr>
        <w:spacing w:after="0"/>
        <w:jc w:val="center"/>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ANKARA</w:t>
      </w:r>
      <w:r w:rsidR="00F11B6D" w:rsidRPr="007161D3">
        <w:rPr>
          <w:rFonts w:ascii="Times New Roman" w:hAnsi="Times New Roman" w:cs="Times New Roman"/>
          <w:b/>
          <w:color w:val="000000" w:themeColor="text1"/>
          <w:sz w:val="20"/>
          <w:szCs w:val="20"/>
        </w:rPr>
        <w:t xml:space="preserve"> BİLİM </w:t>
      </w:r>
      <w:r w:rsidRPr="007161D3">
        <w:rPr>
          <w:rFonts w:ascii="Times New Roman" w:hAnsi="Times New Roman" w:cs="Times New Roman"/>
          <w:b/>
          <w:color w:val="000000" w:themeColor="text1"/>
          <w:sz w:val="20"/>
          <w:szCs w:val="20"/>
        </w:rPr>
        <w:t xml:space="preserve"> UNIVERSITY</w:t>
      </w:r>
    </w:p>
    <w:p w14:paraId="02EFDA99" w14:textId="77777777" w:rsidR="00EF6478" w:rsidRPr="007161D3" w:rsidRDefault="00000000">
      <w:pPr>
        <w:spacing w:after="0"/>
        <w:jc w:val="center"/>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ERASMUS+ COORDINATION OFFICE</w:t>
      </w:r>
    </w:p>
    <w:p w14:paraId="46A1D408" w14:textId="77777777" w:rsidR="00EF6478" w:rsidRPr="007161D3" w:rsidRDefault="00000000">
      <w:pPr>
        <w:pStyle w:val="FormTitle"/>
        <w:spacing w:before="100" w:after="40"/>
        <w:jc w:val="center"/>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ERASMUS+ STUDENT MOBILITY FOR STUDIES</w:t>
      </w:r>
      <w:r w:rsidRPr="007161D3">
        <w:rPr>
          <w:rFonts w:ascii="Times New Roman" w:hAnsi="Times New Roman" w:cs="Times New Roman"/>
          <w:color w:val="000000" w:themeColor="text1"/>
          <w:sz w:val="20"/>
          <w:szCs w:val="20"/>
        </w:rPr>
        <w:br/>
        <w:t>EXTENSION REQUEST FORM</w:t>
      </w:r>
    </w:p>
    <w:p w14:paraId="49501671" w14:textId="77777777" w:rsidR="00EF6478" w:rsidRPr="007161D3" w:rsidRDefault="00000000">
      <w:pPr>
        <w:spacing w:after="60"/>
        <w:jc w:val="right"/>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Application Date: …… / …… / 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3730"/>
        <w:gridCol w:w="2179"/>
        <w:gridCol w:w="2594"/>
      </w:tblGrid>
      <w:tr w:rsidR="00EF6478" w:rsidRPr="007161D3" w14:paraId="7BE99DD3" w14:textId="77777777" w:rsidTr="007161D3">
        <w:trPr>
          <w:jc w:val="center"/>
        </w:trPr>
        <w:tc>
          <w:tcPr>
            <w:tcW w:w="10488" w:type="dxa"/>
            <w:gridSpan w:val="4"/>
            <w:tcMar>
              <w:top w:w="45" w:type="dxa"/>
              <w:left w:w="65" w:type="dxa"/>
              <w:bottom w:w="45" w:type="dxa"/>
              <w:right w:w="65" w:type="dxa"/>
            </w:tcMar>
            <w:vAlign w:val="center"/>
          </w:tcPr>
          <w:p w14:paraId="2079CE3C"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STUDENT INFORMATION</w:t>
            </w:r>
          </w:p>
        </w:tc>
      </w:tr>
      <w:tr w:rsidR="00EF6478" w:rsidRPr="007161D3" w14:paraId="6F085397" w14:textId="77777777" w:rsidTr="007161D3">
        <w:trPr>
          <w:jc w:val="center"/>
        </w:trPr>
        <w:tc>
          <w:tcPr>
            <w:tcW w:w="2622" w:type="dxa"/>
            <w:shd w:val="clear" w:color="auto" w:fill="FFFFFF" w:themeFill="background1"/>
            <w:tcMar>
              <w:top w:w="45" w:type="dxa"/>
              <w:left w:w="65" w:type="dxa"/>
              <w:bottom w:w="45" w:type="dxa"/>
              <w:right w:w="65" w:type="dxa"/>
            </w:tcMar>
            <w:vAlign w:val="center"/>
          </w:tcPr>
          <w:p w14:paraId="4C58932D"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Full Name</w:t>
            </w:r>
          </w:p>
        </w:tc>
        <w:tc>
          <w:tcPr>
            <w:tcW w:w="2622" w:type="dxa"/>
            <w:shd w:val="clear" w:color="auto" w:fill="FFFFFF" w:themeFill="background1"/>
            <w:tcMar>
              <w:top w:w="45" w:type="dxa"/>
              <w:left w:w="65" w:type="dxa"/>
              <w:bottom w:w="45" w:type="dxa"/>
              <w:right w:w="65" w:type="dxa"/>
            </w:tcMar>
            <w:vAlign w:val="center"/>
          </w:tcPr>
          <w:p w14:paraId="7D12F1FF"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c>
          <w:tcPr>
            <w:tcW w:w="2622" w:type="dxa"/>
            <w:shd w:val="clear" w:color="auto" w:fill="FFFFFF" w:themeFill="background1"/>
            <w:tcMar>
              <w:top w:w="45" w:type="dxa"/>
              <w:left w:w="65" w:type="dxa"/>
              <w:bottom w:w="45" w:type="dxa"/>
              <w:right w:w="65" w:type="dxa"/>
            </w:tcMar>
            <w:vAlign w:val="center"/>
          </w:tcPr>
          <w:p w14:paraId="5ADABCDF"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Student ID Number</w:t>
            </w:r>
          </w:p>
        </w:tc>
        <w:tc>
          <w:tcPr>
            <w:tcW w:w="2622" w:type="dxa"/>
            <w:tcMar>
              <w:top w:w="45" w:type="dxa"/>
              <w:left w:w="65" w:type="dxa"/>
              <w:bottom w:w="45" w:type="dxa"/>
              <w:right w:w="65" w:type="dxa"/>
            </w:tcMar>
            <w:vAlign w:val="center"/>
          </w:tcPr>
          <w:p w14:paraId="148C8CF5"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r>
      <w:tr w:rsidR="00EF6478" w:rsidRPr="007161D3" w14:paraId="5F9595B4" w14:textId="77777777" w:rsidTr="007161D3">
        <w:trPr>
          <w:jc w:val="center"/>
        </w:trPr>
        <w:tc>
          <w:tcPr>
            <w:tcW w:w="2622" w:type="dxa"/>
            <w:shd w:val="clear" w:color="auto" w:fill="FFFFFF" w:themeFill="background1"/>
            <w:tcMar>
              <w:top w:w="45" w:type="dxa"/>
              <w:left w:w="65" w:type="dxa"/>
              <w:bottom w:w="45" w:type="dxa"/>
              <w:right w:w="65" w:type="dxa"/>
            </w:tcMar>
            <w:vAlign w:val="center"/>
          </w:tcPr>
          <w:p w14:paraId="2D7BB7BA"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Faculty / School / Graduate School</w:t>
            </w:r>
          </w:p>
        </w:tc>
        <w:tc>
          <w:tcPr>
            <w:tcW w:w="2622" w:type="dxa"/>
            <w:shd w:val="clear" w:color="auto" w:fill="FFFFFF" w:themeFill="background1"/>
            <w:tcMar>
              <w:top w:w="45" w:type="dxa"/>
              <w:left w:w="65" w:type="dxa"/>
              <w:bottom w:w="45" w:type="dxa"/>
              <w:right w:w="65" w:type="dxa"/>
            </w:tcMar>
            <w:vAlign w:val="center"/>
          </w:tcPr>
          <w:p w14:paraId="7E441563"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c>
          <w:tcPr>
            <w:tcW w:w="2622" w:type="dxa"/>
            <w:shd w:val="clear" w:color="auto" w:fill="FFFFFF" w:themeFill="background1"/>
            <w:tcMar>
              <w:top w:w="45" w:type="dxa"/>
              <w:left w:w="65" w:type="dxa"/>
              <w:bottom w:w="45" w:type="dxa"/>
              <w:right w:w="65" w:type="dxa"/>
            </w:tcMar>
            <w:vAlign w:val="center"/>
          </w:tcPr>
          <w:p w14:paraId="14F5675C"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Department / Programme</w:t>
            </w:r>
          </w:p>
        </w:tc>
        <w:tc>
          <w:tcPr>
            <w:tcW w:w="2622" w:type="dxa"/>
            <w:tcMar>
              <w:top w:w="45" w:type="dxa"/>
              <w:left w:w="65" w:type="dxa"/>
              <w:bottom w:w="45" w:type="dxa"/>
              <w:right w:w="65" w:type="dxa"/>
            </w:tcMar>
            <w:vAlign w:val="center"/>
          </w:tcPr>
          <w:p w14:paraId="258AF995"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r>
      <w:tr w:rsidR="00EF6478" w:rsidRPr="007161D3" w14:paraId="460FB68E" w14:textId="77777777" w:rsidTr="007161D3">
        <w:trPr>
          <w:jc w:val="center"/>
        </w:trPr>
        <w:tc>
          <w:tcPr>
            <w:tcW w:w="2622" w:type="dxa"/>
            <w:shd w:val="clear" w:color="auto" w:fill="FFFFFF" w:themeFill="background1"/>
            <w:tcMar>
              <w:top w:w="45" w:type="dxa"/>
              <w:left w:w="65" w:type="dxa"/>
              <w:bottom w:w="45" w:type="dxa"/>
              <w:right w:w="65" w:type="dxa"/>
            </w:tcMar>
            <w:vAlign w:val="center"/>
          </w:tcPr>
          <w:p w14:paraId="089D0CA9"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Study Cycle</w:t>
            </w:r>
          </w:p>
        </w:tc>
        <w:tc>
          <w:tcPr>
            <w:tcW w:w="7866" w:type="dxa"/>
            <w:gridSpan w:val="3"/>
            <w:shd w:val="clear" w:color="auto" w:fill="FFFFFF" w:themeFill="background1"/>
            <w:tcMar>
              <w:top w:w="45" w:type="dxa"/>
              <w:left w:w="65" w:type="dxa"/>
              <w:bottom w:w="45" w:type="dxa"/>
              <w:right w:w="65" w:type="dxa"/>
            </w:tcMar>
            <w:vAlign w:val="center"/>
          </w:tcPr>
          <w:p w14:paraId="0BFB62F3" w14:textId="77777777" w:rsidR="00EF6478" w:rsidRPr="007161D3" w:rsidRDefault="00000000">
            <w:pPr>
              <w:rPr>
                <w:rFonts w:ascii="Times New Roman" w:hAnsi="Times New Roman" w:cs="Times New Roman"/>
                <w:color w:val="000000" w:themeColor="text1"/>
                <w:sz w:val="20"/>
                <w:szCs w:val="20"/>
              </w:rPr>
            </w:pPr>
            <w:r w:rsidRPr="007161D3">
              <w:rPr>
                <w:rFonts w:ascii="Segoe UI Symbol" w:hAnsi="Segoe UI Symbol" w:cs="Segoe UI Symbol"/>
                <w:color w:val="000000" w:themeColor="text1"/>
                <w:sz w:val="20"/>
                <w:szCs w:val="20"/>
              </w:rPr>
              <w:t>☐</w:t>
            </w:r>
            <w:r w:rsidRPr="007161D3">
              <w:rPr>
                <w:rFonts w:ascii="Times New Roman" w:hAnsi="Times New Roman" w:cs="Times New Roman"/>
                <w:color w:val="000000" w:themeColor="text1"/>
                <w:sz w:val="20"/>
                <w:szCs w:val="20"/>
              </w:rPr>
              <w:t xml:space="preserve"> Short Cycle   </w:t>
            </w:r>
            <w:r w:rsidRPr="007161D3">
              <w:rPr>
                <w:rFonts w:ascii="Segoe UI Symbol" w:hAnsi="Segoe UI Symbol" w:cs="Segoe UI Symbol"/>
                <w:color w:val="000000" w:themeColor="text1"/>
                <w:sz w:val="20"/>
                <w:szCs w:val="20"/>
              </w:rPr>
              <w:t>☐</w:t>
            </w:r>
            <w:r w:rsidRPr="007161D3">
              <w:rPr>
                <w:rFonts w:ascii="Times New Roman" w:hAnsi="Times New Roman" w:cs="Times New Roman"/>
                <w:color w:val="000000" w:themeColor="text1"/>
                <w:sz w:val="20"/>
                <w:szCs w:val="20"/>
              </w:rPr>
              <w:t xml:space="preserve"> Bachelor's   </w:t>
            </w:r>
            <w:r w:rsidRPr="007161D3">
              <w:rPr>
                <w:rFonts w:ascii="Segoe UI Symbol" w:hAnsi="Segoe UI Symbol" w:cs="Segoe UI Symbol"/>
                <w:color w:val="000000" w:themeColor="text1"/>
                <w:sz w:val="20"/>
                <w:szCs w:val="20"/>
              </w:rPr>
              <w:t>☐</w:t>
            </w:r>
            <w:r w:rsidRPr="007161D3">
              <w:rPr>
                <w:rFonts w:ascii="Times New Roman" w:hAnsi="Times New Roman" w:cs="Times New Roman"/>
                <w:color w:val="000000" w:themeColor="text1"/>
                <w:sz w:val="20"/>
                <w:szCs w:val="20"/>
              </w:rPr>
              <w:t xml:space="preserve"> Master's</w:t>
            </w:r>
          </w:p>
        </w:tc>
      </w:tr>
      <w:tr w:rsidR="00EF6478" w:rsidRPr="007161D3" w14:paraId="24A4A02E" w14:textId="77777777" w:rsidTr="007161D3">
        <w:trPr>
          <w:jc w:val="center"/>
        </w:trPr>
        <w:tc>
          <w:tcPr>
            <w:tcW w:w="2622" w:type="dxa"/>
            <w:shd w:val="clear" w:color="auto" w:fill="FFFFFF" w:themeFill="background1"/>
            <w:tcMar>
              <w:top w:w="45" w:type="dxa"/>
              <w:left w:w="65" w:type="dxa"/>
              <w:bottom w:w="45" w:type="dxa"/>
              <w:right w:w="65" w:type="dxa"/>
            </w:tcMar>
            <w:vAlign w:val="center"/>
          </w:tcPr>
          <w:p w14:paraId="63DB3ADA"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E-mail</w:t>
            </w:r>
          </w:p>
        </w:tc>
        <w:tc>
          <w:tcPr>
            <w:tcW w:w="2622" w:type="dxa"/>
            <w:shd w:val="clear" w:color="auto" w:fill="FFFFFF" w:themeFill="background1"/>
            <w:tcMar>
              <w:top w:w="45" w:type="dxa"/>
              <w:left w:w="65" w:type="dxa"/>
              <w:bottom w:w="45" w:type="dxa"/>
              <w:right w:w="65" w:type="dxa"/>
            </w:tcMar>
            <w:vAlign w:val="center"/>
          </w:tcPr>
          <w:p w14:paraId="6C6DB228"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c>
          <w:tcPr>
            <w:tcW w:w="2622" w:type="dxa"/>
            <w:shd w:val="clear" w:color="auto" w:fill="FFFFFF" w:themeFill="background1"/>
            <w:tcMar>
              <w:top w:w="45" w:type="dxa"/>
              <w:left w:w="65" w:type="dxa"/>
              <w:bottom w:w="45" w:type="dxa"/>
              <w:right w:w="65" w:type="dxa"/>
            </w:tcMar>
            <w:vAlign w:val="center"/>
          </w:tcPr>
          <w:p w14:paraId="47589720"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Phone Number</w:t>
            </w:r>
          </w:p>
        </w:tc>
        <w:tc>
          <w:tcPr>
            <w:tcW w:w="2622" w:type="dxa"/>
            <w:tcMar>
              <w:top w:w="45" w:type="dxa"/>
              <w:left w:w="65" w:type="dxa"/>
              <w:bottom w:w="45" w:type="dxa"/>
              <w:right w:w="65" w:type="dxa"/>
            </w:tcMar>
            <w:vAlign w:val="center"/>
          </w:tcPr>
          <w:p w14:paraId="2CAA845D"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r>
    </w:tbl>
    <w:p w14:paraId="5AA1C79F" w14:textId="77777777" w:rsidR="00EF6478" w:rsidRPr="007161D3" w:rsidRDefault="00EF6478">
      <w:pPr>
        <w:spacing w:after="0"/>
        <w:rPr>
          <w:rFonts w:ascii="Times New Roman" w:hAnsi="Times New Roman" w:cs="Times New Roman"/>
          <w:color w:val="000000" w:themeColor="text1"/>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8"/>
        <w:gridCol w:w="6610"/>
      </w:tblGrid>
      <w:tr w:rsidR="00EF6478" w:rsidRPr="007161D3" w14:paraId="7C42D009" w14:textId="77777777" w:rsidTr="00A77045">
        <w:trPr>
          <w:jc w:val="center"/>
        </w:trPr>
        <w:tc>
          <w:tcPr>
            <w:tcW w:w="10488" w:type="dxa"/>
            <w:gridSpan w:val="2"/>
            <w:tcMar>
              <w:top w:w="45" w:type="dxa"/>
              <w:left w:w="65" w:type="dxa"/>
              <w:bottom w:w="45" w:type="dxa"/>
              <w:right w:w="65" w:type="dxa"/>
            </w:tcMar>
            <w:vAlign w:val="center"/>
          </w:tcPr>
          <w:p w14:paraId="0B740079" w14:textId="77777777" w:rsidR="00EF6478" w:rsidRPr="007161D3" w:rsidRDefault="00000000">
            <w:pPr>
              <w:spacing w:after="0" w:line="240" w:lineRule="auto"/>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STUDY MOBILITY AND EXTENSION INFORMATION</w:t>
            </w:r>
          </w:p>
        </w:tc>
      </w:tr>
      <w:tr w:rsidR="00EF6478" w:rsidRPr="007161D3" w14:paraId="2B464FE9"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2A33DE4F"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Academic Year</w:t>
            </w:r>
          </w:p>
        </w:tc>
        <w:tc>
          <w:tcPr>
            <w:tcW w:w="5244" w:type="dxa"/>
            <w:shd w:val="clear" w:color="auto" w:fill="FFFFFF" w:themeFill="background1"/>
            <w:tcMar>
              <w:top w:w="45" w:type="dxa"/>
              <w:left w:w="65" w:type="dxa"/>
              <w:bottom w:w="45" w:type="dxa"/>
              <w:right w:w="65" w:type="dxa"/>
            </w:tcMar>
            <w:vAlign w:val="center"/>
          </w:tcPr>
          <w:p w14:paraId="22E44C0D"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color w:val="000000" w:themeColor="text1"/>
                <w:szCs w:val="18"/>
              </w:rPr>
              <w:t>20…… / 20……</w:t>
            </w:r>
          </w:p>
        </w:tc>
      </w:tr>
      <w:tr w:rsidR="00EF6478" w:rsidRPr="007161D3" w14:paraId="61DAB3B3"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43747888"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Host Institution</w:t>
            </w:r>
          </w:p>
        </w:tc>
        <w:tc>
          <w:tcPr>
            <w:tcW w:w="5244" w:type="dxa"/>
            <w:shd w:val="clear" w:color="auto" w:fill="FFFFFF" w:themeFill="background1"/>
            <w:tcMar>
              <w:top w:w="45" w:type="dxa"/>
              <w:left w:w="65" w:type="dxa"/>
              <w:bottom w:w="45" w:type="dxa"/>
              <w:right w:w="65" w:type="dxa"/>
            </w:tcMar>
            <w:vAlign w:val="center"/>
          </w:tcPr>
          <w:p w14:paraId="6640DFE8"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color w:val="000000" w:themeColor="text1"/>
                <w:szCs w:val="18"/>
              </w:rPr>
              <w:t>………………………………………………………………………………………………</w:t>
            </w:r>
          </w:p>
        </w:tc>
      </w:tr>
      <w:tr w:rsidR="00EF6478" w:rsidRPr="007161D3" w14:paraId="7FCD4B7D"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1E2CD3DD"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Country</w:t>
            </w:r>
          </w:p>
        </w:tc>
        <w:tc>
          <w:tcPr>
            <w:tcW w:w="5244" w:type="dxa"/>
            <w:shd w:val="clear" w:color="auto" w:fill="FFFFFF" w:themeFill="background1"/>
            <w:tcMar>
              <w:top w:w="45" w:type="dxa"/>
              <w:left w:w="65" w:type="dxa"/>
              <w:bottom w:w="45" w:type="dxa"/>
              <w:right w:w="65" w:type="dxa"/>
            </w:tcMar>
            <w:vAlign w:val="center"/>
          </w:tcPr>
          <w:p w14:paraId="38C88619"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color w:val="000000" w:themeColor="text1"/>
                <w:szCs w:val="18"/>
              </w:rPr>
              <w:t>………………………………………………………………………………………………</w:t>
            </w:r>
          </w:p>
        </w:tc>
      </w:tr>
      <w:tr w:rsidR="00EF6478" w:rsidRPr="007161D3" w14:paraId="024DFA75"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01D5F585"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Initially Approved Mobility Dates</w:t>
            </w:r>
          </w:p>
        </w:tc>
        <w:tc>
          <w:tcPr>
            <w:tcW w:w="5244" w:type="dxa"/>
            <w:shd w:val="clear" w:color="auto" w:fill="FFFFFF" w:themeFill="background1"/>
            <w:tcMar>
              <w:top w:w="45" w:type="dxa"/>
              <w:left w:w="65" w:type="dxa"/>
              <w:bottom w:w="45" w:type="dxa"/>
              <w:right w:w="65" w:type="dxa"/>
            </w:tcMar>
            <w:vAlign w:val="center"/>
          </w:tcPr>
          <w:p w14:paraId="0838B394"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color w:val="000000" w:themeColor="text1"/>
                <w:szCs w:val="18"/>
              </w:rPr>
              <w:t>…… / …… / 20……  –  …… / …… / 20……</w:t>
            </w:r>
          </w:p>
        </w:tc>
      </w:tr>
      <w:tr w:rsidR="00EF6478" w:rsidRPr="007161D3" w14:paraId="64559C46"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048DFBC4"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Requested Extension Dates</w:t>
            </w:r>
          </w:p>
        </w:tc>
        <w:tc>
          <w:tcPr>
            <w:tcW w:w="5244" w:type="dxa"/>
            <w:shd w:val="clear" w:color="auto" w:fill="FFFFFF" w:themeFill="background1"/>
            <w:tcMar>
              <w:top w:w="45" w:type="dxa"/>
              <w:left w:w="65" w:type="dxa"/>
              <w:bottom w:w="45" w:type="dxa"/>
              <w:right w:w="65" w:type="dxa"/>
            </w:tcMar>
            <w:vAlign w:val="center"/>
          </w:tcPr>
          <w:p w14:paraId="56004B4D"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color w:val="000000" w:themeColor="text1"/>
                <w:szCs w:val="18"/>
              </w:rPr>
              <w:t>…… / …… / 20……  –  …… / …… / 20……</w:t>
            </w:r>
          </w:p>
        </w:tc>
      </w:tr>
      <w:tr w:rsidR="00EF6478" w:rsidRPr="007161D3" w14:paraId="004B2E73"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43590A89"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Grant Preference for the Extension Period</w:t>
            </w:r>
          </w:p>
        </w:tc>
        <w:tc>
          <w:tcPr>
            <w:tcW w:w="5244" w:type="dxa"/>
            <w:shd w:val="clear" w:color="auto" w:fill="FFFFFF" w:themeFill="background1"/>
            <w:tcMar>
              <w:top w:w="45" w:type="dxa"/>
              <w:left w:w="65" w:type="dxa"/>
              <w:bottom w:w="45" w:type="dxa"/>
              <w:right w:w="65" w:type="dxa"/>
            </w:tcMar>
            <w:vAlign w:val="center"/>
          </w:tcPr>
          <w:p w14:paraId="49F61331"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Funded, subject to budget availability   </w:t>
            </w: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I accept a zero-grant extension</w:t>
            </w:r>
          </w:p>
        </w:tc>
      </w:tr>
      <w:tr w:rsidR="00EF6478" w:rsidRPr="007161D3" w14:paraId="41D01032"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5F41979D"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Host Institution Approval</w:t>
            </w:r>
          </w:p>
        </w:tc>
        <w:tc>
          <w:tcPr>
            <w:tcW w:w="5244" w:type="dxa"/>
            <w:shd w:val="clear" w:color="auto" w:fill="FFFFFF" w:themeFill="background1"/>
            <w:tcMar>
              <w:top w:w="45" w:type="dxa"/>
              <w:left w:w="65" w:type="dxa"/>
              <w:bottom w:w="45" w:type="dxa"/>
              <w:right w:w="65" w:type="dxa"/>
            </w:tcMar>
            <w:vAlign w:val="center"/>
          </w:tcPr>
          <w:p w14:paraId="726257D2"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Attached   </w:t>
            </w: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Submitted by e-mail</w:t>
            </w:r>
          </w:p>
        </w:tc>
      </w:tr>
    </w:tbl>
    <w:p w14:paraId="5EC89C15" w14:textId="77777777" w:rsidR="00F11B6D" w:rsidRPr="007161D3" w:rsidRDefault="00F11B6D" w:rsidP="007161D3">
      <w:pPr>
        <w:spacing w:before="100" w:after="40"/>
        <w:rPr>
          <w:rFonts w:ascii="Times New Roman" w:hAnsi="Times New Roman" w:cs="Times New Roman"/>
          <w:b/>
          <w:color w:val="000000" w:themeColor="text1"/>
          <w:sz w:val="20"/>
          <w:szCs w:val="20"/>
        </w:rPr>
      </w:pPr>
    </w:p>
    <w:p w14:paraId="660A2035" w14:textId="2544E316" w:rsidR="00EF6478" w:rsidRPr="007161D3" w:rsidRDefault="00000000">
      <w:pPr>
        <w:spacing w:before="100" w:after="40"/>
        <w:jc w:val="center"/>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 xml:space="preserve">TO ANKARA </w:t>
      </w:r>
      <w:r w:rsidR="00F11B6D" w:rsidRPr="007161D3">
        <w:rPr>
          <w:rFonts w:ascii="Times New Roman" w:hAnsi="Times New Roman" w:cs="Times New Roman"/>
          <w:b/>
          <w:color w:val="000000" w:themeColor="text1"/>
          <w:sz w:val="20"/>
          <w:szCs w:val="20"/>
        </w:rPr>
        <w:t xml:space="preserve">BİLİM </w:t>
      </w:r>
      <w:r w:rsidRPr="007161D3">
        <w:rPr>
          <w:rFonts w:ascii="Times New Roman" w:hAnsi="Times New Roman" w:cs="Times New Roman"/>
          <w:b/>
          <w:color w:val="000000" w:themeColor="text1"/>
          <w:sz w:val="20"/>
          <w:szCs w:val="20"/>
        </w:rPr>
        <w:t>UNIVERSITY</w:t>
      </w:r>
      <w:r w:rsidRPr="007161D3">
        <w:rPr>
          <w:rFonts w:ascii="Times New Roman" w:hAnsi="Times New Roman" w:cs="Times New Roman"/>
          <w:b/>
          <w:color w:val="000000" w:themeColor="text1"/>
          <w:sz w:val="20"/>
          <w:szCs w:val="20"/>
        </w:rPr>
        <w:br/>
        <w:t>ERASMUS+ COORDINATION OFFICE</w:t>
      </w:r>
    </w:p>
    <w:p w14:paraId="4E3368B6" w14:textId="77777777" w:rsidR="00F11B6D" w:rsidRPr="007161D3" w:rsidRDefault="00000000">
      <w:pPr>
        <w:spacing w:after="60" w:line="240" w:lineRule="auto"/>
        <w:jc w:val="both"/>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I hereby request that the Erasmus+ Student Mobility for Studies specified above be extended for the requested dates, subject to the approval of the host institution. I acknowledge that a</w:t>
      </w:r>
    </w:p>
    <w:p w14:paraId="2D828D7D" w14:textId="2771A77F" w:rsidR="00EF6478" w:rsidRPr="007161D3" w:rsidRDefault="00000000">
      <w:pPr>
        <w:spacing w:after="60" w:line="240" w:lineRule="auto"/>
        <w:jc w:val="both"/>
        <w:rPr>
          <w:rFonts w:ascii="Times New Roman" w:hAnsi="Times New Roman" w:cs="Times New Roman"/>
          <w:color w:val="000000" w:themeColor="text1"/>
          <w:sz w:val="20"/>
          <w:szCs w:val="20"/>
        </w:rPr>
      </w:pPr>
      <w:proofErr w:type="spellStart"/>
      <w:proofErr w:type="gramStart"/>
      <w:r w:rsidRPr="007161D3">
        <w:rPr>
          <w:rFonts w:ascii="Times New Roman" w:hAnsi="Times New Roman" w:cs="Times New Roman"/>
          <w:color w:val="000000" w:themeColor="text1"/>
          <w:sz w:val="20"/>
          <w:szCs w:val="20"/>
        </w:rPr>
        <w:t>pproval</w:t>
      </w:r>
      <w:proofErr w:type="spellEnd"/>
      <w:r w:rsidRPr="007161D3">
        <w:rPr>
          <w:rFonts w:ascii="Times New Roman" w:hAnsi="Times New Roman" w:cs="Times New Roman"/>
          <w:color w:val="000000" w:themeColor="text1"/>
          <w:sz w:val="20"/>
          <w:szCs w:val="20"/>
        </w:rPr>
        <w:t xml:space="preserve"> of</w:t>
      </w:r>
      <w:proofErr w:type="gramEnd"/>
      <w:r w:rsidRPr="007161D3">
        <w:rPr>
          <w:rFonts w:ascii="Times New Roman" w:hAnsi="Times New Roman" w:cs="Times New Roman"/>
          <w:color w:val="000000" w:themeColor="text1"/>
          <w:sz w:val="20"/>
          <w:szCs w:val="20"/>
        </w:rPr>
        <w:t xml:space="preserve"> this request does not guarantee Erasmus+ funding; depending on budget availability, the extension period may be funded partially or completed entirely on a zero-grant basis. I also undertake to complete the updated Learning Agreement for Studies and all other required documents within the applicable deadlines.</w:t>
      </w:r>
    </w:p>
    <w:p w14:paraId="047AAE09" w14:textId="77777777" w:rsidR="00EF6478" w:rsidRPr="007161D3" w:rsidRDefault="00000000">
      <w:pPr>
        <w:spacing w:before="20" w:after="20"/>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Reason for the Extension Request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1"/>
        <w:gridCol w:w="5697"/>
      </w:tblGrid>
      <w:tr w:rsidR="00EF6478" w:rsidRPr="007161D3" w14:paraId="776B9039" w14:textId="77777777" w:rsidTr="00A77045">
        <w:trPr>
          <w:jc w:val="center"/>
        </w:trPr>
        <w:tc>
          <w:tcPr>
            <w:tcW w:w="10488" w:type="dxa"/>
            <w:gridSpan w:val="2"/>
            <w:tcMar>
              <w:top w:w="45" w:type="dxa"/>
              <w:left w:w="65" w:type="dxa"/>
              <w:bottom w:w="45" w:type="dxa"/>
              <w:right w:w="65" w:type="dxa"/>
            </w:tcMar>
          </w:tcPr>
          <w:p w14:paraId="71733687" w14:textId="77777777" w:rsidR="00EF6478" w:rsidRPr="007161D3" w:rsidRDefault="00000000">
            <w:pPr>
              <w:spacing w:after="0"/>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p w14:paraId="6BFFE023" w14:textId="77777777" w:rsidR="00EF6478" w:rsidRPr="007161D3" w:rsidRDefault="00000000">
            <w:pPr>
              <w:spacing w:after="0"/>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p w14:paraId="52468BBC" w14:textId="77777777" w:rsidR="00EF6478" w:rsidRPr="007161D3" w:rsidRDefault="00000000">
            <w:pPr>
              <w:spacing w:after="0"/>
              <w:rPr>
                <w:rFonts w:ascii="Times New Roman" w:hAnsi="Times New Roman" w:cs="Times New Roman"/>
                <w:color w:val="000000" w:themeColor="text1"/>
                <w:sz w:val="20"/>
                <w:szCs w:val="20"/>
              </w:rPr>
            </w:pPr>
            <w:r w:rsidRPr="007161D3">
              <w:rPr>
                <w:rFonts w:ascii="Times New Roman" w:hAnsi="Times New Roman" w:cs="Times New Roman"/>
                <w:color w:val="000000" w:themeColor="text1"/>
                <w:sz w:val="20"/>
                <w:szCs w:val="20"/>
              </w:rPr>
              <w:t>…………………………………………………………………………………………………………………………………………</w:t>
            </w:r>
          </w:p>
        </w:tc>
      </w:tr>
      <w:tr w:rsidR="00EF6478" w:rsidRPr="007161D3" w14:paraId="79414E34" w14:textId="77777777" w:rsidTr="00A77045">
        <w:trPr>
          <w:jc w:val="center"/>
        </w:trPr>
        <w:tc>
          <w:tcPr>
            <w:tcW w:w="5244" w:type="dxa"/>
            <w:shd w:val="clear" w:color="auto" w:fill="FFFFFF" w:themeFill="background1"/>
            <w:tcMar>
              <w:top w:w="45" w:type="dxa"/>
              <w:left w:w="65" w:type="dxa"/>
              <w:bottom w:w="45" w:type="dxa"/>
              <w:right w:w="65" w:type="dxa"/>
            </w:tcMar>
            <w:vAlign w:val="center"/>
          </w:tcPr>
          <w:p w14:paraId="7488CE3E" w14:textId="77777777" w:rsidR="00EF6478" w:rsidRPr="007161D3" w:rsidRDefault="00000000">
            <w:pPr>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DOCUMENTS TO BE ATTACHED</w:t>
            </w:r>
          </w:p>
          <w:p w14:paraId="3F5D2453" w14:textId="77777777" w:rsidR="00EF6478" w:rsidRPr="007161D3" w:rsidRDefault="00000000">
            <w:pPr>
              <w:spacing w:after="0"/>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Approval of the extension by the host institution</w:t>
            </w:r>
          </w:p>
          <w:p w14:paraId="73474B1B" w14:textId="77777777" w:rsidR="00EF6478" w:rsidRPr="007161D3" w:rsidRDefault="00000000">
            <w:pPr>
              <w:spacing w:after="0"/>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Updated Learning Agreement for Studies / During the Mobility</w:t>
            </w:r>
          </w:p>
          <w:p w14:paraId="11194B8A" w14:textId="77777777" w:rsidR="00EF6478" w:rsidRPr="007161D3" w:rsidRDefault="00000000">
            <w:pPr>
              <w:spacing w:after="0"/>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Updated acceptance letter, if applicable</w:t>
            </w:r>
          </w:p>
        </w:tc>
        <w:tc>
          <w:tcPr>
            <w:tcW w:w="5244" w:type="dxa"/>
            <w:shd w:val="clear" w:color="auto" w:fill="FFFFFF" w:themeFill="background1"/>
            <w:tcMar>
              <w:top w:w="45" w:type="dxa"/>
              <w:left w:w="65" w:type="dxa"/>
              <w:bottom w:w="45" w:type="dxa"/>
              <w:right w:w="65" w:type="dxa"/>
            </w:tcMar>
            <w:vAlign w:val="center"/>
          </w:tcPr>
          <w:p w14:paraId="1273A302"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bCs/>
                <w:color w:val="000000" w:themeColor="text1"/>
                <w:szCs w:val="18"/>
              </w:rPr>
              <w:t>STUDENT DECLARATION</w:t>
            </w:r>
            <w:r w:rsidRPr="007161D3">
              <w:rPr>
                <w:rFonts w:ascii="Times New Roman" w:hAnsi="Times New Roman" w:cs="Times New Roman"/>
                <w:color w:val="000000" w:themeColor="text1"/>
                <w:szCs w:val="18"/>
              </w:rPr>
              <w:br/>
            </w:r>
            <w:r w:rsidRPr="007161D3">
              <w:rPr>
                <w:rFonts w:ascii="Times New Roman" w:hAnsi="Times New Roman" w:cs="Times New Roman"/>
                <w:color w:val="000000" w:themeColor="text1"/>
                <w:szCs w:val="18"/>
              </w:rPr>
              <w:br/>
              <w:t>Date: …… / …… / 20……</w:t>
            </w:r>
            <w:r w:rsidRPr="007161D3">
              <w:rPr>
                <w:rFonts w:ascii="Times New Roman" w:hAnsi="Times New Roman" w:cs="Times New Roman"/>
                <w:color w:val="000000" w:themeColor="text1"/>
                <w:szCs w:val="18"/>
              </w:rPr>
              <w:br/>
              <w:t>Full Name: …………………………………</w:t>
            </w:r>
            <w:r w:rsidRPr="007161D3">
              <w:rPr>
                <w:rFonts w:ascii="Times New Roman" w:hAnsi="Times New Roman" w:cs="Times New Roman"/>
                <w:color w:val="000000" w:themeColor="text1"/>
                <w:szCs w:val="18"/>
              </w:rPr>
              <w:br/>
              <w:t>Signature:</w:t>
            </w:r>
          </w:p>
        </w:tc>
      </w:tr>
      <w:tr w:rsidR="00EF6478" w:rsidRPr="007161D3" w14:paraId="22074536" w14:textId="77777777" w:rsidTr="00A77045">
        <w:trPr>
          <w:jc w:val="center"/>
        </w:trPr>
        <w:tc>
          <w:tcPr>
            <w:tcW w:w="10488" w:type="dxa"/>
            <w:gridSpan w:val="2"/>
            <w:shd w:val="clear" w:color="auto" w:fill="FFFFFF" w:themeFill="background1"/>
            <w:tcMar>
              <w:top w:w="45" w:type="dxa"/>
              <w:left w:w="65" w:type="dxa"/>
              <w:bottom w:w="45" w:type="dxa"/>
              <w:right w:w="65" w:type="dxa"/>
            </w:tcMar>
            <w:vAlign w:val="center"/>
          </w:tcPr>
          <w:p w14:paraId="59620FDC"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 xml:space="preserve">IMPORTANT INFORMATION: </w:t>
            </w:r>
            <w:r w:rsidRPr="007161D3">
              <w:rPr>
                <w:rFonts w:ascii="Times New Roman" w:hAnsi="Times New Roman" w:cs="Times New Roman"/>
                <w:color w:val="000000" w:themeColor="text1"/>
                <w:szCs w:val="18"/>
              </w:rPr>
              <w:t>The request must be submitted no later than one month before the initially planned study mobility end date. An extension is not an automatic entitlement and is subject to approval by the host institution, the relevant department and the Erasmus+ Coordination Office. The total duration of Erasmus+ student mobility at the same study cycle may not exceed 12 months. The extension period may remain unfunded depending on budget availability.</w:t>
            </w:r>
          </w:p>
        </w:tc>
      </w:tr>
    </w:tbl>
    <w:p w14:paraId="0BF6FDBD" w14:textId="5AF2E3DD" w:rsidR="00EF6478" w:rsidRPr="007161D3" w:rsidRDefault="00000000">
      <w:pPr>
        <w:spacing w:before="40" w:after="20"/>
        <w:rPr>
          <w:rFonts w:ascii="Times New Roman" w:hAnsi="Times New Roman" w:cs="Times New Roman"/>
          <w:color w:val="000000" w:themeColor="text1"/>
          <w:sz w:val="20"/>
          <w:szCs w:val="20"/>
        </w:rPr>
      </w:pPr>
      <w:r w:rsidRPr="007161D3">
        <w:rPr>
          <w:rFonts w:ascii="Times New Roman" w:hAnsi="Times New Roman" w:cs="Times New Roman"/>
          <w:b/>
          <w:color w:val="000000" w:themeColor="text1"/>
          <w:sz w:val="20"/>
          <w:szCs w:val="20"/>
        </w:rPr>
        <w:t>INTERNAL EVALUATION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3"/>
        <w:gridCol w:w="5283"/>
      </w:tblGrid>
      <w:tr w:rsidR="00EF6478" w:rsidRPr="007161D3" w14:paraId="3E92F31D" w14:textId="77777777" w:rsidTr="00A77045">
        <w:trPr>
          <w:trHeight w:val="263"/>
          <w:jc w:val="center"/>
        </w:trPr>
        <w:tc>
          <w:tcPr>
            <w:tcW w:w="5283" w:type="dxa"/>
            <w:shd w:val="clear" w:color="auto" w:fill="FFFFFF" w:themeFill="background1"/>
            <w:tcMar>
              <w:top w:w="45" w:type="dxa"/>
              <w:left w:w="65" w:type="dxa"/>
              <w:bottom w:w="45" w:type="dxa"/>
              <w:right w:w="65" w:type="dxa"/>
            </w:tcMar>
            <w:vAlign w:val="center"/>
          </w:tcPr>
          <w:p w14:paraId="1D70FC53" w14:textId="77777777" w:rsidR="00EF6478" w:rsidRPr="007161D3" w:rsidRDefault="00000000">
            <w:pPr>
              <w:spacing w:after="0" w:line="240" w:lineRule="auto"/>
              <w:jc w:val="center"/>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Department / Programme Coordinator</w:t>
            </w:r>
          </w:p>
        </w:tc>
        <w:tc>
          <w:tcPr>
            <w:tcW w:w="5283" w:type="dxa"/>
            <w:shd w:val="clear" w:color="auto" w:fill="FFFFFF" w:themeFill="background1"/>
            <w:tcMar>
              <w:top w:w="45" w:type="dxa"/>
              <w:left w:w="65" w:type="dxa"/>
              <w:bottom w:w="45" w:type="dxa"/>
              <w:right w:w="65" w:type="dxa"/>
            </w:tcMar>
            <w:vAlign w:val="center"/>
          </w:tcPr>
          <w:p w14:paraId="128CCCA1" w14:textId="77777777" w:rsidR="00EF6478" w:rsidRPr="007161D3" w:rsidRDefault="00000000">
            <w:pPr>
              <w:spacing w:after="0" w:line="240" w:lineRule="auto"/>
              <w:jc w:val="center"/>
              <w:rPr>
                <w:rFonts w:ascii="Times New Roman" w:hAnsi="Times New Roman" w:cs="Times New Roman"/>
                <w:color w:val="000000" w:themeColor="text1"/>
                <w:szCs w:val="18"/>
              </w:rPr>
            </w:pPr>
            <w:r w:rsidRPr="007161D3">
              <w:rPr>
                <w:rFonts w:ascii="Times New Roman" w:hAnsi="Times New Roman" w:cs="Times New Roman"/>
                <w:b/>
                <w:color w:val="000000" w:themeColor="text1"/>
                <w:szCs w:val="18"/>
              </w:rPr>
              <w:t>Erasmus+ Coordination Office</w:t>
            </w:r>
          </w:p>
        </w:tc>
      </w:tr>
      <w:tr w:rsidR="00EF6478" w:rsidRPr="007161D3" w14:paraId="419F0BF1" w14:textId="77777777" w:rsidTr="00A77045">
        <w:trPr>
          <w:trHeight w:val="1472"/>
          <w:jc w:val="center"/>
        </w:trPr>
        <w:tc>
          <w:tcPr>
            <w:tcW w:w="5283" w:type="dxa"/>
            <w:tcMar>
              <w:top w:w="45" w:type="dxa"/>
              <w:left w:w="65" w:type="dxa"/>
              <w:bottom w:w="45" w:type="dxa"/>
              <w:right w:w="65" w:type="dxa"/>
            </w:tcMar>
            <w:vAlign w:val="center"/>
          </w:tcPr>
          <w:p w14:paraId="268562F9"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Appropriate   </w:t>
            </w: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Not appropriate</w:t>
            </w:r>
            <w:r w:rsidRPr="007161D3">
              <w:rPr>
                <w:rFonts w:ascii="Times New Roman" w:hAnsi="Times New Roman" w:cs="Times New Roman"/>
                <w:color w:val="000000" w:themeColor="text1"/>
                <w:szCs w:val="18"/>
              </w:rPr>
              <w:br/>
              <w:t>Full Name:</w:t>
            </w:r>
            <w:r w:rsidRPr="007161D3">
              <w:rPr>
                <w:rFonts w:ascii="Times New Roman" w:hAnsi="Times New Roman" w:cs="Times New Roman"/>
                <w:color w:val="000000" w:themeColor="text1"/>
                <w:szCs w:val="18"/>
              </w:rPr>
              <w:br/>
              <w:t>Date:</w:t>
            </w:r>
            <w:r w:rsidRPr="007161D3">
              <w:rPr>
                <w:rFonts w:ascii="Times New Roman" w:hAnsi="Times New Roman" w:cs="Times New Roman"/>
                <w:color w:val="000000" w:themeColor="text1"/>
                <w:szCs w:val="18"/>
              </w:rPr>
              <w:br/>
              <w:t>Signature:</w:t>
            </w:r>
          </w:p>
        </w:tc>
        <w:tc>
          <w:tcPr>
            <w:tcW w:w="5283" w:type="dxa"/>
            <w:tcMar>
              <w:top w:w="45" w:type="dxa"/>
              <w:left w:w="65" w:type="dxa"/>
              <w:bottom w:w="45" w:type="dxa"/>
              <w:right w:w="65" w:type="dxa"/>
            </w:tcMar>
            <w:vAlign w:val="center"/>
          </w:tcPr>
          <w:p w14:paraId="6632B037" w14:textId="77777777" w:rsidR="00EF6478" w:rsidRPr="007161D3" w:rsidRDefault="00000000">
            <w:pPr>
              <w:spacing w:after="0" w:line="240" w:lineRule="auto"/>
              <w:rPr>
                <w:rFonts w:ascii="Times New Roman" w:hAnsi="Times New Roman" w:cs="Times New Roman"/>
                <w:color w:val="000000" w:themeColor="text1"/>
                <w:szCs w:val="18"/>
              </w:rPr>
            </w:pP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Approved   </w:t>
            </w: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Rejected</w:t>
            </w:r>
            <w:r w:rsidRPr="007161D3">
              <w:rPr>
                <w:rFonts w:ascii="Times New Roman" w:hAnsi="Times New Roman" w:cs="Times New Roman"/>
                <w:color w:val="000000" w:themeColor="text1"/>
                <w:szCs w:val="18"/>
              </w:rPr>
              <w:br/>
              <w:t xml:space="preserve">Grant Status: </w:t>
            </w: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Funded   </w:t>
            </w:r>
            <w:r w:rsidRPr="007161D3">
              <w:rPr>
                <w:rFonts w:ascii="Segoe UI Symbol" w:hAnsi="Segoe UI Symbol" w:cs="Segoe UI Symbol"/>
                <w:color w:val="000000" w:themeColor="text1"/>
                <w:szCs w:val="18"/>
              </w:rPr>
              <w:t>☐</w:t>
            </w:r>
            <w:r w:rsidRPr="007161D3">
              <w:rPr>
                <w:rFonts w:ascii="Times New Roman" w:hAnsi="Times New Roman" w:cs="Times New Roman"/>
                <w:color w:val="000000" w:themeColor="text1"/>
                <w:szCs w:val="18"/>
              </w:rPr>
              <w:t xml:space="preserve"> Zero-grant</w:t>
            </w:r>
            <w:r w:rsidRPr="007161D3">
              <w:rPr>
                <w:rFonts w:ascii="Times New Roman" w:hAnsi="Times New Roman" w:cs="Times New Roman"/>
                <w:color w:val="000000" w:themeColor="text1"/>
                <w:szCs w:val="18"/>
              </w:rPr>
              <w:br/>
              <w:t>Full Name:</w:t>
            </w:r>
            <w:r w:rsidRPr="007161D3">
              <w:rPr>
                <w:rFonts w:ascii="Times New Roman" w:hAnsi="Times New Roman" w:cs="Times New Roman"/>
                <w:color w:val="000000" w:themeColor="text1"/>
                <w:szCs w:val="18"/>
              </w:rPr>
              <w:br/>
              <w:t>Date:</w:t>
            </w:r>
            <w:r w:rsidRPr="007161D3">
              <w:rPr>
                <w:rFonts w:ascii="Times New Roman" w:hAnsi="Times New Roman" w:cs="Times New Roman"/>
                <w:color w:val="000000" w:themeColor="text1"/>
                <w:szCs w:val="18"/>
              </w:rPr>
              <w:br/>
              <w:t>Signature:</w:t>
            </w:r>
          </w:p>
        </w:tc>
      </w:tr>
    </w:tbl>
    <w:p w14:paraId="0D99EDDA" w14:textId="77777777" w:rsidR="002C07EA" w:rsidRPr="007161D3" w:rsidRDefault="002C07EA" w:rsidP="007161D3">
      <w:pPr>
        <w:jc w:val="center"/>
        <w:rPr>
          <w:rFonts w:ascii="Times New Roman" w:hAnsi="Times New Roman" w:cs="Times New Roman"/>
          <w:color w:val="000000" w:themeColor="text1"/>
          <w:sz w:val="20"/>
          <w:szCs w:val="20"/>
        </w:rPr>
      </w:pPr>
    </w:p>
    <w:sectPr w:rsidR="002C07EA" w:rsidRPr="007161D3" w:rsidSect="00253082">
      <w:headerReference w:type="default" r:id="rId8"/>
      <w:footerReference w:type="default" r:id="rId9"/>
      <w:pgSz w:w="11906" w:h="16838"/>
      <w:pgMar w:top="425" w:right="709" w:bottom="425" w:left="709" w:header="11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592E7" w14:textId="77777777" w:rsidR="00176EE4" w:rsidRDefault="00176EE4">
      <w:pPr>
        <w:spacing w:after="0" w:line="240" w:lineRule="auto"/>
      </w:pPr>
      <w:r>
        <w:separator/>
      </w:r>
    </w:p>
  </w:endnote>
  <w:endnote w:type="continuationSeparator" w:id="0">
    <w:p w14:paraId="2DA24E24" w14:textId="77777777" w:rsidR="00176EE4" w:rsidRDefault="00176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17F5" w14:textId="2DE3ACC9" w:rsidR="00EF6478" w:rsidRPr="007161D3" w:rsidRDefault="00000000">
    <w:pPr>
      <w:pStyle w:val="AltBilgi"/>
      <w:jc w:val="center"/>
      <w:rPr>
        <w:rFonts w:ascii="Times New Roman" w:hAnsi="Times New Roman" w:cs="Times New Roman"/>
        <w:sz w:val="16"/>
        <w:szCs w:val="16"/>
      </w:rPr>
    </w:pPr>
    <w:r w:rsidRPr="007161D3">
      <w:rPr>
        <w:rFonts w:ascii="Times New Roman" w:hAnsi="Times New Roman" w:cs="Times New Roman"/>
        <w:color w:val="5E6870"/>
        <w:sz w:val="16"/>
        <w:szCs w:val="16"/>
      </w:rPr>
      <w:t xml:space="preserve">Şehit Gönenç Street, Maltepe District No: 5, Çankaya/Ankara </w:t>
    </w:r>
    <w:r w:rsidR="00A77045">
      <w:rPr>
        <w:rFonts w:ascii="Times New Roman" w:hAnsi="Times New Roman" w:cs="Times New Roman"/>
        <w:color w:val="5E6870"/>
        <w:sz w:val="16"/>
        <w:szCs w:val="16"/>
      </w:rPr>
      <w:br/>
    </w:r>
    <w:r w:rsidRPr="007161D3">
      <w:rPr>
        <w:rFonts w:ascii="Times New Roman" w:hAnsi="Times New Roman" w:cs="Times New Roman"/>
        <w:color w:val="5E6870"/>
        <w:sz w:val="16"/>
        <w:szCs w:val="16"/>
      </w:rPr>
      <w:t xml:space="preserve"> </w:t>
    </w:r>
    <w:r w:rsidR="007161D3" w:rsidRPr="007161D3">
      <w:rPr>
        <w:rFonts w:ascii="Times New Roman" w:hAnsi="Times New Roman" w:cs="Times New Roman"/>
        <w:color w:val="5E6870"/>
        <w:sz w:val="16"/>
        <w:szCs w:val="16"/>
      </w:rPr>
      <w:t>Contact:</w:t>
    </w:r>
    <w:r w:rsidRPr="007161D3">
      <w:rPr>
        <w:rFonts w:ascii="Times New Roman" w:hAnsi="Times New Roman" w:cs="Times New Roman"/>
        <w:color w:val="5E6870"/>
        <w:sz w:val="16"/>
        <w:szCs w:val="16"/>
      </w:rPr>
      <w:t xml:space="preserve"> +90 444 22 28    www.ankarabilim.edu.tr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CB7AA" w14:textId="77777777" w:rsidR="00176EE4" w:rsidRDefault="00176EE4">
      <w:pPr>
        <w:spacing w:after="0" w:line="240" w:lineRule="auto"/>
      </w:pPr>
      <w:r>
        <w:separator/>
      </w:r>
    </w:p>
  </w:footnote>
  <w:footnote w:type="continuationSeparator" w:id="0">
    <w:p w14:paraId="5FA12ECA" w14:textId="77777777" w:rsidR="00176EE4" w:rsidRDefault="00176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CACC" w14:textId="7B3A0C76" w:rsidR="00F11B6D" w:rsidRDefault="00F11B6D" w:rsidP="00F11B6D">
    <w:pPr>
      <w:pStyle w:val="stBilgi"/>
      <w:jc w:val="center"/>
    </w:pPr>
    <w:r>
      <w:rPr>
        <w:noProof/>
      </w:rPr>
      <w:drawing>
        <wp:anchor distT="0" distB="0" distL="114300" distR="114300" simplePos="0" relativeHeight="251658752" behindDoc="1" locked="0" layoutInCell="1" allowOverlap="1" wp14:anchorId="63E6CBC9" wp14:editId="0E8A23C8">
          <wp:simplePos x="0" y="0"/>
          <wp:positionH relativeFrom="column">
            <wp:posOffset>-186690</wp:posOffset>
          </wp:positionH>
          <wp:positionV relativeFrom="paragraph">
            <wp:posOffset>74337</wp:posOffset>
          </wp:positionV>
          <wp:extent cx="1473440" cy="260350"/>
          <wp:effectExtent l="0" t="0" r="0" b="6350"/>
          <wp:wrapTight wrapText="bothSides">
            <wp:wrapPolygon edited="0">
              <wp:start x="1117" y="0"/>
              <wp:lineTo x="0" y="14224"/>
              <wp:lineTo x="0" y="20546"/>
              <wp:lineTo x="21228" y="20546"/>
              <wp:lineTo x="21228" y="0"/>
              <wp:lineTo x="1117" y="0"/>
            </wp:wrapPolygon>
          </wp:wrapTight>
          <wp:docPr id="189321334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3440" cy="260350"/>
                  </a:xfrm>
                  <a:prstGeom prst="rect">
                    <a:avLst/>
                  </a:prstGeom>
                  <a:noFill/>
                  <a:ln>
                    <a:noFill/>
                  </a:ln>
                </pic:spPr>
              </pic:pic>
            </a:graphicData>
          </a:graphic>
        </wp:anchor>
      </w:drawing>
    </w:r>
  </w:p>
  <w:p w14:paraId="500AF3FB" w14:textId="77777777" w:rsidR="00F11B6D" w:rsidRDefault="00F11B6D">
    <w:pPr>
      <w:pStyle w:val="stBilgi"/>
    </w:pPr>
  </w:p>
  <w:p w14:paraId="53A82BCF" w14:textId="77777777" w:rsidR="00EE2EC4" w:rsidRDefault="00EE2EC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779258110">
    <w:abstractNumId w:val="8"/>
  </w:num>
  <w:num w:numId="2" w16cid:durableId="585771200">
    <w:abstractNumId w:val="6"/>
  </w:num>
  <w:num w:numId="3" w16cid:durableId="1449856312">
    <w:abstractNumId w:val="5"/>
  </w:num>
  <w:num w:numId="4" w16cid:durableId="1644432235">
    <w:abstractNumId w:val="4"/>
  </w:num>
  <w:num w:numId="5" w16cid:durableId="465315747">
    <w:abstractNumId w:val="7"/>
  </w:num>
  <w:num w:numId="6" w16cid:durableId="302581391">
    <w:abstractNumId w:val="3"/>
  </w:num>
  <w:num w:numId="7" w16cid:durableId="1156727468">
    <w:abstractNumId w:val="2"/>
  </w:num>
  <w:num w:numId="8" w16cid:durableId="1913390482">
    <w:abstractNumId w:val="1"/>
  </w:num>
  <w:num w:numId="9" w16cid:durableId="784426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6EE4"/>
    <w:rsid w:val="00197C99"/>
    <w:rsid w:val="00253082"/>
    <w:rsid w:val="0029639D"/>
    <w:rsid w:val="002A174A"/>
    <w:rsid w:val="002C07EA"/>
    <w:rsid w:val="00326F90"/>
    <w:rsid w:val="003C6A20"/>
    <w:rsid w:val="007161D3"/>
    <w:rsid w:val="00A77045"/>
    <w:rsid w:val="00AA1D8D"/>
    <w:rsid w:val="00B074D0"/>
    <w:rsid w:val="00B475AF"/>
    <w:rsid w:val="00B47730"/>
    <w:rsid w:val="00BF1021"/>
    <w:rsid w:val="00CB0664"/>
    <w:rsid w:val="00EA0E09"/>
    <w:rsid w:val="00EE2EC4"/>
    <w:rsid w:val="00EF6478"/>
    <w:rsid w:val="00F11B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4C2CAA"/>
  <w14:defaultImageDpi w14:val="300"/>
  <w15:docId w15:val="{A6EAF02C-F86E-4F70-9496-6CB98AF5D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Title">
    <w:name w:val="FormTitle"/>
    <w:rPr>
      <w:rFonts w:ascii="Calibri" w:hAnsi="Calibri"/>
      <w:b/>
      <w:color w:val="173B5E"/>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Esra Aktaş</cp:lastModifiedBy>
  <cp:revision>8</cp:revision>
  <cp:lastPrinted>2026-08-12T12:40:00Z</cp:lastPrinted>
  <dcterms:created xsi:type="dcterms:W3CDTF">2013-12-23T23:15:00Z</dcterms:created>
  <dcterms:modified xsi:type="dcterms:W3CDTF">2026-08-12T12:42:00Z</dcterms:modified>
  <cp:category/>
</cp:coreProperties>
</file>