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DA61" w14:textId="77777777" w:rsidR="005C3EEE" w:rsidRPr="00B46333" w:rsidRDefault="00000000">
      <w:pPr>
        <w:spacing w:before="40" w:after="0"/>
        <w:jc w:val="center"/>
        <w:rPr>
          <w:color w:val="auto"/>
          <w:sz w:val="28"/>
          <w:szCs w:val="28"/>
        </w:rPr>
      </w:pPr>
      <w:r w:rsidRPr="00B46333">
        <w:rPr>
          <w:rFonts w:eastAsia="Calibri"/>
          <w:b/>
          <w:color w:val="auto"/>
          <w:sz w:val="28"/>
          <w:szCs w:val="28"/>
        </w:rPr>
        <w:t>INCOMING STUDENT NOMINATION FORM</w:t>
      </w:r>
    </w:p>
    <w:p w14:paraId="4A169CCB" w14:textId="77777777" w:rsidR="005C3EEE" w:rsidRPr="00B46333" w:rsidRDefault="00000000">
      <w:pPr>
        <w:spacing w:after="100"/>
        <w:jc w:val="center"/>
        <w:rPr>
          <w:rFonts w:eastAsia="Calibri"/>
          <w:b/>
          <w:color w:val="auto"/>
          <w:sz w:val="18"/>
        </w:rPr>
      </w:pPr>
      <w:r w:rsidRPr="00B46333">
        <w:rPr>
          <w:rFonts w:eastAsia="Calibri"/>
          <w:b/>
          <w:color w:val="auto"/>
          <w:sz w:val="18"/>
        </w:rPr>
        <w:t>Erasmus+ Incoming Mobility  |  Erasmus Code: TR ANKARA29</w:t>
      </w:r>
    </w:p>
    <w:p w14:paraId="22CDE017" w14:textId="77777777" w:rsidR="00924C05" w:rsidRPr="00B46333" w:rsidRDefault="00924C05">
      <w:pPr>
        <w:spacing w:after="100"/>
        <w:jc w:val="center"/>
        <w:rPr>
          <w:color w:val="auto"/>
        </w:rPr>
      </w:pPr>
    </w:p>
    <w:tbl>
      <w:tblPr>
        <w:tblW w:w="1019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8"/>
      </w:tblGrid>
      <w:tr w:rsidR="005C3EEE" w:rsidRPr="00B46333" w14:paraId="29DFF851" w14:textId="77777777" w:rsidTr="00B46333">
        <w:tc>
          <w:tcPr>
            <w:tcW w:w="10198" w:type="dxa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08A049E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color w:val="auto"/>
              </w:rPr>
              <w:t>This form must be completed by the authorised Erasmus coordinator of the sending institution and sent from an official institutional e-mail account. Student submissions are not accepted as official nominations.</w:t>
            </w:r>
          </w:p>
        </w:tc>
      </w:tr>
    </w:tbl>
    <w:p w14:paraId="104609E1" w14:textId="77777777" w:rsidR="005C3EEE" w:rsidRPr="00B46333" w:rsidRDefault="005C3EEE">
      <w:pPr>
        <w:spacing w:after="0"/>
        <w:rPr>
          <w:color w:val="auto"/>
        </w:rPr>
      </w:pPr>
    </w:p>
    <w:p w14:paraId="4C8394E3" w14:textId="77777777" w:rsidR="00924C05" w:rsidRPr="00B46333" w:rsidRDefault="00924C05">
      <w:pPr>
        <w:spacing w:after="0"/>
        <w:rPr>
          <w:color w:val="auto"/>
        </w:rPr>
      </w:pPr>
    </w:p>
    <w:tbl>
      <w:tblPr>
        <w:tblW w:w="1019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2992"/>
        <w:gridCol w:w="2096"/>
        <w:gridCol w:w="2992"/>
        <w:gridCol w:w="22"/>
      </w:tblGrid>
      <w:tr w:rsidR="005C3EEE" w:rsidRPr="00B46333" w14:paraId="127B93E3" w14:textId="77777777" w:rsidTr="00B46333">
        <w:trPr>
          <w:gridAfter w:val="1"/>
          <w:wAfter w:w="22" w:type="dxa"/>
          <w:cantSplit/>
        </w:trPr>
        <w:tc>
          <w:tcPr>
            <w:tcW w:w="10198" w:type="dxa"/>
            <w:gridSpan w:val="4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9F5B708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  <w:sz w:val="21"/>
              </w:rPr>
              <w:t>1. MOBILITY INFORMATION</w:t>
            </w:r>
          </w:p>
        </w:tc>
      </w:tr>
      <w:tr w:rsidR="005C3EEE" w:rsidRPr="00B46333" w14:paraId="44F13BAC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29E5271C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Academic year</w:t>
            </w:r>
          </w:p>
        </w:tc>
        <w:tc>
          <w:tcPr>
            <w:tcW w:w="2999" w:type="dxa"/>
            <w:vAlign w:val="center"/>
          </w:tcPr>
          <w:p w14:paraId="571A2720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e.g. 2026-2027</w:t>
            </w:r>
          </w:p>
        </w:tc>
        <w:tc>
          <w:tcPr>
            <w:tcW w:w="2100" w:type="dxa"/>
            <w:vAlign w:val="center"/>
          </w:tcPr>
          <w:p w14:paraId="215BDB2E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b/>
                <w:color w:val="auto"/>
              </w:rPr>
              <w:t>Semester / term</w:t>
            </w:r>
          </w:p>
        </w:tc>
        <w:tc>
          <w:tcPr>
            <w:tcW w:w="2999" w:type="dxa"/>
            <w:gridSpan w:val="2"/>
            <w:vAlign w:val="center"/>
          </w:tcPr>
          <w:p w14:paraId="5BF44468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i/>
                <w:color w:val="auto"/>
              </w:rPr>
              <w:t>Autumn / Spring / Full year</w:t>
            </w:r>
          </w:p>
        </w:tc>
      </w:tr>
      <w:tr w:rsidR="005C3EEE" w:rsidRPr="00B46333" w14:paraId="009E4BD4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758B12EB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b/>
                <w:color w:val="auto"/>
              </w:rPr>
              <w:t>Programme / action</w:t>
            </w:r>
          </w:p>
        </w:tc>
        <w:tc>
          <w:tcPr>
            <w:tcW w:w="2999" w:type="dxa"/>
            <w:vAlign w:val="center"/>
          </w:tcPr>
          <w:p w14:paraId="7361AE9D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i/>
                <w:color w:val="auto"/>
              </w:rPr>
              <w:t>KA131 / KA171</w:t>
            </w:r>
          </w:p>
        </w:tc>
        <w:tc>
          <w:tcPr>
            <w:tcW w:w="2100" w:type="dxa"/>
            <w:vAlign w:val="center"/>
          </w:tcPr>
          <w:p w14:paraId="0574B6F3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Mobility type</w:t>
            </w:r>
          </w:p>
        </w:tc>
        <w:tc>
          <w:tcPr>
            <w:tcW w:w="2999" w:type="dxa"/>
            <w:gridSpan w:val="2"/>
            <w:vAlign w:val="center"/>
          </w:tcPr>
          <w:p w14:paraId="699B29C5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Studies / Traineeship</w:t>
            </w:r>
          </w:p>
        </w:tc>
      </w:tr>
      <w:tr w:rsidR="005C3EEE" w:rsidRPr="00B46333" w14:paraId="786ED24B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53CFAEA6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Planned start</w:t>
            </w:r>
          </w:p>
        </w:tc>
        <w:tc>
          <w:tcPr>
            <w:tcW w:w="2999" w:type="dxa"/>
            <w:vAlign w:val="center"/>
          </w:tcPr>
          <w:p w14:paraId="616BFDB5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DD / MM / YYYY</w:t>
            </w:r>
          </w:p>
        </w:tc>
        <w:tc>
          <w:tcPr>
            <w:tcW w:w="2100" w:type="dxa"/>
            <w:vAlign w:val="center"/>
          </w:tcPr>
          <w:p w14:paraId="06F0E12C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Planned end</w:t>
            </w:r>
          </w:p>
        </w:tc>
        <w:tc>
          <w:tcPr>
            <w:tcW w:w="2999" w:type="dxa"/>
            <w:gridSpan w:val="2"/>
            <w:vAlign w:val="center"/>
          </w:tcPr>
          <w:p w14:paraId="61FB1559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DD / MM / YYYY</w:t>
            </w:r>
          </w:p>
        </w:tc>
      </w:tr>
    </w:tbl>
    <w:p w14:paraId="4E8674B7" w14:textId="77777777" w:rsidR="005C3EEE" w:rsidRPr="00B46333" w:rsidRDefault="005C3EEE">
      <w:pPr>
        <w:spacing w:after="0"/>
        <w:rPr>
          <w:color w:val="auto"/>
        </w:rPr>
      </w:pPr>
    </w:p>
    <w:p w14:paraId="1691BA63" w14:textId="77777777" w:rsidR="00924C05" w:rsidRPr="00B46333" w:rsidRDefault="00924C05">
      <w:pPr>
        <w:spacing w:after="0"/>
        <w:rPr>
          <w:color w:val="auto"/>
        </w:rPr>
      </w:pPr>
    </w:p>
    <w:tbl>
      <w:tblPr>
        <w:tblW w:w="1019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7681"/>
        <w:gridCol w:w="22"/>
      </w:tblGrid>
      <w:tr w:rsidR="005C3EEE" w:rsidRPr="00B46333" w14:paraId="6C81445F" w14:textId="77777777" w:rsidTr="00B46333">
        <w:trPr>
          <w:gridAfter w:val="1"/>
          <w:wAfter w:w="22" w:type="dxa"/>
          <w:cantSplit/>
        </w:trPr>
        <w:tc>
          <w:tcPr>
            <w:tcW w:w="10198" w:type="dxa"/>
            <w:gridSpan w:val="2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173878DC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  <w:sz w:val="21"/>
              </w:rPr>
              <w:t>2. SENDING INSTITUTION</w:t>
            </w:r>
          </w:p>
        </w:tc>
      </w:tr>
      <w:tr w:rsidR="005C3EEE" w:rsidRPr="00B46333" w14:paraId="71502F19" w14:textId="77777777" w:rsidTr="00B46333">
        <w:trPr>
          <w:trHeight w:val="430"/>
        </w:trPr>
        <w:tc>
          <w:tcPr>
            <w:tcW w:w="2500" w:type="dxa"/>
            <w:vAlign w:val="center"/>
          </w:tcPr>
          <w:p w14:paraId="3628D00C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Official name</w:t>
            </w:r>
          </w:p>
        </w:tc>
        <w:tc>
          <w:tcPr>
            <w:tcW w:w="7698" w:type="dxa"/>
            <w:gridSpan w:val="2"/>
            <w:vAlign w:val="center"/>
          </w:tcPr>
          <w:p w14:paraId="56C2269D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Enter the full official name of the sending institution</w:t>
            </w:r>
          </w:p>
        </w:tc>
      </w:tr>
      <w:tr w:rsidR="005C3EEE" w:rsidRPr="00B46333" w14:paraId="5DE4F674" w14:textId="77777777" w:rsidTr="00B46333">
        <w:trPr>
          <w:trHeight w:val="430"/>
        </w:trPr>
        <w:tc>
          <w:tcPr>
            <w:tcW w:w="2500" w:type="dxa"/>
            <w:vAlign w:val="center"/>
          </w:tcPr>
          <w:p w14:paraId="2C2BB8A9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Erasmus code / Country</w:t>
            </w:r>
          </w:p>
        </w:tc>
        <w:tc>
          <w:tcPr>
            <w:tcW w:w="7698" w:type="dxa"/>
            <w:gridSpan w:val="2"/>
            <w:vAlign w:val="center"/>
          </w:tcPr>
          <w:p w14:paraId="2457F87F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Enter the Erasmus code and country</w:t>
            </w:r>
          </w:p>
        </w:tc>
      </w:tr>
      <w:tr w:rsidR="005C3EEE" w:rsidRPr="00B46333" w14:paraId="34FCB3F4" w14:textId="77777777" w:rsidTr="00B46333">
        <w:trPr>
          <w:trHeight w:val="430"/>
        </w:trPr>
        <w:tc>
          <w:tcPr>
            <w:tcW w:w="2500" w:type="dxa"/>
            <w:vAlign w:val="center"/>
          </w:tcPr>
          <w:p w14:paraId="33CFA392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Authorised coordinator</w:t>
            </w:r>
          </w:p>
        </w:tc>
        <w:tc>
          <w:tcPr>
            <w:tcW w:w="7698" w:type="dxa"/>
            <w:gridSpan w:val="2"/>
            <w:vAlign w:val="center"/>
          </w:tcPr>
          <w:p w14:paraId="3FC2F34D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Name, surname and position</w:t>
            </w:r>
          </w:p>
        </w:tc>
      </w:tr>
      <w:tr w:rsidR="005C3EEE" w:rsidRPr="00B46333" w14:paraId="605D4A66" w14:textId="77777777" w:rsidTr="00B46333">
        <w:trPr>
          <w:trHeight w:val="430"/>
        </w:trPr>
        <w:tc>
          <w:tcPr>
            <w:tcW w:w="2500" w:type="dxa"/>
            <w:vAlign w:val="center"/>
          </w:tcPr>
          <w:p w14:paraId="5D906F75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b/>
                <w:color w:val="auto"/>
              </w:rPr>
              <w:t>Coordinator e-mail</w:t>
            </w:r>
          </w:p>
        </w:tc>
        <w:tc>
          <w:tcPr>
            <w:tcW w:w="7698" w:type="dxa"/>
            <w:gridSpan w:val="2"/>
            <w:vAlign w:val="center"/>
          </w:tcPr>
          <w:p w14:paraId="0910B0DA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i/>
                <w:color w:val="auto"/>
              </w:rPr>
              <w:t>Official institutional e-mail address</w:t>
            </w:r>
          </w:p>
        </w:tc>
      </w:tr>
    </w:tbl>
    <w:p w14:paraId="75FC1586" w14:textId="77777777" w:rsidR="005C3EEE" w:rsidRPr="00B46333" w:rsidRDefault="005C3EEE">
      <w:pPr>
        <w:spacing w:after="0"/>
        <w:rPr>
          <w:color w:val="auto"/>
        </w:rPr>
      </w:pPr>
    </w:p>
    <w:p w14:paraId="1F8D8B96" w14:textId="77777777" w:rsidR="00924C05" w:rsidRPr="00B46333" w:rsidRDefault="00924C05">
      <w:pPr>
        <w:spacing w:after="0"/>
        <w:rPr>
          <w:color w:val="auto"/>
        </w:rPr>
      </w:pPr>
    </w:p>
    <w:tbl>
      <w:tblPr>
        <w:tblW w:w="1019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2992"/>
        <w:gridCol w:w="2096"/>
        <w:gridCol w:w="2992"/>
        <w:gridCol w:w="22"/>
      </w:tblGrid>
      <w:tr w:rsidR="005C3EEE" w:rsidRPr="00B46333" w14:paraId="493C4967" w14:textId="77777777" w:rsidTr="00B46333">
        <w:trPr>
          <w:gridAfter w:val="1"/>
          <w:wAfter w:w="22" w:type="dxa"/>
          <w:cantSplit/>
        </w:trPr>
        <w:tc>
          <w:tcPr>
            <w:tcW w:w="10198" w:type="dxa"/>
            <w:gridSpan w:val="4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2D2BA27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  <w:sz w:val="21"/>
              </w:rPr>
              <w:t>3. NOMINATED STUDENT</w:t>
            </w:r>
          </w:p>
        </w:tc>
      </w:tr>
      <w:tr w:rsidR="005C3EEE" w:rsidRPr="00B46333" w14:paraId="04373433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28D8C917" w14:textId="08C981CB" w:rsidR="005C3EEE" w:rsidRPr="00B46333" w:rsidRDefault="00B23339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Name(s)</w:t>
            </w:r>
          </w:p>
        </w:tc>
        <w:tc>
          <w:tcPr>
            <w:tcW w:w="2999" w:type="dxa"/>
            <w:vAlign w:val="center"/>
          </w:tcPr>
          <w:p w14:paraId="1FA73493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As shown in passport / ID</w:t>
            </w:r>
          </w:p>
        </w:tc>
        <w:tc>
          <w:tcPr>
            <w:tcW w:w="2100" w:type="dxa"/>
            <w:vAlign w:val="center"/>
          </w:tcPr>
          <w:p w14:paraId="6C98AE3C" w14:textId="3531740E" w:rsidR="005C3EEE" w:rsidRPr="00B46333" w:rsidRDefault="00B23339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Surname</w:t>
            </w:r>
          </w:p>
        </w:tc>
        <w:tc>
          <w:tcPr>
            <w:tcW w:w="2999" w:type="dxa"/>
            <w:gridSpan w:val="2"/>
            <w:vAlign w:val="center"/>
          </w:tcPr>
          <w:p w14:paraId="386134E6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As shown in passport / ID</w:t>
            </w:r>
          </w:p>
        </w:tc>
      </w:tr>
      <w:tr w:rsidR="005C3EEE" w:rsidRPr="00B46333" w14:paraId="38F06102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54DA376E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Date of birth</w:t>
            </w:r>
          </w:p>
        </w:tc>
        <w:tc>
          <w:tcPr>
            <w:tcW w:w="2999" w:type="dxa"/>
            <w:vAlign w:val="center"/>
          </w:tcPr>
          <w:p w14:paraId="528D6BEC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DD / MM / YYYY</w:t>
            </w:r>
          </w:p>
        </w:tc>
        <w:tc>
          <w:tcPr>
            <w:tcW w:w="2100" w:type="dxa"/>
            <w:vAlign w:val="center"/>
          </w:tcPr>
          <w:p w14:paraId="16722B55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b/>
                <w:color w:val="auto"/>
              </w:rPr>
              <w:t>Student e-mail</w:t>
            </w:r>
          </w:p>
        </w:tc>
        <w:tc>
          <w:tcPr>
            <w:tcW w:w="2999" w:type="dxa"/>
            <w:gridSpan w:val="2"/>
            <w:vAlign w:val="center"/>
          </w:tcPr>
          <w:p w14:paraId="34F51340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i/>
                <w:color w:val="auto"/>
              </w:rPr>
              <w:t>Student's active e-mail address</w:t>
            </w:r>
          </w:p>
        </w:tc>
      </w:tr>
      <w:tr w:rsidR="005C3EEE" w:rsidRPr="00B46333" w14:paraId="72B98050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78C64CA2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Field of study</w:t>
            </w:r>
          </w:p>
        </w:tc>
        <w:tc>
          <w:tcPr>
            <w:tcW w:w="2999" w:type="dxa"/>
            <w:vAlign w:val="center"/>
          </w:tcPr>
          <w:p w14:paraId="6A76EAEB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Department / programme</w:t>
            </w:r>
          </w:p>
        </w:tc>
        <w:tc>
          <w:tcPr>
            <w:tcW w:w="2100" w:type="dxa"/>
            <w:vAlign w:val="center"/>
          </w:tcPr>
          <w:p w14:paraId="6F1F342D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ISCED code</w:t>
            </w:r>
          </w:p>
        </w:tc>
        <w:tc>
          <w:tcPr>
            <w:tcW w:w="2999" w:type="dxa"/>
            <w:gridSpan w:val="2"/>
            <w:vAlign w:val="center"/>
          </w:tcPr>
          <w:p w14:paraId="1B219763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Enter the applicable code</w:t>
            </w:r>
          </w:p>
        </w:tc>
      </w:tr>
      <w:tr w:rsidR="005C3EEE" w:rsidRPr="00B46333" w14:paraId="69C0C738" w14:textId="77777777" w:rsidTr="00B46333">
        <w:trPr>
          <w:trHeight w:val="430"/>
        </w:trPr>
        <w:tc>
          <w:tcPr>
            <w:tcW w:w="2100" w:type="dxa"/>
            <w:vAlign w:val="center"/>
          </w:tcPr>
          <w:p w14:paraId="517C649D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Study cycle</w:t>
            </w:r>
          </w:p>
        </w:tc>
        <w:tc>
          <w:tcPr>
            <w:tcW w:w="2999" w:type="dxa"/>
            <w:vAlign w:val="center"/>
          </w:tcPr>
          <w:p w14:paraId="2C2CB613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Short / Bachelor / Master / Doctorate</w:t>
            </w:r>
          </w:p>
        </w:tc>
        <w:tc>
          <w:tcPr>
            <w:tcW w:w="2100" w:type="dxa"/>
            <w:vAlign w:val="center"/>
          </w:tcPr>
          <w:p w14:paraId="4A51C4FA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b/>
                <w:color w:val="auto"/>
              </w:rPr>
              <w:t>Current year</w:t>
            </w:r>
          </w:p>
        </w:tc>
        <w:tc>
          <w:tcPr>
            <w:tcW w:w="2999" w:type="dxa"/>
            <w:gridSpan w:val="2"/>
            <w:vAlign w:val="center"/>
          </w:tcPr>
          <w:p w14:paraId="3DFE8F00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rFonts w:eastAsia="Calibri"/>
                <w:i/>
                <w:color w:val="auto"/>
              </w:rPr>
              <w:t>1 / 2 / 3 / 4 / Other</w:t>
            </w:r>
          </w:p>
        </w:tc>
      </w:tr>
    </w:tbl>
    <w:p w14:paraId="23A78F7B" w14:textId="77777777" w:rsidR="005C3EEE" w:rsidRPr="00B46333" w:rsidRDefault="005C3EEE">
      <w:pPr>
        <w:spacing w:after="0"/>
        <w:rPr>
          <w:color w:val="auto"/>
        </w:rPr>
      </w:pPr>
    </w:p>
    <w:p w14:paraId="2D98D30A" w14:textId="77777777" w:rsidR="00924C05" w:rsidRPr="00B46333" w:rsidRDefault="00924C05">
      <w:pPr>
        <w:spacing w:after="0"/>
        <w:rPr>
          <w:color w:val="auto"/>
        </w:rPr>
      </w:pPr>
    </w:p>
    <w:tbl>
      <w:tblPr>
        <w:tblW w:w="1019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7698"/>
      </w:tblGrid>
      <w:tr w:rsidR="005C3EEE" w:rsidRPr="00B46333" w14:paraId="78D2B497" w14:textId="77777777" w:rsidTr="00B46333">
        <w:trPr>
          <w:cantSplit/>
        </w:trPr>
        <w:tc>
          <w:tcPr>
            <w:tcW w:w="10198" w:type="dxa"/>
            <w:gridSpan w:val="2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6E3816E1" w14:textId="77777777" w:rsidR="005C3EEE" w:rsidRPr="00B46333" w:rsidRDefault="00000000">
            <w:pPr>
              <w:keepLines/>
              <w:spacing w:after="0"/>
              <w:rPr>
                <w:color w:val="auto"/>
              </w:rPr>
            </w:pPr>
            <w:r w:rsidRPr="00B46333">
              <w:rPr>
                <w:b/>
                <w:color w:val="auto"/>
                <w:sz w:val="21"/>
              </w:rPr>
              <w:t>4. OFFICIAL CONFIRMATION</w:t>
            </w:r>
          </w:p>
        </w:tc>
      </w:tr>
      <w:tr w:rsidR="005C3EEE" w:rsidRPr="00B46333" w14:paraId="44FDB76B" w14:textId="77777777" w:rsidTr="00B46333">
        <w:trPr>
          <w:trHeight w:val="430"/>
        </w:trPr>
        <w:tc>
          <w:tcPr>
            <w:tcW w:w="2500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666F2A0" w14:textId="77777777" w:rsidR="005C3EEE" w:rsidRPr="00B46333" w:rsidRDefault="00000000">
            <w:pPr>
              <w:keepLines/>
              <w:spacing w:after="0" w:line="252" w:lineRule="auto"/>
              <w:rPr>
                <w:color w:val="auto"/>
              </w:rPr>
            </w:pPr>
            <w:r w:rsidRPr="00B46333">
              <w:rPr>
                <w:b/>
                <w:color w:val="auto"/>
              </w:rPr>
              <w:t>Confirmation</w:t>
            </w:r>
          </w:p>
        </w:tc>
        <w:tc>
          <w:tcPr>
            <w:tcW w:w="7698" w:type="dxa"/>
            <w:shd w:val="clear" w:color="auto" w:fill="FBFCFE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676C202" w14:textId="77777777" w:rsidR="005C3EEE" w:rsidRPr="00B46333" w:rsidRDefault="00000000">
            <w:pPr>
              <w:keepLines/>
              <w:spacing w:after="0" w:line="252" w:lineRule="auto"/>
              <w:rPr>
                <w:color w:val="auto"/>
              </w:rPr>
            </w:pPr>
            <w:r w:rsidRPr="00B46333">
              <w:rPr>
                <w:color w:val="auto"/>
                <w:sz w:val="18"/>
              </w:rPr>
              <w:t>By sending this form from an official institutional e-mail account, the authorised coordinator confirms that the student has been selected and officially nominated by the sending institution. No signature or stamp is required.</w:t>
            </w:r>
          </w:p>
        </w:tc>
      </w:tr>
    </w:tbl>
    <w:p w14:paraId="1B535608" w14:textId="77777777" w:rsidR="00924C05" w:rsidRPr="00B46333" w:rsidRDefault="00924C05">
      <w:pPr>
        <w:spacing w:before="100" w:after="20"/>
        <w:jc w:val="center"/>
        <w:rPr>
          <w:rFonts w:eastAsia="Calibri"/>
          <w:b/>
          <w:color w:val="auto"/>
          <w:sz w:val="18"/>
        </w:rPr>
      </w:pPr>
    </w:p>
    <w:p w14:paraId="547264E7" w14:textId="5AE4EC8A" w:rsidR="005C3EEE" w:rsidRPr="00B46333" w:rsidRDefault="00000000">
      <w:pPr>
        <w:spacing w:before="100" w:after="20"/>
        <w:jc w:val="center"/>
        <w:rPr>
          <w:color w:val="auto"/>
        </w:rPr>
      </w:pPr>
      <w:r w:rsidRPr="00B46333">
        <w:rPr>
          <w:rFonts w:eastAsia="Calibri"/>
          <w:b/>
          <w:color w:val="auto"/>
          <w:sz w:val="18"/>
        </w:rPr>
        <w:t>SUBMISSION</w:t>
      </w:r>
      <w:r w:rsidRPr="00B46333">
        <w:rPr>
          <w:rFonts w:eastAsia="Calibri"/>
          <w:color w:val="auto"/>
          <w:sz w:val="18"/>
        </w:rPr>
        <w:t xml:space="preserve">  E-mail the completed form from an official institutional account to </w:t>
      </w:r>
      <w:hyperlink r:id="rId8">
        <w:r w:rsidR="005C3EEE" w:rsidRPr="00B46333">
          <w:rPr>
            <w:color w:val="auto"/>
            <w:sz w:val="18"/>
            <w:u w:val="single"/>
          </w:rPr>
          <w:t>erasmus@ankarabilim.edu.tr</w:t>
        </w:r>
      </w:hyperlink>
    </w:p>
    <w:p w14:paraId="4395D460" w14:textId="77777777" w:rsidR="005C3EEE" w:rsidRPr="00B46333" w:rsidRDefault="00000000">
      <w:pPr>
        <w:spacing w:after="0"/>
        <w:jc w:val="center"/>
        <w:rPr>
          <w:color w:val="auto"/>
        </w:rPr>
      </w:pPr>
      <w:r w:rsidRPr="00B46333">
        <w:rPr>
          <w:rFonts w:eastAsia="Calibri"/>
          <w:i/>
          <w:color w:val="auto"/>
          <w:sz w:val="15"/>
        </w:rPr>
        <w:t>Personal data in this form will be processed only for nomination, admission and mobility administration by authorised institutional units.</w:t>
      </w:r>
    </w:p>
    <w:sectPr w:rsidR="005C3EEE" w:rsidRPr="00B46333" w:rsidSect="00034616">
      <w:headerReference w:type="default" r:id="rId9"/>
      <w:footerReference w:type="default" r:id="rId10"/>
      <w:pgSz w:w="11906" w:h="16838"/>
      <w:pgMar w:top="709" w:right="794" w:bottom="680" w:left="794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128D" w14:textId="77777777" w:rsidR="00F1011A" w:rsidRDefault="00F1011A">
      <w:pPr>
        <w:spacing w:after="0"/>
      </w:pPr>
      <w:r>
        <w:separator/>
      </w:r>
    </w:p>
  </w:endnote>
  <w:endnote w:type="continuationSeparator" w:id="0">
    <w:p w14:paraId="5FF1DA63" w14:textId="77777777" w:rsidR="00F1011A" w:rsidRDefault="00F101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0E83" w14:textId="77777777" w:rsidR="005C3EEE" w:rsidRDefault="00000000">
    <w:pPr>
      <w:pStyle w:val="AltBilgi"/>
      <w:jc w:val="center"/>
    </w:pPr>
    <w:r>
      <w:rPr>
        <w:rFonts w:eastAsia="Calibri"/>
        <w:color w:val="667085"/>
        <w:sz w:val="16"/>
      </w:rPr>
      <w:t xml:space="preserve">Ankara Science University  |  Erasmus Office  |  </w:t>
    </w:r>
    <w:hyperlink r:id="rId1">
      <w:r w:rsidR="005C3EEE">
        <w:rPr>
          <w:color w:val="193A74"/>
          <w:sz w:val="18"/>
          <w:u w:val="single"/>
        </w:rPr>
        <w:t>www.ankarabilim.edu.tr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6E95" w14:textId="77777777" w:rsidR="00F1011A" w:rsidRDefault="00F1011A">
      <w:pPr>
        <w:spacing w:after="0"/>
      </w:pPr>
      <w:r>
        <w:separator/>
      </w:r>
    </w:p>
  </w:footnote>
  <w:footnote w:type="continuationSeparator" w:id="0">
    <w:p w14:paraId="5E108CB3" w14:textId="77777777" w:rsidR="00F1011A" w:rsidRDefault="00F101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1821" w14:textId="77777777" w:rsidR="005C3EEE" w:rsidRDefault="00000000">
    <w:pPr>
      <w:pStyle w:val="stBilgi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1BA4A4" wp14:editId="4D1B822D">
          <wp:simplePos x="0" y="0"/>
          <wp:positionH relativeFrom="column">
            <wp:posOffset>-351790</wp:posOffset>
          </wp:positionH>
          <wp:positionV relativeFrom="paragraph">
            <wp:posOffset>-55245</wp:posOffset>
          </wp:positionV>
          <wp:extent cx="1514475" cy="242570"/>
          <wp:effectExtent l="0" t="0" r="9525" b="5080"/>
          <wp:wrapTight wrapText="bothSides">
            <wp:wrapPolygon edited="0">
              <wp:start x="0" y="0"/>
              <wp:lineTo x="0" y="20356"/>
              <wp:lineTo x="21464" y="20356"/>
              <wp:lineTo x="2146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kara_science_university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47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DC7A372" w14:textId="77777777" w:rsidR="00B23339" w:rsidRDefault="00B23339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2549924">
    <w:abstractNumId w:val="8"/>
  </w:num>
  <w:num w:numId="2" w16cid:durableId="310257042">
    <w:abstractNumId w:val="6"/>
  </w:num>
  <w:num w:numId="3" w16cid:durableId="2048293485">
    <w:abstractNumId w:val="5"/>
  </w:num>
  <w:num w:numId="4" w16cid:durableId="1416901008">
    <w:abstractNumId w:val="4"/>
  </w:num>
  <w:num w:numId="5" w16cid:durableId="1618221071">
    <w:abstractNumId w:val="7"/>
  </w:num>
  <w:num w:numId="6" w16cid:durableId="978192830">
    <w:abstractNumId w:val="3"/>
  </w:num>
  <w:num w:numId="7" w16cid:durableId="973602898">
    <w:abstractNumId w:val="2"/>
  </w:num>
  <w:num w:numId="8" w16cid:durableId="949357606">
    <w:abstractNumId w:val="1"/>
  </w:num>
  <w:num w:numId="9" w16cid:durableId="17801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278"/>
    <w:rsid w:val="0015074B"/>
    <w:rsid w:val="0029639D"/>
    <w:rsid w:val="00326F90"/>
    <w:rsid w:val="004E2224"/>
    <w:rsid w:val="005770CF"/>
    <w:rsid w:val="005C3EEE"/>
    <w:rsid w:val="00796FDD"/>
    <w:rsid w:val="00924C05"/>
    <w:rsid w:val="00AA1D8D"/>
    <w:rsid w:val="00B23339"/>
    <w:rsid w:val="00B46333"/>
    <w:rsid w:val="00B47730"/>
    <w:rsid w:val="00CB0664"/>
    <w:rsid w:val="00F1011A"/>
    <w:rsid w:val="00FC693F"/>
    <w:rsid w:val="00FE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26202"/>
  <w14:defaultImageDpi w14:val="300"/>
  <w15:docId w15:val="{87326DE7-7159-4E08-8591-0C5252DF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Calibri" w:hAnsi="Calibri"/>
      <w:color w:val="1E2430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@ankarabilim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Science University Incoming Student Nomination Form</dc:title>
  <dc:subject>Erasmus+ and International Exchange Programmes</dc:subject>
  <dc:creator>Ankara Science University Erasmus Office</dc:creator>
  <cp:keywords>Erasmus, incoming student, nomination form, TR ANKARA29</cp:keywords>
  <dc:description>generated by python-docx</dc:description>
  <cp:lastModifiedBy>Esra Aktaş</cp:lastModifiedBy>
  <cp:revision>4</cp:revision>
  <dcterms:created xsi:type="dcterms:W3CDTF">2013-12-23T23:15:00Z</dcterms:created>
  <dcterms:modified xsi:type="dcterms:W3CDTF">2026-08-13T14:18:00Z</dcterms:modified>
  <cp:category/>
</cp:coreProperties>
</file>