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D47BAA" w:rsidRPr="00606D0C" w14:paraId="489FDA2F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08C15" w14:textId="00B36B0E" w:rsidR="00D47BAA" w:rsidRPr="00606D0C" w:rsidRDefault="00D47B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D1BC3" w14:textId="77777777" w:rsidR="006F3CE0" w:rsidRPr="00606D0C" w:rsidRDefault="006F3CE0">
            <w:pPr>
              <w:spacing w:after="20"/>
              <w:jc w:val="right"/>
              <w:rPr>
                <w:rFonts w:ascii="Times New Roman" w:hAnsi="Times New Roman" w:cs="Times New Roman"/>
                <w:b/>
              </w:rPr>
            </w:pPr>
          </w:p>
          <w:p w14:paraId="22BC1100" w14:textId="77777777" w:rsidR="006F3CE0" w:rsidRPr="00606D0C" w:rsidRDefault="006F3CE0">
            <w:pPr>
              <w:spacing w:after="20"/>
              <w:jc w:val="right"/>
              <w:rPr>
                <w:rFonts w:ascii="Times New Roman" w:hAnsi="Times New Roman" w:cs="Times New Roman"/>
                <w:b/>
              </w:rPr>
            </w:pPr>
          </w:p>
          <w:p w14:paraId="779AD5EC" w14:textId="00CF1097" w:rsidR="00D47BAA" w:rsidRPr="00606D0C" w:rsidRDefault="00000000">
            <w:pPr>
              <w:spacing w:after="20"/>
              <w:jc w:val="right"/>
              <w:rPr>
                <w:rFonts w:ascii="Times New Roman" w:hAnsi="Times New Roman" w:cs="Times New Roman"/>
              </w:rPr>
            </w:pPr>
            <w:r w:rsidRPr="00606D0C">
              <w:rPr>
                <w:rFonts w:ascii="Times New Roman" w:hAnsi="Times New Roman" w:cs="Times New Roman"/>
                <w:b/>
              </w:rPr>
              <w:t>ERASMUS COORDINATION OFFICE</w:t>
            </w:r>
          </w:p>
          <w:p w14:paraId="0A0DA5D7" w14:textId="77777777" w:rsidR="00D47BAA" w:rsidRPr="00606D0C" w:rsidRDefault="0000000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06D0C">
              <w:rPr>
                <w:rFonts w:ascii="Times New Roman" w:hAnsi="Times New Roman" w:cs="Times New Roman"/>
                <w:sz w:val="18"/>
                <w:szCs w:val="18"/>
              </w:rPr>
              <w:t>Erasmus Code: TR ANKARA29</w:t>
            </w:r>
          </w:p>
        </w:tc>
      </w:tr>
      <w:tr w:rsidR="00D47BAA" w:rsidRPr="00606D0C" w14:paraId="34D639F1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362BE9B7" w14:textId="77777777" w:rsidR="00D47BAA" w:rsidRDefault="00D47B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C63B2E" w14:textId="77777777" w:rsidR="00606D0C" w:rsidRDefault="00606D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A9A0E6" w14:textId="77777777" w:rsidR="00606D0C" w:rsidRDefault="00606D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8EE897" w14:textId="77777777" w:rsidR="00606D0C" w:rsidRDefault="00606D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E5EC07" w14:textId="3D5D52D3" w:rsidR="00606D0C" w:rsidRPr="00606D0C" w:rsidRDefault="00606D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61D4D792" w14:textId="77777777" w:rsidR="00606D0C" w:rsidRPr="00606D0C" w:rsidRDefault="00606D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707130" w14:textId="77777777" w:rsidR="00606D0C" w:rsidRPr="00606D0C" w:rsidRDefault="00606D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B34888" w14:textId="77777777" w:rsidR="00606D0C" w:rsidRPr="00606D0C" w:rsidRDefault="00606D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0C3499" w14:textId="77777777" w:rsidR="00606D0C" w:rsidRPr="00606D0C" w:rsidRDefault="00606D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84932F" w14:textId="77777777" w:rsidR="00606D0C" w:rsidRPr="00606D0C" w:rsidRDefault="00606D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9C6B89" w14:textId="644AC56B" w:rsidR="00D47BAA" w:rsidRPr="00606D0C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06D0C">
              <w:rPr>
                <w:rFonts w:ascii="Times New Roman" w:hAnsi="Times New Roman" w:cs="Times New Roman"/>
                <w:sz w:val="18"/>
                <w:szCs w:val="18"/>
              </w:rPr>
              <w:t>Date: [DD/MM/YYYY]</w:t>
            </w:r>
          </w:p>
        </w:tc>
      </w:tr>
      <w:tr w:rsidR="00D47BAA" w:rsidRPr="00606D0C" w14:paraId="2BE27C9A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19799DDB" w14:textId="6E7AE474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6D0C">
              <w:rPr>
                <w:rFonts w:ascii="Times New Roman" w:hAnsi="Times New Roman" w:cs="Times New Roman"/>
                <w:sz w:val="18"/>
                <w:szCs w:val="18"/>
              </w:rPr>
              <w:t>Programme</w:t>
            </w:r>
            <w:proofErr w:type="spellEnd"/>
            <w:r w:rsidRPr="00606D0C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606D0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606D0C">
              <w:rPr>
                <w:rFonts w:ascii="Times New Roman" w:hAnsi="Times New Roman" w:cs="Times New Roman"/>
                <w:sz w:val="18"/>
                <w:szCs w:val="18"/>
              </w:rPr>
              <w:t xml:space="preserve"> KA131   </w:t>
            </w:r>
            <w:r w:rsidRPr="00606D0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606D0C">
              <w:rPr>
                <w:rFonts w:ascii="Times New Roman" w:hAnsi="Times New Roman" w:cs="Times New Roman"/>
                <w:sz w:val="18"/>
                <w:szCs w:val="18"/>
              </w:rPr>
              <w:t xml:space="preserve"> KA171</w:t>
            </w:r>
            <w:r w:rsidR="00606D0C" w:rsidRPr="00606D0C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69A9A316" w14:textId="77777777" w:rsidR="00D47BAA" w:rsidRPr="00606D0C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06D0C">
              <w:rPr>
                <w:rFonts w:ascii="Times New Roman" w:hAnsi="Times New Roman" w:cs="Times New Roman"/>
                <w:sz w:val="18"/>
                <w:szCs w:val="18"/>
              </w:rPr>
              <w:t>Place of Issue: Ankara, Türkiye</w:t>
            </w:r>
          </w:p>
        </w:tc>
      </w:tr>
      <w:tr w:rsidR="00606D0C" w:rsidRPr="00606D0C" w14:paraId="744DFADA" w14:textId="77777777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5DD4BE8B" w14:textId="77777777" w:rsidR="00606D0C" w:rsidRPr="00606D0C" w:rsidRDefault="00606D0C">
            <w:pPr>
              <w:spacing w:after="0" w:line="240" w:lineRule="auto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center"/>
          </w:tcPr>
          <w:p w14:paraId="459EB336" w14:textId="77777777" w:rsidR="00606D0C" w:rsidRPr="00606D0C" w:rsidRDefault="00606D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</w:tbl>
    <w:p w14:paraId="2AD2F238" w14:textId="77777777" w:rsidR="00D47BAA" w:rsidRPr="00606D0C" w:rsidRDefault="00000000">
      <w:pPr>
        <w:pStyle w:val="MainTitle"/>
        <w:spacing w:before="160" w:after="40"/>
        <w:jc w:val="center"/>
        <w:rPr>
          <w:rFonts w:ascii="Times New Roman" w:hAnsi="Times New Roman" w:cs="Times New Roman"/>
          <w:color w:val="auto"/>
        </w:rPr>
      </w:pPr>
      <w:r w:rsidRPr="00606D0C">
        <w:rPr>
          <w:rFonts w:ascii="Times New Roman" w:hAnsi="Times New Roman" w:cs="Times New Roman"/>
          <w:color w:val="auto"/>
        </w:rPr>
        <w:t>INVITATION LETTER</w:t>
      </w:r>
    </w:p>
    <w:p w14:paraId="79A312C0" w14:textId="77777777" w:rsidR="00D47BAA" w:rsidRPr="00606D0C" w:rsidRDefault="00000000">
      <w:pPr>
        <w:pStyle w:val="Altyaz1"/>
        <w:jc w:val="center"/>
        <w:rPr>
          <w:rFonts w:ascii="Times New Roman" w:hAnsi="Times New Roman" w:cs="Times New Roman"/>
          <w:color w:val="auto"/>
        </w:rPr>
      </w:pPr>
      <w:r w:rsidRPr="00606D0C">
        <w:rPr>
          <w:rFonts w:ascii="Times New Roman" w:hAnsi="Times New Roman" w:cs="Times New Roman"/>
          <w:color w:val="auto"/>
        </w:rPr>
        <w:t>ERASMUS+ STAFF MOBILITY FOR TEACHING</w:t>
      </w:r>
    </w:p>
    <w:p w14:paraId="001349BD" w14:textId="77777777" w:rsidR="00D47BAA" w:rsidRPr="00606D0C" w:rsidRDefault="00000000">
      <w:pPr>
        <w:spacing w:after="160"/>
        <w:rPr>
          <w:rFonts w:ascii="Times New Roman" w:hAnsi="Times New Roman" w:cs="Times New Roman"/>
        </w:rPr>
      </w:pPr>
      <w:r w:rsidRPr="00606D0C">
        <w:rPr>
          <w:rFonts w:ascii="Times New Roman" w:hAnsi="Times New Roman" w:cs="Times New Roman"/>
          <w:b/>
        </w:rPr>
        <w:t>To Whom It May Concern,</w:t>
      </w:r>
    </w:p>
    <w:p w14:paraId="7F00800B" w14:textId="77777777" w:rsidR="00D47BAA" w:rsidRPr="00606D0C" w:rsidRDefault="00000000">
      <w:pPr>
        <w:spacing w:after="140" w:line="269" w:lineRule="auto"/>
        <w:jc w:val="both"/>
        <w:rPr>
          <w:rFonts w:ascii="Times New Roman" w:hAnsi="Times New Roman" w:cs="Times New Roman"/>
        </w:rPr>
      </w:pPr>
      <w:r w:rsidRPr="00606D0C">
        <w:rPr>
          <w:rFonts w:ascii="Times New Roman" w:hAnsi="Times New Roman" w:cs="Times New Roman"/>
        </w:rPr>
        <w:t>Ankara Science University is pleased to invite [TITLE, NAME SURNAME], a staff member of [SENDING INSTITUTION], [COUNTRY], to participate in an Erasmus+ Staff Mobility for Teaching activity at Ankara Science University, Ankara, Türkiye.</w:t>
      </w:r>
    </w:p>
    <w:p w14:paraId="513D2287" w14:textId="77777777" w:rsidR="00D47BAA" w:rsidRPr="00606D0C" w:rsidRDefault="00000000">
      <w:pPr>
        <w:spacing w:after="140" w:line="269" w:lineRule="auto"/>
        <w:jc w:val="both"/>
        <w:rPr>
          <w:rFonts w:ascii="Times New Roman" w:hAnsi="Times New Roman" w:cs="Times New Roman"/>
        </w:rPr>
      </w:pPr>
      <w:r w:rsidRPr="00606D0C">
        <w:rPr>
          <w:rFonts w:ascii="Times New Roman" w:hAnsi="Times New Roman" w:cs="Times New Roman"/>
        </w:rPr>
        <w:t>The planned physical mobility will take place from [START DATE] to [END DATE], for a total of [NUMBER] working days, excluding travel days. During the mobility, the participant is expected to deliver [NUMBER] hours of teaching in the field of [SUBJECT FIELD / COURSE TITLE] at [HOST FACULTY / DEPARTMENT].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D47BAA" w:rsidRPr="00606D0C" w14:paraId="3340948B" w14:textId="77777777" w:rsidTr="00606D0C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1627853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b/>
                <w:szCs w:val="20"/>
              </w:rPr>
              <w:t>Participant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9AED57B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szCs w:val="20"/>
              </w:rPr>
              <w:t>[TITLE, NAME SURNAME]</w:t>
            </w:r>
          </w:p>
        </w:tc>
      </w:tr>
      <w:tr w:rsidR="00D47BAA" w:rsidRPr="00606D0C" w14:paraId="40DB8271" w14:textId="77777777" w:rsidTr="00606D0C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F8F6F90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b/>
                <w:szCs w:val="20"/>
              </w:rPr>
              <w:t>Sending Institution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CB7C3B3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szCs w:val="20"/>
              </w:rPr>
              <w:t>[INSTITUTION NAME, CITY, COUNTRY]</w:t>
            </w:r>
          </w:p>
        </w:tc>
      </w:tr>
      <w:tr w:rsidR="00D47BAA" w:rsidRPr="00606D0C" w14:paraId="72CC4B15" w14:textId="77777777" w:rsidTr="00606D0C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0280FC7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b/>
                <w:szCs w:val="20"/>
              </w:rPr>
              <w:t>Host Unit at Ankara Science University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BF22041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szCs w:val="20"/>
              </w:rPr>
              <w:t>[FACULTY / DEPARTMENT]</w:t>
            </w:r>
          </w:p>
        </w:tc>
      </w:tr>
      <w:tr w:rsidR="00D47BAA" w:rsidRPr="00606D0C" w14:paraId="243305FE" w14:textId="77777777" w:rsidTr="00606D0C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2694CEE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b/>
                <w:szCs w:val="20"/>
              </w:rPr>
              <w:t>Mobility Period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CB91A4E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szCs w:val="20"/>
              </w:rPr>
              <w:t>[START DATE] - [END DATE]</w:t>
            </w:r>
          </w:p>
        </w:tc>
      </w:tr>
      <w:tr w:rsidR="00D47BAA" w:rsidRPr="00606D0C" w14:paraId="05535B0C" w14:textId="77777777" w:rsidTr="00606D0C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479AB14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b/>
                <w:szCs w:val="20"/>
              </w:rPr>
              <w:t>Total Working Days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AA4F4E2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szCs w:val="20"/>
              </w:rPr>
              <w:t>[NUMBER] days, excluding travel days</w:t>
            </w:r>
          </w:p>
        </w:tc>
      </w:tr>
      <w:tr w:rsidR="00D47BAA" w:rsidRPr="00606D0C" w14:paraId="7CB18CDF" w14:textId="77777777" w:rsidTr="00606D0C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9D87FC6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b/>
                <w:szCs w:val="20"/>
              </w:rPr>
              <w:t>Total Teaching Hours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1AAB369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szCs w:val="20"/>
              </w:rPr>
              <w:t>[NUMBER] hours</w:t>
            </w:r>
          </w:p>
        </w:tc>
      </w:tr>
      <w:tr w:rsidR="00D47BAA" w:rsidRPr="00606D0C" w14:paraId="76E9B0CB" w14:textId="77777777" w:rsidTr="00606D0C">
        <w:trPr>
          <w:jc w:val="center"/>
        </w:trPr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2763D06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b/>
                <w:szCs w:val="20"/>
              </w:rPr>
              <w:t>Teaching Field / Course Title</w:t>
            </w:r>
          </w:p>
        </w:tc>
        <w:tc>
          <w:tcPr>
            <w:tcW w:w="5018" w:type="dxa"/>
            <w:tcBorders>
              <w:top w:val="single" w:sz="6" w:space="0" w:color="91AEBE"/>
              <w:left w:val="single" w:sz="6" w:space="0" w:color="91AEBE"/>
              <w:bottom w:val="single" w:sz="6" w:space="0" w:color="91AEBE"/>
              <w:right w:val="single" w:sz="6" w:space="0" w:color="91AEBE"/>
            </w:tcBorders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D0FEC51" w14:textId="77777777" w:rsidR="00D47BAA" w:rsidRPr="00606D0C" w:rsidRDefault="0000000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szCs w:val="20"/>
              </w:rPr>
              <w:t>[SUBJECT FIELD / COURSE TITLE]</w:t>
            </w:r>
          </w:p>
        </w:tc>
      </w:tr>
    </w:tbl>
    <w:p w14:paraId="7E3065FC" w14:textId="7889D25C" w:rsidR="00D47BAA" w:rsidRPr="00606D0C" w:rsidRDefault="00000000">
      <w:pPr>
        <w:spacing w:before="100" w:after="40" w:line="252" w:lineRule="auto"/>
        <w:jc w:val="both"/>
        <w:rPr>
          <w:rFonts w:ascii="Times New Roman" w:hAnsi="Times New Roman" w:cs="Times New Roman"/>
          <w:szCs w:val="20"/>
        </w:rPr>
      </w:pPr>
      <w:r w:rsidRPr="00606D0C">
        <w:rPr>
          <w:rFonts w:ascii="Times New Roman" w:hAnsi="Times New Roman" w:cs="Times New Roman"/>
          <w:szCs w:val="20"/>
        </w:rPr>
        <w:t xml:space="preserve">The detailed teaching programme, objectives and expected outcomes will be confirmed in the Erasmus+ Mobility Agreement signed by the </w:t>
      </w:r>
      <w:r w:rsidR="00606D0C" w:rsidRPr="00606D0C">
        <w:rPr>
          <w:rFonts w:ascii="Times New Roman" w:hAnsi="Times New Roman" w:cs="Times New Roman"/>
          <w:szCs w:val="20"/>
        </w:rPr>
        <w:t>participant in</w:t>
      </w:r>
      <w:r w:rsidRPr="00606D0C">
        <w:rPr>
          <w:rFonts w:ascii="Times New Roman" w:hAnsi="Times New Roman" w:cs="Times New Roman"/>
          <w:szCs w:val="20"/>
        </w:rPr>
        <w:t xml:space="preserve"> the sending institution and Ankara Science University.</w:t>
      </w:r>
    </w:p>
    <w:p w14:paraId="21C579B2" w14:textId="558671D3" w:rsidR="00D47BAA" w:rsidRPr="00606D0C" w:rsidRDefault="00000000">
      <w:pPr>
        <w:spacing w:before="100" w:after="40" w:line="252" w:lineRule="auto"/>
        <w:jc w:val="both"/>
        <w:rPr>
          <w:rFonts w:ascii="Times New Roman" w:hAnsi="Times New Roman" w:cs="Times New Roman"/>
          <w:szCs w:val="20"/>
        </w:rPr>
      </w:pPr>
      <w:r w:rsidRPr="00606D0C">
        <w:rPr>
          <w:rFonts w:ascii="Times New Roman" w:hAnsi="Times New Roman" w:cs="Times New Roman"/>
          <w:szCs w:val="20"/>
        </w:rPr>
        <w:t xml:space="preserve">This invitation letter confirms the University's willingness to host the </w:t>
      </w:r>
      <w:r w:rsidR="00606D0C" w:rsidRPr="00606D0C">
        <w:rPr>
          <w:rFonts w:ascii="Times New Roman" w:hAnsi="Times New Roman" w:cs="Times New Roman"/>
          <w:szCs w:val="20"/>
        </w:rPr>
        <w:t>participants</w:t>
      </w:r>
      <w:r w:rsidRPr="00606D0C">
        <w:rPr>
          <w:rFonts w:ascii="Times New Roman" w:hAnsi="Times New Roman" w:cs="Times New Roman"/>
          <w:szCs w:val="20"/>
        </w:rPr>
        <w:t>. It does not create a financial obligation for Ankara Science University unless a separate written arrangement has been concluded.</w:t>
      </w:r>
    </w:p>
    <w:p w14:paraId="2FDA72F6" w14:textId="15DFE2C8" w:rsidR="00D47BAA" w:rsidRPr="00606D0C" w:rsidRDefault="00000000">
      <w:pPr>
        <w:spacing w:before="160"/>
        <w:rPr>
          <w:rFonts w:ascii="Times New Roman" w:hAnsi="Times New Roman" w:cs="Times New Roman"/>
          <w:szCs w:val="20"/>
        </w:rPr>
      </w:pPr>
      <w:r w:rsidRPr="00606D0C">
        <w:rPr>
          <w:rFonts w:ascii="Times New Roman" w:hAnsi="Times New Roman" w:cs="Times New Roman"/>
          <w:szCs w:val="20"/>
        </w:rPr>
        <w:t xml:space="preserve">We look forward to welcoming the </w:t>
      </w:r>
      <w:r w:rsidR="00606D0C" w:rsidRPr="00606D0C">
        <w:rPr>
          <w:rFonts w:ascii="Times New Roman" w:hAnsi="Times New Roman" w:cs="Times New Roman"/>
          <w:szCs w:val="20"/>
        </w:rPr>
        <w:t>participants</w:t>
      </w:r>
      <w:r w:rsidR="006F3CE0" w:rsidRPr="00606D0C">
        <w:rPr>
          <w:rFonts w:ascii="Times New Roman" w:hAnsi="Times New Roman" w:cs="Times New Roman"/>
          <w:szCs w:val="20"/>
        </w:rPr>
        <w:t xml:space="preserve"> </w:t>
      </w:r>
      <w:r w:rsidRPr="00606D0C">
        <w:rPr>
          <w:rFonts w:ascii="Times New Roman" w:hAnsi="Times New Roman" w:cs="Times New Roman"/>
          <w:szCs w:val="20"/>
        </w:rPr>
        <w:t>to Ankara Science University.</w:t>
      </w:r>
    </w:p>
    <w:p w14:paraId="618960F3" w14:textId="77777777" w:rsidR="006F3CE0" w:rsidRPr="00606D0C" w:rsidRDefault="006F3CE0">
      <w:pPr>
        <w:spacing w:before="160"/>
        <w:rPr>
          <w:rFonts w:ascii="Times New Roman" w:hAnsi="Times New Roman" w:cs="Times New Roman"/>
        </w:rPr>
      </w:pPr>
    </w:p>
    <w:p w14:paraId="6E88F086" w14:textId="77777777" w:rsidR="006F3CE0" w:rsidRPr="00606D0C" w:rsidRDefault="006F3CE0">
      <w:pPr>
        <w:spacing w:before="160"/>
        <w:rPr>
          <w:rFonts w:ascii="Times New Roman" w:hAnsi="Times New Roman" w:cs="Times New Roman"/>
        </w:rPr>
      </w:pPr>
    </w:p>
    <w:p w14:paraId="4E13CF8F" w14:textId="77777777" w:rsidR="006F3CE0" w:rsidRPr="00606D0C" w:rsidRDefault="006F3CE0">
      <w:pPr>
        <w:spacing w:before="160"/>
        <w:rPr>
          <w:rFonts w:ascii="Times New Roman" w:hAnsi="Times New Roman" w:cs="Times New Roman"/>
        </w:rPr>
      </w:pPr>
    </w:p>
    <w:tbl>
      <w:tblPr>
        <w:tblW w:w="0" w:type="auto"/>
        <w:tblInd w:w="5025" w:type="dxa"/>
        <w:tblLayout w:type="fixed"/>
        <w:tblLook w:val="04A0" w:firstRow="1" w:lastRow="0" w:firstColumn="1" w:lastColumn="0" w:noHBand="0" w:noVBand="1"/>
      </w:tblPr>
      <w:tblGrid>
        <w:gridCol w:w="5018"/>
      </w:tblGrid>
      <w:tr w:rsidR="006F3CE0" w:rsidRPr="00606D0C" w14:paraId="5545B601" w14:textId="77777777" w:rsidTr="006F3CE0"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  <w:vAlign w:val="center"/>
          </w:tcPr>
          <w:p w14:paraId="23D42853" w14:textId="77777777" w:rsidR="006F3CE0" w:rsidRPr="00606D0C" w:rsidRDefault="006F3CE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</w:p>
          <w:p w14:paraId="4CCB9C1C" w14:textId="6FADFB74" w:rsidR="006F3CE0" w:rsidRPr="00606D0C" w:rsidRDefault="00606D0C" w:rsidP="00606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                                         </w:t>
            </w:r>
            <w:r w:rsidR="006F3CE0" w:rsidRPr="00606D0C">
              <w:rPr>
                <w:rFonts w:ascii="Times New Roman" w:hAnsi="Times New Roman" w:cs="Times New Roman"/>
                <w:b/>
                <w:bCs/>
                <w:szCs w:val="20"/>
              </w:rPr>
              <w:t>Esra A</w:t>
            </w:r>
            <w:r w:rsidR="00D31806" w:rsidRPr="00606D0C">
              <w:rPr>
                <w:rFonts w:ascii="Times New Roman" w:hAnsi="Times New Roman" w:cs="Times New Roman"/>
                <w:b/>
                <w:bCs/>
                <w:szCs w:val="20"/>
              </w:rPr>
              <w:t>KTAŞ</w:t>
            </w:r>
          </w:p>
          <w:p w14:paraId="44719AA0" w14:textId="3A30ACF6" w:rsidR="006F3CE0" w:rsidRPr="00606D0C" w:rsidRDefault="006F3CE0" w:rsidP="006F3CE0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606D0C">
              <w:rPr>
                <w:rFonts w:ascii="Times New Roman" w:hAnsi="Times New Roman" w:cs="Times New Roman"/>
                <w:b/>
                <w:szCs w:val="20"/>
              </w:rPr>
              <w:t>Erasmus Institutional Coordinator</w:t>
            </w:r>
          </w:p>
        </w:tc>
      </w:tr>
      <w:tr w:rsidR="006F3CE0" w:rsidRPr="00606D0C" w14:paraId="0349563D" w14:textId="77777777" w:rsidTr="006F3CE0"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  <w:vAlign w:val="center"/>
          </w:tcPr>
          <w:p w14:paraId="12773C19" w14:textId="1F9F5731" w:rsidR="006F3CE0" w:rsidRPr="00606D0C" w:rsidRDefault="00606D0C" w:rsidP="00606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6D0C">
              <w:rPr>
                <w:rFonts w:ascii="Times New Roman" w:hAnsi="Times New Roman" w:cs="Times New Roman"/>
                <w:b/>
                <w:bCs/>
                <w:sz w:val="17"/>
              </w:rPr>
              <w:t xml:space="preserve">                                               </w:t>
            </w:r>
            <w:r w:rsidR="006F3CE0" w:rsidRPr="00606D0C">
              <w:rPr>
                <w:rFonts w:ascii="Times New Roman" w:hAnsi="Times New Roman" w:cs="Times New Roman"/>
                <w:b/>
                <w:bCs/>
                <w:sz w:val="17"/>
              </w:rPr>
              <w:t>Signature / Stamp:</w:t>
            </w:r>
          </w:p>
        </w:tc>
      </w:tr>
    </w:tbl>
    <w:p w14:paraId="2F7E1CC1" w14:textId="77777777" w:rsidR="00E14D9C" w:rsidRDefault="00E14D9C">
      <w:pPr>
        <w:rPr>
          <w:rFonts w:ascii="Times New Roman" w:hAnsi="Times New Roman" w:cs="Times New Roman"/>
        </w:rPr>
      </w:pPr>
    </w:p>
    <w:p w14:paraId="16556F0F" w14:textId="77777777" w:rsidR="000C3765" w:rsidRPr="000C3765" w:rsidRDefault="000C3765" w:rsidP="000C3765">
      <w:pPr>
        <w:rPr>
          <w:rFonts w:ascii="Times New Roman" w:hAnsi="Times New Roman" w:cs="Times New Roman"/>
        </w:rPr>
      </w:pPr>
    </w:p>
    <w:p w14:paraId="15B69995" w14:textId="77777777" w:rsidR="000C3765" w:rsidRPr="000C3765" w:rsidRDefault="000C3765" w:rsidP="000C3765">
      <w:pPr>
        <w:rPr>
          <w:rFonts w:ascii="Times New Roman" w:hAnsi="Times New Roman" w:cs="Times New Roman"/>
        </w:rPr>
      </w:pPr>
    </w:p>
    <w:p w14:paraId="2C68B5EA" w14:textId="48178FD3" w:rsidR="000C3765" w:rsidRPr="000C3765" w:rsidRDefault="000C3765" w:rsidP="000C3765">
      <w:pPr>
        <w:tabs>
          <w:tab w:val="left" w:pos="3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0C3765" w:rsidRPr="000C3765" w:rsidSect="008D64FB">
      <w:headerReference w:type="default" r:id="rId8"/>
      <w:footerReference w:type="default" r:id="rId9"/>
      <w:pgSz w:w="11906" w:h="16838"/>
      <w:pgMar w:top="709" w:right="935" w:bottom="652" w:left="935" w:header="28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CAE33" w14:textId="77777777" w:rsidR="002B2A1B" w:rsidRDefault="002B2A1B">
      <w:pPr>
        <w:spacing w:after="0" w:line="240" w:lineRule="auto"/>
      </w:pPr>
      <w:r>
        <w:separator/>
      </w:r>
    </w:p>
  </w:endnote>
  <w:endnote w:type="continuationSeparator" w:id="0">
    <w:p w14:paraId="32B84698" w14:textId="77777777" w:rsidR="002B2A1B" w:rsidRDefault="002B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FA66D" w14:textId="77777777" w:rsidR="005620DF" w:rsidRPr="00FD17F1" w:rsidRDefault="005620DF" w:rsidP="005620DF">
    <w:pPr>
      <w:pStyle w:val="AltBilgi"/>
      <w:jc w:val="center"/>
      <w:rPr>
        <w:rFonts w:ascii="Times New Roman" w:hAnsi="Times New Roman" w:cs="Times New Roman"/>
        <w:sz w:val="18"/>
        <w:szCs w:val="18"/>
      </w:rPr>
    </w:pPr>
    <w:r w:rsidRPr="00FD17F1">
      <w:rPr>
        <w:rFonts w:ascii="Times New Roman" w:hAnsi="Times New Roman" w:cs="Times New Roman"/>
        <w:sz w:val="18"/>
        <w:szCs w:val="18"/>
      </w:rPr>
      <w:t xml:space="preserve">Şehit Gönenç Caddesi Maltepe Mah.No:5 Çankaya Ankara  </w:t>
    </w:r>
  </w:p>
  <w:p w14:paraId="36B064DC" w14:textId="0A02C38E" w:rsidR="005620DF" w:rsidRPr="00FD17F1" w:rsidRDefault="005620DF" w:rsidP="005620DF">
    <w:pPr>
      <w:pStyle w:val="AltBilgi"/>
      <w:jc w:val="center"/>
      <w:rPr>
        <w:rFonts w:ascii="Times New Roman" w:hAnsi="Times New Roman" w:cs="Times New Roman"/>
        <w:sz w:val="18"/>
        <w:szCs w:val="18"/>
      </w:rPr>
    </w:pPr>
    <w:r w:rsidRPr="00FD17F1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FD17F1">
      <w:rPr>
        <w:rFonts w:ascii="Times New Roman" w:hAnsi="Times New Roman" w:cs="Times New Roman"/>
        <w:sz w:val="18"/>
        <w:szCs w:val="18"/>
      </w:rPr>
      <w:t>İletişim</w:t>
    </w:r>
    <w:proofErr w:type="spellEnd"/>
    <w:r w:rsidRPr="00FD17F1">
      <w:rPr>
        <w:rFonts w:ascii="Times New Roman" w:hAnsi="Times New Roman" w:cs="Times New Roman"/>
        <w:sz w:val="18"/>
        <w:szCs w:val="18"/>
      </w:rPr>
      <w:t xml:space="preserve"> :444 22 28 </w:t>
    </w:r>
    <w:hyperlink r:id="rId1" w:history="1">
      <w:r w:rsidRPr="00FD17F1">
        <w:rPr>
          <w:rStyle w:val="Kpr"/>
          <w:rFonts w:ascii="Times New Roman" w:hAnsi="Times New Roman" w:cs="Times New Roman"/>
          <w:color w:val="auto"/>
          <w:sz w:val="18"/>
          <w:szCs w:val="18"/>
        </w:rPr>
        <w:t>www.ankara</w:t>
      </w:r>
      <w:r w:rsidR="0044559E">
        <w:rPr>
          <w:rStyle w:val="Kpr"/>
          <w:rFonts w:ascii="Times New Roman" w:hAnsi="Times New Roman" w:cs="Times New Roman"/>
          <w:color w:val="auto"/>
          <w:sz w:val="18"/>
          <w:szCs w:val="18"/>
        </w:rPr>
        <w:t>Science</w:t>
      </w:r>
      <w:r w:rsidRPr="00FD17F1">
        <w:rPr>
          <w:rStyle w:val="Kpr"/>
          <w:rFonts w:ascii="Times New Roman" w:hAnsi="Times New Roman" w:cs="Times New Roman"/>
          <w:color w:val="auto"/>
          <w:sz w:val="18"/>
          <w:szCs w:val="18"/>
        </w:rPr>
        <w:t>.edu.tr</w:t>
      </w:r>
    </w:hyperlink>
  </w:p>
  <w:p w14:paraId="3B485A00" w14:textId="3C802D1E" w:rsidR="00D47BAA" w:rsidRPr="005620DF" w:rsidRDefault="00D47BAA" w:rsidP="005620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A304" w14:textId="77777777" w:rsidR="002B2A1B" w:rsidRDefault="002B2A1B">
      <w:pPr>
        <w:spacing w:after="0" w:line="240" w:lineRule="auto"/>
      </w:pPr>
      <w:r>
        <w:separator/>
      </w:r>
    </w:p>
  </w:footnote>
  <w:footnote w:type="continuationSeparator" w:id="0">
    <w:p w14:paraId="18D58837" w14:textId="77777777" w:rsidR="002B2A1B" w:rsidRDefault="002B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4CE7" w14:textId="12791799" w:rsidR="000C3765" w:rsidRDefault="0044559E" w:rsidP="000C3765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8B1156" wp14:editId="10E29F05">
          <wp:simplePos x="0" y="0"/>
          <wp:positionH relativeFrom="column">
            <wp:posOffset>-279400</wp:posOffset>
          </wp:positionH>
          <wp:positionV relativeFrom="paragraph">
            <wp:posOffset>77470</wp:posOffset>
          </wp:positionV>
          <wp:extent cx="1695450" cy="243996"/>
          <wp:effectExtent l="0" t="0" r="0" b="3810"/>
          <wp:wrapTight wrapText="bothSides">
            <wp:wrapPolygon edited="0">
              <wp:start x="0" y="0"/>
              <wp:lineTo x="0" y="20250"/>
              <wp:lineTo x="21357" y="20250"/>
              <wp:lineTo x="21357" y="0"/>
              <wp:lineTo x="0" y="0"/>
            </wp:wrapPolygon>
          </wp:wrapTight>
          <wp:docPr id="1" name="Picture 1" descr="Ankara Science University logo" title="Ankara Science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kara Science University logo" title="Ankara Science Universit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5450" cy="243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4D4D78" w14:textId="648BE90D" w:rsidR="006F3CE0" w:rsidRDefault="006F3CE0" w:rsidP="000C3765">
    <w:pPr>
      <w:pStyle w:val="stBilgi"/>
    </w:pPr>
  </w:p>
  <w:p w14:paraId="06F0DDF4" w14:textId="77777777" w:rsidR="000C3765" w:rsidRPr="000C3765" w:rsidRDefault="000C3765" w:rsidP="000C37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4497897">
    <w:abstractNumId w:val="8"/>
  </w:num>
  <w:num w:numId="2" w16cid:durableId="590970077">
    <w:abstractNumId w:val="6"/>
  </w:num>
  <w:num w:numId="3" w16cid:durableId="2125344237">
    <w:abstractNumId w:val="5"/>
  </w:num>
  <w:num w:numId="4" w16cid:durableId="1761372446">
    <w:abstractNumId w:val="4"/>
  </w:num>
  <w:num w:numId="5" w16cid:durableId="1567447026">
    <w:abstractNumId w:val="7"/>
  </w:num>
  <w:num w:numId="6" w16cid:durableId="1574193122">
    <w:abstractNumId w:val="3"/>
  </w:num>
  <w:num w:numId="7" w16cid:durableId="1627081332">
    <w:abstractNumId w:val="2"/>
  </w:num>
  <w:num w:numId="8" w16cid:durableId="275791946">
    <w:abstractNumId w:val="1"/>
  </w:num>
  <w:num w:numId="9" w16cid:durableId="147351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765"/>
    <w:rsid w:val="000E646B"/>
    <w:rsid w:val="0015074B"/>
    <w:rsid w:val="00150F45"/>
    <w:rsid w:val="0029639D"/>
    <w:rsid w:val="002B2A1B"/>
    <w:rsid w:val="00326F90"/>
    <w:rsid w:val="0044559E"/>
    <w:rsid w:val="005620DF"/>
    <w:rsid w:val="005E0C64"/>
    <w:rsid w:val="00606D0C"/>
    <w:rsid w:val="006A7F38"/>
    <w:rsid w:val="006B30A8"/>
    <w:rsid w:val="006F3CE0"/>
    <w:rsid w:val="00704DA0"/>
    <w:rsid w:val="008D64FB"/>
    <w:rsid w:val="009374B7"/>
    <w:rsid w:val="00AA1D8D"/>
    <w:rsid w:val="00B47730"/>
    <w:rsid w:val="00C8075A"/>
    <w:rsid w:val="00CB0664"/>
    <w:rsid w:val="00D31806"/>
    <w:rsid w:val="00D47BAA"/>
    <w:rsid w:val="00E14D9C"/>
    <w:rsid w:val="00E75085"/>
    <w:rsid w:val="00EB4B79"/>
    <w:rsid w:val="00FC693F"/>
    <w:rsid w:val="00FD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CBB0B"/>
  <w14:defaultImageDpi w14:val="300"/>
  <w15:docId w15:val="{FB455941-3E9A-4A14-87E2-0DD66889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rPr>
      <w:rFonts w:ascii="Arial" w:hAnsi="Arial"/>
      <w:b/>
      <w:color w:val="173B5E"/>
      <w:sz w:val="32"/>
    </w:rPr>
  </w:style>
  <w:style w:type="paragraph" w:customStyle="1" w:styleId="Altyaz1">
    <w:name w:val="Altyazı1"/>
    <w:rPr>
      <w:rFonts w:ascii="Arial" w:hAnsi="Arial"/>
      <w:b/>
      <w:color w:val="1F7896"/>
    </w:rPr>
  </w:style>
  <w:style w:type="character" w:styleId="Kpr">
    <w:name w:val="Hyperlink"/>
    <w:basedOn w:val="VarsaylanParagrafYazTipi"/>
    <w:uiPriority w:val="99"/>
    <w:unhideWhenUsed/>
    <w:rsid w:val="005620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11</cp:revision>
  <cp:lastPrinted>2026-08-12T11:02:00Z</cp:lastPrinted>
  <dcterms:created xsi:type="dcterms:W3CDTF">2013-12-23T23:15:00Z</dcterms:created>
  <dcterms:modified xsi:type="dcterms:W3CDTF">2026-08-13T14:23:00Z</dcterms:modified>
  <cp:category/>
</cp:coreProperties>
</file>