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59ABD" w14:textId="735FFD8D" w:rsidR="005F4D87" w:rsidRPr="00DC0B64" w:rsidRDefault="005F4D87">
      <w:pPr>
        <w:spacing w:after="0"/>
        <w:jc w:val="center"/>
        <w:rPr>
          <w:rFonts w:ascii="Times New Roman" w:hAnsi="Times New Roman" w:cs="Times New Roman"/>
          <w:color w:val="000000" w:themeColor="text1"/>
          <w:sz w:val="22"/>
        </w:rPr>
      </w:pPr>
    </w:p>
    <w:p w14:paraId="1B8B3B07" w14:textId="71113968" w:rsidR="008B6D65" w:rsidRPr="00DC0B64" w:rsidRDefault="00DC0B6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2"/>
        </w:rPr>
      </w:pPr>
      <w:r w:rsidRPr="00DC0B64">
        <w:rPr>
          <w:rFonts w:ascii="Times New Roman" w:hAnsi="Times New Roman" w:cs="Times New Roman"/>
          <w:b/>
          <w:color w:val="000000" w:themeColor="text1"/>
          <w:sz w:val="22"/>
        </w:rPr>
        <w:t>T.C.</w:t>
      </w:r>
    </w:p>
    <w:p w14:paraId="36783363" w14:textId="0D0990EC" w:rsidR="008B6D65" w:rsidRPr="00DC0B64" w:rsidRDefault="008337B4" w:rsidP="008337B4">
      <w:pPr>
        <w:pStyle w:val="FormTitle"/>
        <w:spacing w:after="0"/>
        <w:jc w:val="center"/>
        <w:rPr>
          <w:rFonts w:ascii="Times New Roman" w:hAnsi="Times New Roman" w:cs="Times New Roman"/>
          <w:color w:val="000000" w:themeColor="text1"/>
          <w:sz w:val="22"/>
        </w:rPr>
      </w:pPr>
      <w:r w:rsidRPr="00DC0B64">
        <w:rPr>
          <w:rFonts w:ascii="Times New Roman" w:hAnsi="Times New Roman" w:cs="Times New Roman"/>
          <w:color w:val="000000" w:themeColor="text1"/>
          <w:sz w:val="22"/>
        </w:rPr>
        <w:t xml:space="preserve">   ANKARA BİLİM ÜNİVERSİTESİ</w:t>
      </w:r>
    </w:p>
    <w:p w14:paraId="78715402" w14:textId="42C4A563" w:rsidR="005F4D87" w:rsidRPr="00DC0B64" w:rsidRDefault="008337B4">
      <w:pPr>
        <w:pStyle w:val="FormTitle"/>
        <w:spacing w:after="40"/>
        <w:jc w:val="center"/>
        <w:rPr>
          <w:rFonts w:ascii="Times New Roman" w:hAnsi="Times New Roman" w:cs="Times New Roman"/>
          <w:color w:val="000000" w:themeColor="text1"/>
          <w:sz w:val="22"/>
        </w:rPr>
      </w:pPr>
      <w:r w:rsidRPr="00DC0B64">
        <w:rPr>
          <w:rFonts w:ascii="Times New Roman" w:hAnsi="Times New Roman" w:cs="Times New Roman"/>
          <w:color w:val="000000" w:themeColor="text1"/>
          <w:sz w:val="22"/>
        </w:rPr>
        <w:t xml:space="preserve">  ERASMUS KOORDİNATÖRLÜĞÜNE</w:t>
      </w:r>
    </w:p>
    <w:p w14:paraId="2EB0BD13" w14:textId="77777777" w:rsidR="005F4D87" w:rsidRPr="00DC0B64" w:rsidRDefault="00000000">
      <w:pPr>
        <w:pStyle w:val="FormSubTitle"/>
        <w:spacing w:after="60"/>
        <w:jc w:val="center"/>
        <w:rPr>
          <w:rFonts w:ascii="Times New Roman" w:hAnsi="Times New Roman" w:cs="Times New Roman"/>
          <w:color w:val="000000" w:themeColor="text1"/>
        </w:rPr>
      </w:pPr>
      <w:r w:rsidRPr="00DC0B64">
        <w:rPr>
          <w:rFonts w:ascii="Times New Roman" w:hAnsi="Times New Roman" w:cs="Times New Roman"/>
          <w:color w:val="000000" w:themeColor="text1"/>
        </w:rPr>
        <w:t>ERASMUS+ PERSONEL HAREKETLİLİĞİ İTİRAZ DİLEKÇESİ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5F4D87" w:rsidRPr="00043445" w14:paraId="699C7074" w14:textId="77777777" w:rsidTr="00043445">
        <w:trPr>
          <w:trHeight w:val="28"/>
          <w:jc w:val="center"/>
        </w:trPr>
        <w:tc>
          <w:tcPr>
            <w:tcW w:w="104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24E8E" w14:textId="77777777" w:rsidR="005F4D87" w:rsidRPr="00043445" w:rsidRDefault="005F4D8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14"/>
        <w:gridCol w:w="3175"/>
        <w:gridCol w:w="1786"/>
        <w:gridCol w:w="3175"/>
      </w:tblGrid>
      <w:tr w:rsidR="005F4D87" w:rsidRPr="00043445" w14:paraId="16DD2290" w14:textId="77777777" w:rsidTr="00043445">
        <w:trPr>
          <w:trHeight w:val="310"/>
          <w:jc w:val="center"/>
        </w:trPr>
        <w:tc>
          <w:tcPr>
            <w:tcW w:w="2214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1930E4C" w14:textId="77777777" w:rsidR="005F4D87" w:rsidRPr="00FE6BC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6BC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Akademik </w:t>
            </w:r>
            <w:proofErr w:type="spellStart"/>
            <w:r w:rsidRPr="00FE6BC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Yıl</w:t>
            </w:r>
            <w:proofErr w:type="spellEnd"/>
          </w:p>
        </w:tc>
        <w:tc>
          <w:tcPr>
            <w:tcW w:w="3175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198529F" w14:textId="77777777" w:rsidR="005F4D87" w:rsidRPr="00FE6BC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6B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20… / 20…</w:t>
            </w:r>
          </w:p>
        </w:tc>
        <w:tc>
          <w:tcPr>
            <w:tcW w:w="1786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BA695DE" w14:textId="77777777" w:rsidR="005F4D87" w:rsidRPr="00FE6BC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6BC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Proje Türü</w:t>
            </w:r>
          </w:p>
        </w:tc>
        <w:tc>
          <w:tcPr>
            <w:tcW w:w="3175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0D06C72" w14:textId="77777777" w:rsidR="005F4D87" w:rsidRPr="00FE6BC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6BCF">
              <w:rPr>
                <w:rFonts w:ascii="Segoe UI Symbol" w:hAnsi="Segoe UI Symbol" w:cs="Segoe UI Symbol"/>
                <w:color w:val="000000" w:themeColor="text1"/>
                <w:sz w:val="18"/>
                <w:szCs w:val="18"/>
              </w:rPr>
              <w:t>☐</w:t>
            </w:r>
            <w:r w:rsidRPr="00FE6B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KA131   </w:t>
            </w:r>
            <w:r w:rsidRPr="00FE6BCF">
              <w:rPr>
                <w:rFonts w:ascii="Segoe UI Symbol" w:hAnsi="Segoe UI Symbol" w:cs="Segoe UI Symbol"/>
                <w:color w:val="000000" w:themeColor="text1"/>
                <w:sz w:val="18"/>
                <w:szCs w:val="18"/>
              </w:rPr>
              <w:t>☐</w:t>
            </w:r>
            <w:r w:rsidRPr="00FE6B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KA171</w:t>
            </w:r>
          </w:p>
        </w:tc>
      </w:tr>
      <w:tr w:rsidR="005F4D87" w:rsidRPr="00043445" w14:paraId="0CB86B09" w14:textId="77777777" w:rsidTr="00043445">
        <w:trPr>
          <w:jc w:val="center"/>
        </w:trPr>
        <w:tc>
          <w:tcPr>
            <w:tcW w:w="2214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C83BD4A" w14:textId="77777777" w:rsidR="005F4D87" w:rsidRPr="00FE6BC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FE6BC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Hareketlilik</w:t>
            </w:r>
            <w:proofErr w:type="spellEnd"/>
            <w:r w:rsidRPr="00FE6BC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E6BC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Türü</w:t>
            </w:r>
            <w:proofErr w:type="spellEnd"/>
          </w:p>
        </w:tc>
        <w:tc>
          <w:tcPr>
            <w:tcW w:w="3175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5018498" w14:textId="77777777" w:rsidR="005F4D87" w:rsidRPr="00FE6BC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6BCF">
              <w:rPr>
                <w:rFonts w:ascii="Segoe UI Symbol" w:hAnsi="Segoe UI Symbol" w:cs="Segoe UI Symbol"/>
                <w:color w:val="000000" w:themeColor="text1"/>
                <w:sz w:val="18"/>
                <w:szCs w:val="18"/>
              </w:rPr>
              <w:t>☐</w:t>
            </w:r>
            <w:r w:rsidRPr="00FE6B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Ders Verme   </w:t>
            </w:r>
            <w:r w:rsidRPr="00FE6BCF">
              <w:rPr>
                <w:rFonts w:ascii="Segoe UI Symbol" w:hAnsi="Segoe UI Symbol" w:cs="Segoe UI Symbol"/>
                <w:color w:val="000000" w:themeColor="text1"/>
                <w:sz w:val="18"/>
                <w:szCs w:val="18"/>
              </w:rPr>
              <w:t>☐</w:t>
            </w:r>
            <w:r w:rsidRPr="00FE6B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Eğitim Alma</w:t>
            </w:r>
          </w:p>
        </w:tc>
        <w:tc>
          <w:tcPr>
            <w:tcW w:w="1786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6488459" w14:textId="77777777" w:rsidR="005F4D87" w:rsidRPr="00FE6BC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6BC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İtiraz Edilen Sonuç</w:t>
            </w:r>
          </w:p>
        </w:tc>
        <w:tc>
          <w:tcPr>
            <w:tcW w:w="3175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70A2EF5" w14:textId="77777777" w:rsidR="005F4D87" w:rsidRPr="00FE6BC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6BCF">
              <w:rPr>
                <w:rFonts w:ascii="Segoe UI Symbol" w:hAnsi="Segoe UI Symbol" w:cs="Segoe UI Symbol"/>
                <w:color w:val="000000" w:themeColor="text1"/>
                <w:sz w:val="18"/>
                <w:szCs w:val="18"/>
              </w:rPr>
              <w:t>☐</w:t>
            </w:r>
            <w:r w:rsidRPr="00FE6B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Ön Değerlendirme   </w:t>
            </w:r>
            <w:r w:rsidRPr="00FE6BCF">
              <w:rPr>
                <w:rFonts w:ascii="Segoe UI Symbol" w:hAnsi="Segoe UI Symbol" w:cs="Segoe UI Symbol"/>
                <w:color w:val="000000" w:themeColor="text1"/>
                <w:sz w:val="18"/>
                <w:szCs w:val="18"/>
              </w:rPr>
              <w:t>☐</w:t>
            </w:r>
            <w:r w:rsidRPr="00FE6B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Nihai Değerlendirme</w:t>
            </w:r>
          </w:p>
        </w:tc>
      </w:tr>
      <w:tr w:rsidR="005F4D87" w:rsidRPr="00043445" w14:paraId="0FBC7240" w14:textId="77777777" w:rsidTr="00043445">
        <w:trPr>
          <w:jc w:val="center"/>
        </w:trPr>
        <w:tc>
          <w:tcPr>
            <w:tcW w:w="2214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9EEFFAE" w14:textId="77777777" w:rsidR="005F4D87" w:rsidRPr="00FE6BC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6BC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Başvuru / İlan Adı</w:t>
            </w:r>
          </w:p>
        </w:tc>
        <w:tc>
          <w:tcPr>
            <w:tcW w:w="3175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0D36DA9" w14:textId="77777777" w:rsidR="005F4D87" w:rsidRPr="00FE6BC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6B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……………………………………………………</w:t>
            </w:r>
          </w:p>
        </w:tc>
        <w:tc>
          <w:tcPr>
            <w:tcW w:w="1786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A22AFC1" w14:textId="77777777" w:rsidR="005F4D87" w:rsidRPr="00FE6BC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6BC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Başvuru No (varsa)</w:t>
            </w:r>
          </w:p>
        </w:tc>
        <w:tc>
          <w:tcPr>
            <w:tcW w:w="3175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FBD6445" w14:textId="77777777" w:rsidR="005F4D87" w:rsidRPr="00FE6BC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6B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……………………………………………………</w:t>
            </w:r>
          </w:p>
        </w:tc>
      </w:tr>
    </w:tbl>
    <w:p w14:paraId="0FBE5EDF" w14:textId="77777777" w:rsidR="008B6D65" w:rsidRPr="00043445" w:rsidRDefault="008B6D65">
      <w:pPr>
        <w:spacing w:before="60" w:after="4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B77CA28" w14:textId="6D77B558" w:rsidR="005F4D87" w:rsidRPr="00DC0B64" w:rsidRDefault="008B6D65">
      <w:pPr>
        <w:spacing w:before="60" w:after="4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C0B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  PERSONEL BİLGİLERİ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14"/>
        <w:gridCol w:w="3175"/>
        <w:gridCol w:w="1786"/>
        <w:gridCol w:w="3175"/>
      </w:tblGrid>
      <w:tr w:rsidR="005F4D87" w:rsidRPr="00043445" w14:paraId="16919C72" w14:textId="77777777" w:rsidTr="00043445">
        <w:trPr>
          <w:jc w:val="center"/>
        </w:trPr>
        <w:tc>
          <w:tcPr>
            <w:tcW w:w="2214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D933041" w14:textId="77777777" w:rsidR="005F4D87" w:rsidRPr="00FE6BC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FE6BC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Adı</w:t>
            </w:r>
            <w:proofErr w:type="spellEnd"/>
            <w:r w:rsidRPr="00FE6BC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FE6BC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Soyadı</w:t>
            </w:r>
            <w:proofErr w:type="spellEnd"/>
          </w:p>
        </w:tc>
        <w:tc>
          <w:tcPr>
            <w:tcW w:w="3175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2AF11A5" w14:textId="77777777" w:rsidR="005F4D87" w:rsidRPr="00FE6BC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6B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……………………………………………………</w:t>
            </w:r>
          </w:p>
        </w:tc>
        <w:tc>
          <w:tcPr>
            <w:tcW w:w="1786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144AD3A" w14:textId="77777777" w:rsidR="005F4D87" w:rsidRPr="00FE6BC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6BC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Unvanı</w:t>
            </w:r>
          </w:p>
        </w:tc>
        <w:tc>
          <w:tcPr>
            <w:tcW w:w="3175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2B64C15" w14:textId="77777777" w:rsidR="005F4D87" w:rsidRPr="00FE6BC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6B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……………………………………………………</w:t>
            </w:r>
          </w:p>
        </w:tc>
      </w:tr>
      <w:tr w:rsidR="005F4D87" w:rsidRPr="00043445" w14:paraId="5DA61C9C" w14:textId="77777777" w:rsidTr="00043445">
        <w:trPr>
          <w:jc w:val="center"/>
        </w:trPr>
        <w:tc>
          <w:tcPr>
            <w:tcW w:w="2214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B2B7A95" w14:textId="77777777" w:rsidR="005F4D87" w:rsidRPr="00FE6BC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6BC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Fakülte / Birim</w:t>
            </w:r>
          </w:p>
        </w:tc>
        <w:tc>
          <w:tcPr>
            <w:tcW w:w="3175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E0A96AB" w14:textId="77777777" w:rsidR="005F4D87" w:rsidRPr="00FE6BC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6B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……………………………………………………</w:t>
            </w:r>
          </w:p>
        </w:tc>
        <w:tc>
          <w:tcPr>
            <w:tcW w:w="1786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74317BA" w14:textId="77777777" w:rsidR="005F4D87" w:rsidRPr="00FE6BC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6BC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Bölüm / Program</w:t>
            </w:r>
          </w:p>
        </w:tc>
        <w:tc>
          <w:tcPr>
            <w:tcW w:w="3175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3F23347" w14:textId="77777777" w:rsidR="005F4D87" w:rsidRPr="00FE6BC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6B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……………………………………………………</w:t>
            </w:r>
          </w:p>
        </w:tc>
      </w:tr>
      <w:tr w:rsidR="005F4D87" w:rsidRPr="00043445" w14:paraId="4364D90B" w14:textId="77777777" w:rsidTr="00043445">
        <w:trPr>
          <w:jc w:val="center"/>
        </w:trPr>
        <w:tc>
          <w:tcPr>
            <w:tcW w:w="2214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8A46324" w14:textId="77777777" w:rsidR="005F4D87" w:rsidRPr="00FE6BC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6BC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E-posta</w:t>
            </w:r>
          </w:p>
        </w:tc>
        <w:tc>
          <w:tcPr>
            <w:tcW w:w="3175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57C2714" w14:textId="77777777" w:rsidR="005F4D87" w:rsidRPr="00FE6BC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6B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……………………………………………………</w:t>
            </w:r>
          </w:p>
        </w:tc>
        <w:tc>
          <w:tcPr>
            <w:tcW w:w="1786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6F423A6" w14:textId="77777777" w:rsidR="005F4D87" w:rsidRPr="00FE6BC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6BC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Telefon</w:t>
            </w:r>
          </w:p>
        </w:tc>
        <w:tc>
          <w:tcPr>
            <w:tcW w:w="3175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F087B09" w14:textId="77777777" w:rsidR="005F4D87" w:rsidRPr="00FE6BCF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6BC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……………………………………………………</w:t>
            </w:r>
          </w:p>
        </w:tc>
      </w:tr>
    </w:tbl>
    <w:p w14:paraId="04D64A39" w14:textId="591BEDB0" w:rsidR="00043445" w:rsidRPr="00DC0B64" w:rsidRDefault="00000000">
      <w:pPr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proofErr w:type="spellStart"/>
      <w:r w:rsidRPr="00DC0B64">
        <w:rPr>
          <w:rFonts w:ascii="Times New Roman" w:hAnsi="Times New Roman" w:cs="Times New Roman"/>
          <w:color w:val="000000" w:themeColor="text1"/>
          <w:sz w:val="18"/>
          <w:szCs w:val="18"/>
        </w:rPr>
        <w:t>Yukarıda</w:t>
      </w:r>
      <w:proofErr w:type="spellEnd"/>
      <w:r w:rsidRPr="00DC0B6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DC0B64">
        <w:rPr>
          <w:rFonts w:ascii="Times New Roman" w:hAnsi="Times New Roman" w:cs="Times New Roman"/>
          <w:color w:val="000000" w:themeColor="text1"/>
          <w:sz w:val="18"/>
          <w:szCs w:val="18"/>
        </w:rPr>
        <w:t>bilgileri</w:t>
      </w:r>
      <w:proofErr w:type="spellEnd"/>
      <w:r w:rsidRPr="00DC0B6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DC0B64">
        <w:rPr>
          <w:rFonts w:ascii="Times New Roman" w:hAnsi="Times New Roman" w:cs="Times New Roman"/>
          <w:color w:val="000000" w:themeColor="text1"/>
          <w:sz w:val="18"/>
          <w:szCs w:val="18"/>
        </w:rPr>
        <w:t>belirtilen</w:t>
      </w:r>
      <w:proofErr w:type="spellEnd"/>
      <w:r w:rsidRPr="00DC0B6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Erasmus+ </w:t>
      </w:r>
      <w:proofErr w:type="spellStart"/>
      <w:r w:rsidRPr="00DC0B64">
        <w:rPr>
          <w:rFonts w:ascii="Times New Roman" w:hAnsi="Times New Roman" w:cs="Times New Roman"/>
          <w:color w:val="000000" w:themeColor="text1"/>
          <w:sz w:val="18"/>
          <w:szCs w:val="18"/>
        </w:rPr>
        <w:t>personel</w:t>
      </w:r>
      <w:proofErr w:type="spellEnd"/>
      <w:r w:rsidRPr="00DC0B6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DC0B64">
        <w:rPr>
          <w:rFonts w:ascii="Times New Roman" w:hAnsi="Times New Roman" w:cs="Times New Roman"/>
          <w:color w:val="000000" w:themeColor="text1"/>
          <w:sz w:val="18"/>
          <w:szCs w:val="18"/>
        </w:rPr>
        <w:t>hareketliliği</w:t>
      </w:r>
      <w:proofErr w:type="spellEnd"/>
      <w:r w:rsidRPr="00DC0B6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DC0B64">
        <w:rPr>
          <w:rFonts w:ascii="Times New Roman" w:hAnsi="Times New Roman" w:cs="Times New Roman"/>
          <w:color w:val="000000" w:themeColor="text1"/>
          <w:sz w:val="18"/>
          <w:szCs w:val="18"/>
        </w:rPr>
        <w:t>ilanına</w:t>
      </w:r>
      <w:proofErr w:type="spellEnd"/>
      <w:r w:rsidRPr="00DC0B6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DC0B64">
        <w:rPr>
          <w:rFonts w:ascii="Times New Roman" w:hAnsi="Times New Roman" w:cs="Times New Roman"/>
          <w:color w:val="000000" w:themeColor="text1"/>
          <w:sz w:val="18"/>
          <w:szCs w:val="18"/>
        </w:rPr>
        <w:t>yapmış</w:t>
      </w:r>
      <w:proofErr w:type="spellEnd"/>
      <w:r w:rsidRPr="00DC0B6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olduğum başvurunun değerlendirme sonuçlarına, aşağıda açıkladığım gerekçeler doğrultusunda itiraz ediyorum. Başvurumun ve sunduğum belgelerin yeniden incelenerek </w:t>
      </w:r>
      <w:proofErr w:type="spellStart"/>
      <w:r w:rsidRPr="00DC0B64">
        <w:rPr>
          <w:rFonts w:ascii="Times New Roman" w:hAnsi="Times New Roman" w:cs="Times New Roman"/>
          <w:color w:val="000000" w:themeColor="text1"/>
          <w:sz w:val="18"/>
          <w:szCs w:val="18"/>
        </w:rPr>
        <w:t>sonucunun</w:t>
      </w:r>
      <w:proofErr w:type="spellEnd"/>
      <w:r w:rsidRPr="00DC0B6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DC0B64">
        <w:rPr>
          <w:rFonts w:ascii="Times New Roman" w:hAnsi="Times New Roman" w:cs="Times New Roman"/>
          <w:color w:val="000000" w:themeColor="text1"/>
          <w:sz w:val="18"/>
          <w:szCs w:val="18"/>
        </w:rPr>
        <w:t>tarafıma</w:t>
      </w:r>
      <w:proofErr w:type="spellEnd"/>
      <w:r w:rsidRPr="00DC0B6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DC0B64">
        <w:rPr>
          <w:rFonts w:ascii="Times New Roman" w:hAnsi="Times New Roman" w:cs="Times New Roman"/>
          <w:color w:val="000000" w:themeColor="text1"/>
          <w:sz w:val="18"/>
          <w:szCs w:val="18"/>
        </w:rPr>
        <w:t>bildirilmesi</w:t>
      </w:r>
      <w:proofErr w:type="spellEnd"/>
      <w:r w:rsidRPr="00DC0B6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DC0B64">
        <w:rPr>
          <w:rFonts w:ascii="Times New Roman" w:hAnsi="Times New Roman" w:cs="Times New Roman"/>
          <w:color w:val="000000" w:themeColor="text1"/>
          <w:sz w:val="18"/>
          <w:szCs w:val="18"/>
        </w:rPr>
        <w:t>hususunda</w:t>
      </w:r>
      <w:proofErr w:type="spellEnd"/>
      <w:r w:rsidRPr="00DC0B6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DC0B64">
        <w:rPr>
          <w:rFonts w:ascii="Times New Roman" w:hAnsi="Times New Roman" w:cs="Times New Roman"/>
          <w:color w:val="000000" w:themeColor="text1"/>
          <w:sz w:val="18"/>
          <w:szCs w:val="18"/>
        </w:rPr>
        <w:t>bilgilerinizi</w:t>
      </w:r>
      <w:proofErr w:type="spellEnd"/>
      <w:r w:rsidRPr="00DC0B6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DC0B64">
        <w:rPr>
          <w:rFonts w:ascii="Times New Roman" w:hAnsi="Times New Roman" w:cs="Times New Roman"/>
          <w:color w:val="000000" w:themeColor="text1"/>
          <w:sz w:val="18"/>
          <w:szCs w:val="18"/>
        </w:rPr>
        <w:t>ve</w:t>
      </w:r>
      <w:proofErr w:type="spellEnd"/>
      <w:r w:rsidRPr="00DC0B6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DC0B64">
        <w:rPr>
          <w:rFonts w:ascii="Times New Roman" w:hAnsi="Times New Roman" w:cs="Times New Roman"/>
          <w:color w:val="000000" w:themeColor="text1"/>
          <w:sz w:val="18"/>
          <w:szCs w:val="18"/>
        </w:rPr>
        <w:t>gereğini</w:t>
      </w:r>
      <w:proofErr w:type="spellEnd"/>
      <w:r w:rsidRPr="00DC0B6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DC0B64">
        <w:rPr>
          <w:rFonts w:ascii="Times New Roman" w:hAnsi="Times New Roman" w:cs="Times New Roman"/>
          <w:color w:val="000000" w:themeColor="text1"/>
          <w:sz w:val="18"/>
          <w:szCs w:val="18"/>
        </w:rPr>
        <w:t>saygılarımla</w:t>
      </w:r>
      <w:proofErr w:type="spellEnd"/>
      <w:r w:rsidRPr="00DC0B6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DC0B64">
        <w:rPr>
          <w:rFonts w:ascii="Times New Roman" w:hAnsi="Times New Roman" w:cs="Times New Roman"/>
          <w:color w:val="000000" w:themeColor="text1"/>
          <w:sz w:val="18"/>
          <w:szCs w:val="18"/>
        </w:rPr>
        <w:t>arz</w:t>
      </w:r>
      <w:proofErr w:type="spellEnd"/>
      <w:r w:rsidRPr="00DC0B6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DC0B64">
        <w:rPr>
          <w:rFonts w:ascii="Times New Roman" w:hAnsi="Times New Roman" w:cs="Times New Roman"/>
          <w:color w:val="000000" w:themeColor="text1"/>
          <w:sz w:val="18"/>
          <w:szCs w:val="18"/>
        </w:rPr>
        <w:t>ederim</w:t>
      </w:r>
      <w:proofErr w:type="spellEnd"/>
      <w:r w:rsidRPr="00DC0B64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14:paraId="3247F3A8" w14:textId="77777777" w:rsidR="00043445" w:rsidRPr="00043445" w:rsidRDefault="00043445">
      <w:pPr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A94B416" w14:textId="77777777" w:rsidR="005F4D87" w:rsidRPr="00DC0B64" w:rsidRDefault="00000000">
      <w:pPr>
        <w:spacing w:after="4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C0B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İTİRAZIN KONUSU VE GEREKÇESİ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70"/>
      </w:tblGrid>
      <w:tr w:rsidR="005F4D87" w:rsidRPr="00043445" w14:paraId="6B17FA7E" w14:textId="77777777">
        <w:trPr>
          <w:jc w:val="center"/>
        </w:trPr>
        <w:tc>
          <w:tcPr>
            <w:tcW w:w="10482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5CD9D9D" w14:textId="77777777" w:rsidR="005F4D87" w:rsidRPr="00043445" w:rsidRDefault="00000000">
            <w:pPr>
              <w:spacing w:after="6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434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0C245FEA" w14:textId="77777777" w:rsidR="005F4D87" w:rsidRPr="00043445" w:rsidRDefault="00000000">
            <w:pPr>
              <w:spacing w:after="6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434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A80393F" w14:textId="77777777" w:rsidR="005F4D87" w:rsidRPr="00043445" w:rsidRDefault="00000000">
            <w:pPr>
              <w:spacing w:after="6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434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4210A4A" w14:textId="77777777" w:rsidR="005F4D87" w:rsidRPr="00043445" w:rsidRDefault="00000000">
            <w:pPr>
              <w:spacing w:after="6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434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1294A203" w14:textId="77777777" w:rsidR="005F4D87" w:rsidRPr="00043445" w:rsidRDefault="00000000">
            <w:pPr>
              <w:spacing w:after="6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434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</w:t>
            </w:r>
          </w:p>
        </w:tc>
      </w:tr>
    </w:tbl>
    <w:p w14:paraId="11F1B6D3" w14:textId="77777777" w:rsidR="005F4D87" w:rsidRPr="00DC0B64" w:rsidRDefault="00000000">
      <w:pPr>
        <w:spacing w:before="60" w:after="2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C0B6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EKLER / KANITLAYICI BELGELER (varsa)</w:t>
      </w:r>
    </w:p>
    <w:p w14:paraId="6922B150" w14:textId="77777777" w:rsidR="008B6D65" w:rsidRPr="00DC0B64" w:rsidRDefault="00000000">
      <w:pPr>
        <w:spacing w:after="2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C0B6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1. ……………………………………………………………………   </w:t>
      </w:r>
    </w:p>
    <w:p w14:paraId="00FF8AA8" w14:textId="76DF0931" w:rsidR="005F4D87" w:rsidRPr="00DC0B64" w:rsidRDefault="00000000" w:rsidP="008B6D65">
      <w:pPr>
        <w:spacing w:after="20"/>
        <w:ind w:left="-142" w:firstLine="142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C0B64">
        <w:rPr>
          <w:rFonts w:ascii="Times New Roman" w:hAnsi="Times New Roman" w:cs="Times New Roman"/>
          <w:color w:val="000000" w:themeColor="text1"/>
          <w:sz w:val="20"/>
          <w:szCs w:val="20"/>
        </w:rPr>
        <w:t>2. ……………………………………………………………………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35"/>
        <w:gridCol w:w="5241"/>
      </w:tblGrid>
      <w:tr w:rsidR="005F4D87" w:rsidRPr="00043445" w14:paraId="717E277C" w14:textId="77777777" w:rsidTr="00FE6BCF">
        <w:trPr>
          <w:jc w:val="center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667705E0" w14:textId="4ADDCAD3" w:rsidR="008337B4" w:rsidRPr="00043445" w:rsidRDefault="008337B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18FEBDE" w14:textId="77777777" w:rsidR="008B6D65" w:rsidRPr="00043445" w:rsidRDefault="008B6D65" w:rsidP="000434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64606E00" w14:textId="77777777" w:rsidR="008B6D65" w:rsidRPr="00043445" w:rsidRDefault="008B6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73B173EA" w14:textId="39C32B43" w:rsidR="005F4D87" w:rsidRPr="00043445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4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Tarih: …… / …… / 20……</w:t>
            </w:r>
            <w:r w:rsidRPr="000434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0434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Ad </w:t>
            </w:r>
            <w:proofErr w:type="spellStart"/>
            <w:r w:rsidRPr="000434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Soyad</w:t>
            </w:r>
            <w:proofErr w:type="spellEnd"/>
            <w:r w:rsidRPr="000434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İmza</w:t>
            </w:r>
          </w:p>
          <w:p w14:paraId="5E608B92" w14:textId="77777777" w:rsidR="008B6D65" w:rsidRPr="00043445" w:rsidRDefault="008B6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69D1E57" w14:textId="77777777" w:rsidR="008B6D65" w:rsidRPr="00043445" w:rsidRDefault="008B6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9F9D749" w14:textId="77777777" w:rsidR="008B6D65" w:rsidRPr="00043445" w:rsidRDefault="008B6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261C971B" w14:textId="77777777" w:rsidR="008B6D65" w:rsidRPr="00043445" w:rsidRDefault="008B6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1F23E0CB" w14:textId="77777777" w:rsidR="008B6D65" w:rsidRPr="00043445" w:rsidRDefault="008B6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74EC4570" w14:textId="77777777" w:rsidR="008B6D65" w:rsidRPr="00043445" w:rsidRDefault="008B6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28671586" w14:textId="77777777" w:rsidR="008B6D65" w:rsidRPr="00043445" w:rsidRDefault="008B6D65" w:rsidP="008337B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7F296114" w14:textId="02B5B0AD" w:rsidR="008B6D65" w:rsidRPr="00043445" w:rsidRDefault="008B6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0FBDBD8E" w14:textId="4E9544AC" w:rsidR="005F4D87" w:rsidRPr="00043445" w:rsidRDefault="00000000">
      <w:pPr>
        <w:pStyle w:val="SmallNote"/>
        <w:spacing w:before="40" w:after="0"/>
        <w:jc w:val="both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043445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Not: İtiraz dilekçesi, ilgili başvuru ilanında belirtilen </w:t>
      </w:r>
      <w:proofErr w:type="spellStart"/>
      <w:r w:rsidRPr="00043445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süre</w:t>
      </w:r>
      <w:proofErr w:type="spellEnd"/>
      <w:r w:rsidRPr="00043445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proofErr w:type="spellStart"/>
      <w:r w:rsidRPr="00043445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içerisinde</w:t>
      </w:r>
      <w:proofErr w:type="spellEnd"/>
      <w:r w:rsidRPr="00043445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proofErr w:type="spellStart"/>
      <w:r w:rsidRPr="00043445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ve</w:t>
      </w:r>
      <w:proofErr w:type="spellEnd"/>
      <w:r w:rsidRPr="00043445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proofErr w:type="spellStart"/>
      <w:r w:rsidRPr="00043445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varsa</w:t>
      </w:r>
      <w:proofErr w:type="spellEnd"/>
      <w:r w:rsidRPr="00043445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proofErr w:type="spellStart"/>
      <w:r w:rsidRPr="00043445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kanıtlayıcı</w:t>
      </w:r>
      <w:proofErr w:type="spellEnd"/>
      <w:r w:rsidRPr="00043445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proofErr w:type="spellStart"/>
      <w:r w:rsidRPr="00043445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belgelerle</w:t>
      </w:r>
      <w:proofErr w:type="spellEnd"/>
      <w:r w:rsidRPr="00043445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proofErr w:type="spellStart"/>
      <w:r w:rsidRPr="00043445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birlikte</w:t>
      </w:r>
      <w:proofErr w:type="spellEnd"/>
      <w:r w:rsidRPr="00043445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Erasmus </w:t>
      </w:r>
      <w:proofErr w:type="spellStart"/>
      <w:r w:rsidRPr="00043445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Koordinatörlüğüne</w:t>
      </w:r>
      <w:proofErr w:type="spellEnd"/>
      <w:r w:rsidRPr="00043445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8337B4" w:rsidRPr="00043445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proofErr w:type="spellStart"/>
      <w:r w:rsidRPr="00043445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iletilmelidir</w:t>
      </w:r>
      <w:proofErr w:type="spellEnd"/>
      <w:r w:rsidRPr="00043445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.</w:t>
      </w:r>
    </w:p>
    <w:p w14:paraId="333C72EA" w14:textId="77777777" w:rsidR="008B6D65" w:rsidRDefault="008B6D65">
      <w:pPr>
        <w:pStyle w:val="SmallNote"/>
        <w:spacing w:before="40"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7FAD6899" w14:textId="77777777" w:rsidR="00DC0B64" w:rsidRPr="00DC0B64" w:rsidRDefault="00DC0B64" w:rsidP="00DC0B64"/>
    <w:sectPr w:rsidR="00DC0B64" w:rsidRPr="00DC0B64" w:rsidSect="00786B6F">
      <w:headerReference w:type="default" r:id="rId8"/>
      <w:footerReference w:type="default" r:id="rId9"/>
      <w:pgSz w:w="12240" w:h="15840"/>
      <w:pgMar w:top="454" w:right="879" w:bottom="510" w:left="879" w:header="45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F48E8" w14:textId="77777777" w:rsidR="005F1FA4" w:rsidRDefault="005F1FA4" w:rsidP="008B6D65">
      <w:pPr>
        <w:spacing w:after="0" w:line="240" w:lineRule="auto"/>
      </w:pPr>
      <w:r>
        <w:separator/>
      </w:r>
    </w:p>
  </w:endnote>
  <w:endnote w:type="continuationSeparator" w:id="0">
    <w:p w14:paraId="511D3D90" w14:textId="77777777" w:rsidR="005F1FA4" w:rsidRDefault="005F1FA4" w:rsidP="008B6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6BF95" w14:textId="77777777" w:rsidR="008B6D65" w:rsidRDefault="008B6D65" w:rsidP="008B6D65">
    <w:pPr>
      <w:pStyle w:val="AltBilgi"/>
      <w:jc w:val="center"/>
      <w:rPr>
        <w:sz w:val="16"/>
        <w:szCs w:val="16"/>
      </w:rPr>
    </w:pPr>
  </w:p>
  <w:p w14:paraId="73667C61" w14:textId="1F04C719" w:rsidR="008B6D65" w:rsidRPr="00AF60B3" w:rsidRDefault="008B6D65" w:rsidP="008B6D65">
    <w:pPr>
      <w:pStyle w:val="AltBilgi"/>
      <w:jc w:val="center"/>
      <w:rPr>
        <w:sz w:val="16"/>
        <w:szCs w:val="16"/>
      </w:rPr>
    </w:pPr>
    <w:r w:rsidRPr="00AF60B3">
      <w:rPr>
        <w:sz w:val="16"/>
        <w:szCs w:val="16"/>
      </w:rPr>
      <w:t xml:space="preserve">Şehit Gönenç Caddesi Maltepe Mah.No:5 Çankaya Ankara  </w:t>
    </w:r>
  </w:p>
  <w:p w14:paraId="3DBE80FC" w14:textId="77777777" w:rsidR="008B6D65" w:rsidRPr="00AF60B3" w:rsidRDefault="008B6D65" w:rsidP="008B6D65">
    <w:pPr>
      <w:pStyle w:val="AltBilgi"/>
      <w:jc w:val="center"/>
      <w:rPr>
        <w:sz w:val="16"/>
        <w:szCs w:val="16"/>
      </w:rPr>
    </w:pPr>
    <w:r w:rsidRPr="00AF60B3">
      <w:rPr>
        <w:sz w:val="16"/>
        <w:szCs w:val="16"/>
      </w:rPr>
      <w:t xml:space="preserve"> </w:t>
    </w:r>
    <w:proofErr w:type="spellStart"/>
    <w:r w:rsidRPr="00AF60B3">
      <w:rPr>
        <w:sz w:val="16"/>
        <w:szCs w:val="16"/>
      </w:rPr>
      <w:t>İletişim</w:t>
    </w:r>
    <w:proofErr w:type="spellEnd"/>
    <w:r w:rsidRPr="00AF60B3">
      <w:rPr>
        <w:sz w:val="16"/>
        <w:szCs w:val="16"/>
      </w:rPr>
      <w:t xml:space="preserve"> :444 22 28 </w:t>
    </w:r>
    <w:hyperlink r:id="rId1" w:history="1">
      <w:r w:rsidRPr="00AF60B3">
        <w:rPr>
          <w:rStyle w:val="Kpr"/>
          <w:color w:val="auto"/>
          <w:sz w:val="16"/>
          <w:szCs w:val="16"/>
        </w:rPr>
        <w:t>www.ankarabilim.edu.tr</w:t>
      </w:r>
    </w:hyperlink>
  </w:p>
  <w:p w14:paraId="1D89016C" w14:textId="556734EE" w:rsidR="008B6D65" w:rsidRDefault="008B6D65">
    <w:pPr>
      <w:pStyle w:val="AltBilgi"/>
    </w:pPr>
  </w:p>
  <w:p w14:paraId="34FC415D" w14:textId="77777777" w:rsidR="008B6D65" w:rsidRDefault="008B6D6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E3A86" w14:textId="77777777" w:rsidR="005F1FA4" w:rsidRDefault="005F1FA4" w:rsidP="008B6D65">
      <w:pPr>
        <w:spacing w:after="0" w:line="240" w:lineRule="auto"/>
      </w:pPr>
      <w:r>
        <w:separator/>
      </w:r>
    </w:p>
  </w:footnote>
  <w:footnote w:type="continuationSeparator" w:id="0">
    <w:p w14:paraId="3DDB65B2" w14:textId="77777777" w:rsidR="005F1FA4" w:rsidRDefault="005F1FA4" w:rsidP="008B6D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97FF" w14:textId="77777777" w:rsidR="00720C48" w:rsidRDefault="00DC0B64">
    <w:pPr>
      <w:pStyle w:val="stBilgi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7AA6D0" wp14:editId="7616147B">
          <wp:simplePos x="0" y="0"/>
          <wp:positionH relativeFrom="column">
            <wp:posOffset>-224790</wp:posOffset>
          </wp:positionH>
          <wp:positionV relativeFrom="paragraph">
            <wp:posOffset>-78740</wp:posOffset>
          </wp:positionV>
          <wp:extent cx="1518285" cy="255905"/>
          <wp:effectExtent l="0" t="0" r="5715" b="0"/>
          <wp:wrapTight wrapText="bothSides">
            <wp:wrapPolygon edited="0">
              <wp:start x="0" y="0"/>
              <wp:lineTo x="0" y="19295"/>
              <wp:lineTo x="21410" y="19295"/>
              <wp:lineTo x="21410" y="0"/>
              <wp:lineTo x="0" y="0"/>
            </wp:wrapPolygon>
          </wp:wrapTight>
          <wp:docPr id="1007942636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285" cy="255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786B6F">
      <w:t xml:space="preserve">     </w:t>
    </w:r>
  </w:p>
  <w:p w14:paraId="61BFD185" w14:textId="7FBA39DC" w:rsidR="008B6D65" w:rsidRDefault="00786B6F">
    <w:pPr>
      <w:pStyle w:val="stBilgi"/>
    </w:pPr>
    <w:r>
      <w:t xml:space="preserve">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93409366">
    <w:abstractNumId w:val="8"/>
  </w:num>
  <w:num w:numId="2" w16cid:durableId="1567915719">
    <w:abstractNumId w:val="6"/>
  </w:num>
  <w:num w:numId="3" w16cid:durableId="1013725565">
    <w:abstractNumId w:val="5"/>
  </w:num>
  <w:num w:numId="4" w16cid:durableId="1290354015">
    <w:abstractNumId w:val="4"/>
  </w:num>
  <w:num w:numId="5" w16cid:durableId="1488008586">
    <w:abstractNumId w:val="7"/>
  </w:num>
  <w:num w:numId="6" w16cid:durableId="1018703504">
    <w:abstractNumId w:val="3"/>
  </w:num>
  <w:num w:numId="7" w16cid:durableId="1452362377">
    <w:abstractNumId w:val="2"/>
  </w:num>
  <w:num w:numId="8" w16cid:durableId="975838451">
    <w:abstractNumId w:val="1"/>
  </w:num>
  <w:num w:numId="9" w16cid:durableId="529610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3445"/>
    <w:rsid w:val="0006063C"/>
    <w:rsid w:val="0015074B"/>
    <w:rsid w:val="0029639D"/>
    <w:rsid w:val="0029737C"/>
    <w:rsid w:val="00304F24"/>
    <w:rsid w:val="00323D04"/>
    <w:rsid w:val="00326F90"/>
    <w:rsid w:val="004467A4"/>
    <w:rsid w:val="005E0C64"/>
    <w:rsid w:val="005F1FA4"/>
    <w:rsid w:val="005F4D87"/>
    <w:rsid w:val="00621F9E"/>
    <w:rsid w:val="00720C48"/>
    <w:rsid w:val="00786B6F"/>
    <w:rsid w:val="008337B4"/>
    <w:rsid w:val="008B6D65"/>
    <w:rsid w:val="00AA1D8D"/>
    <w:rsid w:val="00AC2F29"/>
    <w:rsid w:val="00B47730"/>
    <w:rsid w:val="00B87F76"/>
    <w:rsid w:val="00BD5D6D"/>
    <w:rsid w:val="00CB0664"/>
    <w:rsid w:val="00DC0B64"/>
    <w:rsid w:val="00FC693F"/>
    <w:rsid w:val="00FE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291624"/>
  <w14:defaultImageDpi w14:val="300"/>
  <w15:docId w15:val="{1D5D80FA-AC37-4CDF-A787-9EC41D03B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ormTitle">
    <w:name w:val="FormTitle"/>
    <w:rPr>
      <w:rFonts w:ascii="Arial" w:hAnsi="Arial"/>
      <w:b/>
      <w:color w:val="183A5A"/>
      <w:sz w:val="25"/>
    </w:rPr>
  </w:style>
  <w:style w:type="paragraph" w:customStyle="1" w:styleId="FormSubTitle">
    <w:name w:val="FormSubTitle"/>
    <w:rPr>
      <w:rFonts w:ascii="Arial" w:hAnsi="Arial"/>
      <w:b/>
      <w:color w:val="183A5A"/>
    </w:rPr>
  </w:style>
  <w:style w:type="paragraph" w:customStyle="1" w:styleId="SmallNote">
    <w:name w:val="SmallNote"/>
    <w:rPr>
      <w:rFonts w:ascii="Arial" w:hAnsi="Arial"/>
      <w:color w:val="555555"/>
      <w:sz w:val="15"/>
    </w:rPr>
  </w:style>
  <w:style w:type="character" w:styleId="Kpr">
    <w:name w:val="Hyperlink"/>
    <w:basedOn w:val="VarsaylanParagrafYazTipi"/>
    <w:uiPriority w:val="99"/>
    <w:unhideWhenUsed/>
    <w:rsid w:val="008B6D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karabilim.edu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Esra Aktaş</cp:lastModifiedBy>
  <cp:revision>6</cp:revision>
  <cp:lastPrinted>2026-08-12T09:18:00Z</cp:lastPrinted>
  <dcterms:created xsi:type="dcterms:W3CDTF">2026-07-17T12:10:00Z</dcterms:created>
  <dcterms:modified xsi:type="dcterms:W3CDTF">2026-08-12T09:23:00Z</dcterms:modified>
  <cp:category/>
</cp:coreProperties>
</file>