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E719" w14:textId="484846D5" w:rsidR="00470E5E" w:rsidRPr="00FD17F1" w:rsidRDefault="00AF60B3" w:rsidP="00470E5E">
      <w:pPr>
        <w:spacing w:after="100"/>
        <w:jc w:val="center"/>
        <w:rPr>
          <w:rFonts w:ascii="Times New Roman" w:hAnsi="Times New Roman" w:cs="Times New Roman"/>
          <w:b/>
          <w:sz w:val="22"/>
        </w:rPr>
      </w:pPr>
      <w:r w:rsidRPr="00831982">
        <w:rPr>
          <w:rFonts w:ascii="Times New Roman" w:hAnsi="Times New Roman" w:cs="Times New Roman"/>
          <w:b/>
          <w:sz w:val="26"/>
        </w:rPr>
        <w:br w:type="textWrapping" w:clear="all"/>
      </w:r>
      <w:r w:rsidRPr="00FD17F1">
        <w:rPr>
          <w:rFonts w:ascii="Times New Roman" w:hAnsi="Times New Roman" w:cs="Times New Roman"/>
          <w:b/>
          <w:sz w:val="22"/>
        </w:rPr>
        <w:t xml:space="preserve"> </w:t>
      </w:r>
      <w:r w:rsidR="00FD17F1" w:rsidRPr="00FD17F1">
        <w:rPr>
          <w:rFonts w:ascii="Times New Roman" w:hAnsi="Times New Roman" w:cs="Times New Roman"/>
          <w:b/>
          <w:sz w:val="22"/>
        </w:rPr>
        <w:t>T.C.</w:t>
      </w:r>
      <w:r w:rsidRPr="00FD17F1">
        <w:rPr>
          <w:rFonts w:ascii="Times New Roman" w:hAnsi="Times New Roman" w:cs="Times New Roman"/>
          <w:b/>
          <w:sz w:val="22"/>
        </w:rPr>
        <w:t xml:space="preserve"> </w:t>
      </w:r>
    </w:p>
    <w:p w14:paraId="3506EAF0" w14:textId="4FD8C914" w:rsidR="00A46134" w:rsidRPr="00FD17F1" w:rsidRDefault="00470E5E" w:rsidP="00FD17F1">
      <w:pPr>
        <w:spacing w:after="100"/>
        <w:jc w:val="center"/>
        <w:rPr>
          <w:rFonts w:ascii="Times New Roman" w:hAnsi="Times New Roman" w:cs="Times New Roman"/>
          <w:b/>
          <w:sz w:val="22"/>
        </w:rPr>
      </w:pPr>
      <w:r w:rsidRPr="00FD17F1">
        <w:rPr>
          <w:rFonts w:ascii="Times New Roman" w:hAnsi="Times New Roman" w:cs="Times New Roman"/>
          <w:b/>
          <w:sz w:val="22"/>
        </w:rPr>
        <w:t>ANKARA BİLİM ÜNİVERSİTESİ</w:t>
      </w:r>
    </w:p>
    <w:p w14:paraId="656FCF6E" w14:textId="17D224D6" w:rsidR="00A46134" w:rsidRPr="00FD17F1" w:rsidRDefault="00470E5E" w:rsidP="00FD17F1">
      <w:pPr>
        <w:spacing w:after="40"/>
        <w:jc w:val="center"/>
        <w:rPr>
          <w:rFonts w:ascii="Times New Roman" w:hAnsi="Times New Roman" w:cs="Times New Roman"/>
          <w:b/>
          <w:sz w:val="22"/>
        </w:rPr>
      </w:pPr>
      <w:r w:rsidRPr="00FD17F1">
        <w:rPr>
          <w:rFonts w:ascii="Times New Roman" w:hAnsi="Times New Roman" w:cs="Times New Roman"/>
          <w:b/>
          <w:sz w:val="22"/>
        </w:rPr>
        <w:t>ERASMUS KOORDİNATÖRLÜĞÜNE</w:t>
      </w:r>
    </w:p>
    <w:p w14:paraId="0D758B6D" w14:textId="73DBD5D8" w:rsidR="00A46134" w:rsidRPr="00FD17F1" w:rsidRDefault="00470E5E" w:rsidP="00FD17F1">
      <w:pPr>
        <w:spacing w:after="100"/>
        <w:jc w:val="center"/>
        <w:rPr>
          <w:rFonts w:ascii="Times New Roman" w:hAnsi="Times New Roman" w:cs="Times New Roman"/>
          <w:b/>
          <w:sz w:val="22"/>
        </w:rPr>
      </w:pPr>
      <w:r w:rsidRPr="00FD17F1">
        <w:rPr>
          <w:rFonts w:ascii="Times New Roman" w:hAnsi="Times New Roman" w:cs="Times New Roman"/>
          <w:b/>
          <w:sz w:val="22"/>
        </w:rPr>
        <w:t>ERASMUS+ PERSONEL HAREKETLİĞİ FERAGAT DİLEKÇESİ</w:t>
      </w:r>
    </w:p>
    <w:p w14:paraId="6EC100AC" w14:textId="77777777" w:rsidR="00AF60B3" w:rsidRPr="00831982" w:rsidRDefault="00AF60B3">
      <w:pPr>
        <w:spacing w:after="100"/>
        <w:jc w:val="center"/>
        <w:rPr>
          <w:rFonts w:ascii="Times New Roman" w:hAnsi="Times New Roman" w:cs="Times New Roman"/>
        </w:rPr>
      </w:pPr>
    </w:p>
    <w:p w14:paraId="4066077F" w14:textId="7DEEE836" w:rsidR="00AF60B3" w:rsidRPr="00C04E2D" w:rsidRDefault="00000000">
      <w:pPr>
        <w:spacing w:after="80"/>
        <w:rPr>
          <w:rFonts w:ascii="Times New Roman" w:hAnsi="Times New Roman" w:cs="Times New Roman"/>
          <w:sz w:val="20"/>
          <w:szCs w:val="20"/>
        </w:rPr>
      </w:pPr>
      <w:proofErr w:type="spellStart"/>
      <w:r w:rsidRPr="00C04E2D">
        <w:rPr>
          <w:rFonts w:ascii="Times New Roman" w:hAnsi="Times New Roman" w:cs="Times New Roman"/>
          <w:b/>
          <w:sz w:val="20"/>
          <w:szCs w:val="20"/>
        </w:rPr>
        <w:t>Konu</w:t>
      </w:r>
      <w:proofErr w:type="spellEnd"/>
      <w:r w:rsidRPr="00C04E2D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C04E2D">
        <w:rPr>
          <w:rFonts w:ascii="Times New Roman" w:hAnsi="Times New Roman" w:cs="Times New Roman"/>
          <w:sz w:val="20"/>
          <w:szCs w:val="20"/>
        </w:rPr>
        <w:t xml:space="preserve">Erasmus+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Personel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Hareketliliği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04E2D">
        <w:rPr>
          <w:rFonts w:ascii="Times New Roman" w:hAnsi="Times New Roman" w:cs="Times New Roman"/>
          <w:sz w:val="20"/>
          <w:szCs w:val="20"/>
        </w:rPr>
        <w:t>Feragat</w:t>
      </w:r>
      <w:proofErr w:type="spellEnd"/>
      <w:r w:rsidRPr="00C04E2D">
        <w:rPr>
          <w:rFonts w:ascii="Times New Roman" w:hAnsi="Times New Roman" w:cs="Times New Roman"/>
          <w:sz w:val="20"/>
          <w:szCs w:val="20"/>
        </w:rPr>
        <w:t xml:space="preserve"> Talebi</w:t>
      </w:r>
      <w:r w:rsidR="00AF60B3" w:rsidRPr="00C04E2D">
        <w:rPr>
          <w:rFonts w:ascii="Times New Roman" w:hAnsi="Times New Roman" w:cs="Times New Roman"/>
          <w:sz w:val="20"/>
          <w:szCs w:val="20"/>
        </w:rPr>
        <w:t xml:space="preserve">                                              Tarih : </w:t>
      </w:r>
      <w:proofErr w:type="gramStart"/>
      <w:r w:rsidR="00AF60B3" w:rsidRPr="00C04E2D">
        <w:rPr>
          <w:rFonts w:ascii="Times New Roman" w:hAnsi="Times New Roman" w:cs="Times New Roman"/>
          <w:sz w:val="20"/>
          <w:szCs w:val="20"/>
        </w:rPr>
        <w:t xml:space="preserve"> ../..</w:t>
      </w:r>
      <w:proofErr w:type="gramEnd"/>
      <w:r w:rsidR="00FD17F1">
        <w:rPr>
          <w:rFonts w:ascii="Times New Roman" w:hAnsi="Times New Roman" w:cs="Times New Roman"/>
          <w:sz w:val="20"/>
          <w:szCs w:val="20"/>
        </w:rPr>
        <w:t>/20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3458"/>
        <w:gridCol w:w="1361"/>
        <w:gridCol w:w="2839"/>
      </w:tblGrid>
      <w:tr w:rsidR="00A46134" w:rsidRPr="00C04E2D" w14:paraId="3DCB39AC" w14:textId="77777777" w:rsidTr="00831982">
        <w:trPr>
          <w:jc w:val="center"/>
        </w:trPr>
        <w:tc>
          <w:tcPr>
            <w:tcW w:w="2632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52AFC901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Akademik </w:t>
            </w:r>
            <w:proofErr w:type="spellStart"/>
            <w:r w:rsidRPr="00BE75A5">
              <w:rPr>
                <w:rFonts w:ascii="Times New Roman" w:hAnsi="Times New Roman" w:cs="Times New Roman"/>
                <w:b/>
                <w:sz w:val="18"/>
                <w:szCs w:val="18"/>
              </w:rPr>
              <w:t>Yıl</w:t>
            </w:r>
            <w:proofErr w:type="spellEnd"/>
            <w:r w:rsidRPr="00BE75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Proje Dönemi</w:t>
            </w:r>
          </w:p>
        </w:tc>
        <w:tc>
          <w:tcPr>
            <w:tcW w:w="3458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3CBF06B4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</w:t>
            </w:r>
          </w:p>
        </w:tc>
        <w:tc>
          <w:tcPr>
            <w:tcW w:w="1361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0770EAFB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b/>
                <w:sz w:val="18"/>
                <w:szCs w:val="18"/>
              </w:rPr>
              <w:t>Proje No</w:t>
            </w:r>
          </w:p>
        </w:tc>
        <w:tc>
          <w:tcPr>
            <w:tcW w:w="2839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11F34C85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</w:t>
            </w:r>
          </w:p>
        </w:tc>
      </w:tr>
      <w:tr w:rsidR="00A46134" w:rsidRPr="00C04E2D" w14:paraId="50E6DE15" w14:textId="77777777" w:rsidTr="00831982">
        <w:trPr>
          <w:jc w:val="center"/>
        </w:trPr>
        <w:tc>
          <w:tcPr>
            <w:tcW w:w="2632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38704D88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b/>
                <w:sz w:val="18"/>
                <w:szCs w:val="18"/>
              </w:rPr>
              <w:t>Hareketlilik Türü</w:t>
            </w:r>
          </w:p>
        </w:tc>
        <w:tc>
          <w:tcPr>
            <w:tcW w:w="3458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475B3046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BE75A5">
              <w:rPr>
                <w:rFonts w:ascii="Times New Roman" w:hAnsi="Times New Roman" w:cs="Times New Roman"/>
                <w:sz w:val="18"/>
                <w:szCs w:val="18"/>
              </w:rPr>
              <w:t xml:space="preserve"> Ders Verme   </w:t>
            </w:r>
            <w:r w:rsidRPr="00BE75A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BE75A5">
              <w:rPr>
                <w:rFonts w:ascii="Times New Roman" w:hAnsi="Times New Roman" w:cs="Times New Roman"/>
                <w:sz w:val="18"/>
                <w:szCs w:val="18"/>
              </w:rPr>
              <w:t xml:space="preserve"> Eğitim Alma</w:t>
            </w:r>
          </w:p>
        </w:tc>
        <w:tc>
          <w:tcPr>
            <w:tcW w:w="1361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1057CD6B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b/>
                <w:sz w:val="18"/>
                <w:szCs w:val="18"/>
              </w:rPr>
              <w:t>Faaliyet</w:t>
            </w:r>
          </w:p>
        </w:tc>
        <w:tc>
          <w:tcPr>
            <w:tcW w:w="2839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13702923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BE75A5">
              <w:rPr>
                <w:rFonts w:ascii="Times New Roman" w:hAnsi="Times New Roman" w:cs="Times New Roman"/>
                <w:sz w:val="18"/>
                <w:szCs w:val="18"/>
              </w:rPr>
              <w:t xml:space="preserve"> KA131   </w:t>
            </w:r>
            <w:r w:rsidRPr="00BE75A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BE75A5">
              <w:rPr>
                <w:rFonts w:ascii="Times New Roman" w:hAnsi="Times New Roman" w:cs="Times New Roman"/>
                <w:sz w:val="18"/>
                <w:szCs w:val="18"/>
              </w:rPr>
              <w:t xml:space="preserve"> KA171</w:t>
            </w:r>
          </w:p>
        </w:tc>
      </w:tr>
      <w:tr w:rsidR="00A46134" w:rsidRPr="00C04E2D" w14:paraId="022734C4" w14:textId="77777777" w:rsidTr="00831982">
        <w:trPr>
          <w:jc w:val="center"/>
        </w:trPr>
        <w:tc>
          <w:tcPr>
            <w:tcW w:w="2632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43E2B893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b/>
                <w:sz w:val="18"/>
                <w:szCs w:val="18"/>
              </w:rPr>
              <w:t>Kabul Eden Kurum</w:t>
            </w:r>
          </w:p>
        </w:tc>
        <w:tc>
          <w:tcPr>
            <w:tcW w:w="3458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6BCFBD49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........................................................................</w:t>
            </w:r>
          </w:p>
        </w:tc>
        <w:tc>
          <w:tcPr>
            <w:tcW w:w="1361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1B9D8A37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b/>
                <w:sz w:val="18"/>
                <w:szCs w:val="18"/>
              </w:rPr>
              <w:t>Ülke</w:t>
            </w:r>
          </w:p>
        </w:tc>
        <w:tc>
          <w:tcPr>
            <w:tcW w:w="2839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05CC1AA7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</w:t>
            </w:r>
          </w:p>
        </w:tc>
      </w:tr>
      <w:tr w:rsidR="00A46134" w:rsidRPr="00C04E2D" w14:paraId="4A9209EF" w14:textId="77777777" w:rsidTr="00831982">
        <w:trPr>
          <w:jc w:val="center"/>
        </w:trPr>
        <w:tc>
          <w:tcPr>
            <w:tcW w:w="2632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351FEA3E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b/>
                <w:sz w:val="18"/>
                <w:szCs w:val="18"/>
              </w:rPr>
              <w:t>Planlanan Tarihler</w:t>
            </w:r>
          </w:p>
        </w:tc>
        <w:tc>
          <w:tcPr>
            <w:tcW w:w="3458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246A185B" w14:textId="77777777" w:rsidR="00A46134" w:rsidRPr="00BE75A5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75A5">
              <w:rPr>
                <w:rFonts w:ascii="Times New Roman" w:hAnsi="Times New Roman" w:cs="Times New Roman"/>
                <w:sz w:val="18"/>
                <w:szCs w:val="18"/>
              </w:rPr>
              <w:t>....... / ....... / ........  –  ....... / ....... / ........</w:t>
            </w:r>
          </w:p>
        </w:tc>
        <w:tc>
          <w:tcPr>
            <w:tcW w:w="1361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15351EA6" w14:textId="77777777" w:rsidR="00A46134" w:rsidRPr="00BE75A5" w:rsidRDefault="00A4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7B7C7"/>
              <w:left w:val="single" w:sz="4" w:space="0" w:color="A7B7C7"/>
              <w:bottom w:val="single" w:sz="4" w:space="0" w:color="A7B7C7"/>
              <w:right w:val="single" w:sz="4" w:space="0" w:color="A7B7C7"/>
            </w:tcBorders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31E573A3" w14:textId="77777777" w:rsidR="00A46134" w:rsidRPr="00BE75A5" w:rsidRDefault="00A46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37AB534" w14:textId="77777777" w:rsidR="00AF60B3" w:rsidRPr="00C04E2D" w:rsidRDefault="00AF60B3">
      <w:pPr>
        <w:spacing w:after="4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</w:p>
    <w:p w14:paraId="5F93E7DE" w14:textId="3B3E6378" w:rsidR="00A46134" w:rsidRPr="00FD17F1" w:rsidRDefault="00000000">
      <w:pPr>
        <w:spacing w:after="40" w:line="240" w:lineRule="auto"/>
        <w:ind w:firstLine="397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FD17F1">
        <w:rPr>
          <w:rFonts w:ascii="Times New Roman" w:hAnsi="Times New Roman" w:cs="Times New Roman"/>
          <w:sz w:val="18"/>
          <w:szCs w:val="18"/>
        </w:rPr>
        <w:t>Yukarıda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bilgileri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belirtilen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Erasmus+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personel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hareketliliği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kapsamında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başvuruda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bulunmuş ve hareketlilikten yararlanmaya hak kazanmış bulunmaktayım.</w:t>
      </w:r>
    </w:p>
    <w:p w14:paraId="48332BE1" w14:textId="77777777" w:rsidR="00A46134" w:rsidRPr="00FD17F1" w:rsidRDefault="00000000">
      <w:pPr>
        <w:spacing w:after="40" w:line="240" w:lineRule="auto"/>
        <w:ind w:firstLine="397"/>
        <w:jc w:val="both"/>
        <w:rPr>
          <w:rFonts w:ascii="Times New Roman" w:hAnsi="Times New Roman" w:cs="Times New Roman"/>
          <w:sz w:val="18"/>
          <w:szCs w:val="18"/>
        </w:rPr>
      </w:pPr>
      <w:r w:rsidRPr="00FD17F1">
        <w:rPr>
          <w:rFonts w:ascii="Times New Roman" w:hAnsi="Times New Roman" w:cs="Times New Roman"/>
          <w:sz w:val="18"/>
          <w:szCs w:val="18"/>
        </w:rPr>
        <w:t>Aşağıda belirttiğim gerekçe doğrultusunda, tarafıma tahsis edilen Erasmus+ personel hareketliliği hakkından kendi isteğimle feragat ettiğimi bilgilerinize arz ederim.</w:t>
      </w:r>
    </w:p>
    <w:p w14:paraId="6E2736B8" w14:textId="77777777" w:rsidR="00A46134" w:rsidRPr="00FD17F1" w:rsidRDefault="00000000">
      <w:pPr>
        <w:spacing w:after="40" w:line="240" w:lineRule="auto"/>
        <w:ind w:firstLine="397"/>
        <w:jc w:val="both"/>
        <w:rPr>
          <w:rFonts w:ascii="Times New Roman" w:hAnsi="Times New Roman" w:cs="Times New Roman"/>
          <w:sz w:val="18"/>
          <w:szCs w:val="18"/>
        </w:rPr>
      </w:pPr>
      <w:r w:rsidRPr="00FD17F1">
        <w:rPr>
          <w:rFonts w:ascii="Times New Roman" w:hAnsi="Times New Roman" w:cs="Times New Roman"/>
          <w:sz w:val="18"/>
          <w:szCs w:val="18"/>
        </w:rPr>
        <w:t xml:space="preserve">Feragat talebimin işleme alınmasıyla birlikte söz konusu hareketlilik hakkına ilişkin herhangi bir hak veya talepte bulunmayacağımı; varsa tarafıma ödenmiş hibe tutarını, Ankara Bilim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Üniversitesi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tarafından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bildirilecek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usul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ve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süre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içerisinde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iade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edeceğimi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kabul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ve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beyan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D17F1">
        <w:rPr>
          <w:rFonts w:ascii="Times New Roman" w:hAnsi="Times New Roman" w:cs="Times New Roman"/>
          <w:sz w:val="18"/>
          <w:szCs w:val="18"/>
        </w:rPr>
        <w:t>ederim</w:t>
      </w:r>
      <w:proofErr w:type="spellEnd"/>
      <w:r w:rsidRPr="00FD17F1">
        <w:rPr>
          <w:rFonts w:ascii="Times New Roman" w:hAnsi="Times New Roman" w:cs="Times New Roman"/>
          <w:sz w:val="18"/>
          <w:szCs w:val="18"/>
        </w:rPr>
        <w:t>.</w:t>
      </w:r>
    </w:p>
    <w:p w14:paraId="37164B35" w14:textId="77777777" w:rsidR="00831982" w:rsidRPr="00C04E2D" w:rsidRDefault="00831982">
      <w:pPr>
        <w:spacing w:after="4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</w:p>
    <w:p w14:paraId="716B24D4" w14:textId="77777777" w:rsidR="00A46134" w:rsidRPr="00C04E2D" w:rsidRDefault="00000000">
      <w:pPr>
        <w:spacing w:after="20"/>
        <w:rPr>
          <w:rFonts w:ascii="Times New Roman" w:hAnsi="Times New Roman" w:cs="Times New Roman"/>
          <w:sz w:val="20"/>
          <w:szCs w:val="20"/>
        </w:rPr>
      </w:pPr>
      <w:r w:rsidRPr="00C04E2D">
        <w:rPr>
          <w:rFonts w:ascii="Times New Roman" w:hAnsi="Times New Roman" w:cs="Times New Roman"/>
          <w:b/>
          <w:sz w:val="20"/>
          <w:szCs w:val="20"/>
        </w:rPr>
        <w:t>Feragat Gerekçesi</w:t>
      </w:r>
    </w:p>
    <w:tbl>
      <w:tblPr>
        <w:tblW w:w="10023" w:type="dxa"/>
        <w:jc w:val="center"/>
        <w:tblLook w:val="04A0" w:firstRow="1" w:lastRow="0" w:firstColumn="1" w:lastColumn="0" w:noHBand="0" w:noVBand="1"/>
      </w:tblPr>
      <w:tblGrid>
        <w:gridCol w:w="10023"/>
      </w:tblGrid>
      <w:tr w:rsidR="00A46134" w:rsidRPr="00C04E2D" w14:paraId="2EE65FA8" w14:textId="77777777" w:rsidTr="00FD17F1">
        <w:trPr>
          <w:trHeight w:val="1980"/>
          <w:jc w:val="center"/>
        </w:trPr>
        <w:tc>
          <w:tcPr>
            <w:tcW w:w="10023" w:type="dxa"/>
            <w:tcBorders>
              <w:top w:val="single" w:sz="6" w:space="0" w:color="7D93A8"/>
              <w:left w:val="single" w:sz="6" w:space="0" w:color="7D93A8"/>
              <w:bottom w:val="single" w:sz="6" w:space="0" w:color="7D93A8"/>
              <w:right w:val="single" w:sz="6" w:space="0" w:color="7D93A8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3670E01D" w14:textId="0728A587" w:rsidR="00A46134" w:rsidRPr="00C04E2D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</w:t>
            </w:r>
            <w:r w:rsidR="00831982"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</w:t>
            </w:r>
          </w:p>
          <w:p w14:paraId="3C06EFAB" w14:textId="7B01118B" w:rsidR="00A46134" w:rsidRPr="00C04E2D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</w:t>
            </w:r>
            <w:r w:rsidR="00831982"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</w:t>
            </w:r>
          </w:p>
          <w:p w14:paraId="71255247" w14:textId="5EBC04C7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1AD80759" w14:textId="77777777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14:paraId="6C9E9508" w14:textId="77777777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1AC83A7C" w14:textId="77777777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0E787427" w14:textId="77777777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E2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  <w:p w14:paraId="23527F32" w14:textId="3DD91528" w:rsidR="00831982" w:rsidRPr="00C04E2D" w:rsidRDefault="00831982" w:rsidP="008319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9"/>
        <w:gridCol w:w="3337"/>
        <w:gridCol w:w="1314"/>
        <w:gridCol w:w="2608"/>
      </w:tblGrid>
      <w:tr w:rsidR="00A46134" w:rsidRPr="00831982" w14:paraId="2CF12C15" w14:textId="77777777" w:rsidTr="00AF60B3">
        <w:trPr>
          <w:jc w:val="center"/>
        </w:trPr>
        <w:tc>
          <w:tcPr>
            <w:tcW w:w="1879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E62540" w14:textId="77777777" w:rsidR="00AF60B3" w:rsidRPr="00C04E2D" w:rsidRDefault="00AF60B3" w:rsidP="00AF60B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2548AC" w14:textId="77777777" w:rsidR="00A46134" w:rsidRDefault="00C04E2D" w:rsidP="00AF60B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dı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Soyadı</w:t>
            </w:r>
            <w:proofErr w:type="spellEnd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:</w:t>
            </w:r>
          </w:p>
          <w:p w14:paraId="2A7984F4" w14:textId="77777777" w:rsidR="00C04E2D" w:rsidRDefault="00C04E2D" w:rsidP="00AF60B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Unvanı</w:t>
            </w:r>
            <w:proofErr w:type="spellEnd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:</w:t>
            </w:r>
          </w:p>
          <w:p w14:paraId="12EE5CFC" w14:textId="77777777" w:rsidR="00C04E2D" w:rsidRPr="00C04E2D" w:rsidRDefault="00C04E2D" w:rsidP="00C04E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Fakülte</w:t>
            </w:r>
            <w:proofErr w:type="spellEnd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Birim :</w:t>
            </w:r>
          </w:p>
          <w:p w14:paraId="56F0763D" w14:textId="5FB89D9C" w:rsidR="00C04E2D" w:rsidRPr="00C04E2D" w:rsidRDefault="00C04E2D" w:rsidP="00C04E2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  <w:proofErr w:type="spellEnd"/>
            <w:r w:rsidRPr="00C04E2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7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1F4E391" w14:textId="705FD53E" w:rsidR="00A46134" w:rsidRPr="00831982" w:rsidRDefault="00A46134" w:rsidP="00AF60B3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1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5F91AC" w14:textId="77777777" w:rsidR="00AF60B3" w:rsidRPr="00831982" w:rsidRDefault="00AF60B3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14:paraId="23530B2E" w14:textId="77777777" w:rsidR="00AF60B3" w:rsidRPr="00831982" w:rsidRDefault="00AF60B3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14:paraId="1A067EC2" w14:textId="77777777" w:rsidR="00AF60B3" w:rsidRPr="00831982" w:rsidRDefault="00AF60B3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14:paraId="6BC01E85" w14:textId="77777777" w:rsidR="00AF60B3" w:rsidRPr="00831982" w:rsidRDefault="00AF60B3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14:paraId="2BEFDE10" w14:textId="77777777" w:rsidR="00AF60B3" w:rsidRPr="00831982" w:rsidRDefault="00AF60B3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14:paraId="0ACB109D" w14:textId="479B6ADD" w:rsidR="00A46134" w:rsidRPr="00831982" w:rsidRDefault="00A46134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0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B490FD5" w14:textId="5485CEEC" w:rsidR="00A46134" w:rsidRPr="00831982" w:rsidRDefault="00A4613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A46134" w:rsidRPr="00831982" w14:paraId="3B5589BF" w14:textId="77777777" w:rsidTr="00AF60B3">
        <w:trPr>
          <w:jc w:val="center"/>
        </w:trPr>
        <w:tc>
          <w:tcPr>
            <w:tcW w:w="1879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34E2F8" w14:textId="3D0FACAB" w:rsidR="00A46134" w:rsidRPr="00C04E2D" w:rsidRDefault="00A46134" w:rsidP="00AF60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7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F4068D" w14:textId="732FCBD5" w:rsidR="00A46134" w:rsidRPr="00831982" w:rsidRDefault="00A4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AC53D9" w14:textId="52DAFEFF" w:rsidR="00A46134" w:rsidRPr="00831982" w:rsidRDefault="00A46134" w:rsidP="00AF6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01972CB" w14:textId="77777777" w:rsidR="00A46134" w:rsidRPr="00831982" w:rsidRDefault="00A46134">
            <w:pPr>
              <w:rPr>
                <w:rFonts w:ascii="Times New Roman" w:hAnsi="Times New Roman" w:cs="Times New Roman"/>
              </w:rPr>
            </w:pPr>
          </w:p>
        </w:tc>
      </w:tr>
    </w:tbl>
    <w:p w14:paraId="02240FBC" w14:textId="3D441078" w:rsidR="00AF60B3" w:rsidRPr="00C04E2D" w:rsidRDefault="00AF60B3" w:rsidP="00AF60B3">
      <w:pPr>
        <w:spacing w:before="60" w:after="0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C04E2D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Not: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Feragat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dilekçesi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ıslak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imzalı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veya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güvenli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elektronik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imzalı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olarak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Erasmus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Koordinatörlüğüne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teslim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proofErr w:type="spellStart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edilmelidir</w:t>
      </w:r>
      <w:proofErr w:type="spellEnd"/>
      <w:r w:rsidRPr="00C04E2D">
        <w:rPr>
          <w:rFonts w:ascii="Times New Roman" w:hAnsi="Times New Roman" w:cs="Times New Roman"/>
          <w:b/>
          <w:bCs/>
          <w:i/>
          <w:sz w:val="18"/>
          <w:szCs w:val="18"/>
        </w:rPr>
        <w:t>.</w:t>
      </w:r>
    </w:p>
    <w:p w14:paraId="5BC3D089" w14:textId="77777777" w:rsidR="00AF60B3" w:rsidRPr="00831982" w:rsidRDefault="00AF60B3" w:rsidP="00AF60B3">
      <w:pPr>
        <w:tabs>
          <w:tab w:val="left" w:pos="8430"/>
        </w:tabs>
        <w:spacing w:before="60" w:after="0"/>
        <w:rPr>
          <w:rFonts w:ascii="Times New Roman" w:hAnsi="Times New Roman" w:cs="Times New Roman"/>
        </w:rPr>
      </w:pPr>
    </w:p>
    <w:sectPr w:rsidR="00AF60B3" w:rsidRPr="00831982" w:rsidSect="00BE75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24" w:right="1020" w:bottom="624" w:left="1020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403FF" w14:textId="77777777" w:rsidR="008264FD" w:rsidRDefault="008264FD" w:rsidP="00AF60B3">
      <w:pPr>
        <w:spacing w:after="0" w:line="240" w:lineRule="auto"/>
      </w:pPr>
      <w:r>
        <w:separator/>
      </w:r>
    </w:p>
  </w:endnote>
  <w:endnote w:type="continuationSeparator" w:id="0">
    <w:p w14:paraId="1DF338A3" w14:textId="77777777" w:rsidR="008264FD" w:rsidRDefault="008264FD" w:rsidP="00AF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D1845" w14:textId="77777777" w:rsidR="00BE75A5" w:rsidRDefault="00BE75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39C0" w14:textId="77777777" w:rsidR="00AF60B3" w:rsidRDefault="00AF60B3" w:rsidP="00AF60B3">
    <w:pPr>
      <w:pStyle w:val="AltBilgi"/>
      <w:jc w:val="center"/>
      <w:rPr>
        <w:sz w:val="16"/>
        <w:szCs w:val="16"/>
      </w:rPr>
    </w:pPr>
  </w:p>
  <w:p w14:paraId="4C45D1AF" w14:textId="77777777" w:rsidR="00FD17F1" w:rsidRPr="00FD17F1" w:rsidRDefault="00FD17F1" w:rsidP="00FD17F1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FD17F1">
      <w:rPr>
        <w:rFonts w:ascii="Times New Roman" w:hAnsi="Times New Roman" w:cs="Times New Roman"/>
        <w:sz w:val="18"/>
        <w:szCs w:val="18"/>
      </w:rPr>
      <w:t xml:space="preserve">Şehit Gönenç Caddesi Maltepe Mah.No:5 Çankaya Ankara  </w:t>
    </w:r>
  </w:p>
  <w:p w14:paraId="2D89F57A" w14:textId="77777777" w:rsidR="00FD17F1" w:rsidRPr="00FD17F1" w:rsidRDefault="00FD17F1" w:rsidP="00FD17F1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FD17F1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FD17F1">
      <w:rPr>
        <w:rFonts w:ascii="Times New Roman" w:hAnsi="Times New Roman" w:cs="Times New Roman"/>
        <w:sz w:val="18"/>
        <w:szCs w:val="18"/>
      </w:rPr>
      <w:t>İletişim</w:t>
    </w:r>
    <w:proofErr w:type="spellEnd"/>
    <w:r w:rsidRPr="00FD17F1">
      <w:rPr>
        <w:rFonts w:ascii="Times New Roman" w:hAnsi="Times New Roman" w:cs="Times New Roman"/>
        <w:sz w:val="18"/>
        <w:szCs w:val="18"/>
      </w:rPr>
      <w:t xml:space="preserve"> :444 22 28 </w:t>
    </w:r>
    <w:hyperlink r:id="rId1" w:history="1">
      <w:r w:rsidRPr="00FD17F1">
        <w:rPr>
          <w:rStyle w:val="Kpr"/>
          <w:rFonts w:ascii="Times New Roman" w:hAnsi="Times New Roman" w:cs="Times New Roman"/>
          <w:color w:val="auto"/>
          <w:sz w:val="18"/>
          <w:szCs w:val="18"/>
        </w:rPr>
        <w:t>www.ankarabilim.edu.tr</w:t>
      </w:r>
    </w:hyperlink>
  </w:p>
  <w:p w14:paraId="24194B71" w14:textId="68C9728B" w:rsidR="00AF60B3" w:rsidRPr="00AF60B3" w:rsidRDefault="00AF60B3" w:rsidP="00AF60B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9B707" w14:textId="77777777" w:rsidR="00BE75A5" w:rsidRDefault="00BE75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2B47" w14:textId="77777777" w:rsidR="008264FD" w:rsidRDefault="008264FD" w:rsidP="00AF60B3">
      <w:pPr>
        <w:spacing w:after="0" w:line="240" w:lineRule="auto"/>
      </w:pPr>
      <w:r>
        <w:separator/>
      </w:r>
    </w:p>
  </w:footnote>
  <w:footnote w:type="continuationSeparator" w:id="0">
    <w:p w14:paraId="59BF11A8" w14:textId="77777777" w:rsidR="008264FD" w:rsidRDefault="008264FD" w:rsidP="00AF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9C95" w14:textId="77777777" w:rsidR="00BE75A5" w:rsidRDefault="00BE75A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AAE3D" w14:textId="35403668" w:rsidR="00470E5E" w:rsidRDefault="00FD17F1" w:rsidP="00470E5E">
    <w:pPr>
      <w:pStyle w:val="stBilgi"/>
      <w:tabs>
        <w:tab w:val="clear" w:pos="4680"/>
        <w:tab w:val="clear" w:pos="9360"/>
        <w:tab w:val="center" w:pos="51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3EB11C8" wp14:editId="39220774">
          <wp:simplePos x="0" y="0"/>
          <wp:positionH relativeFrom="column">
            <wp:posOffset>-400050</wp:posOffset>
          </wp:positionH>
          <wp:positionV relativeFrom="paragraph">
            <wp:posOffset>-116840</wp:posOffset>
          </wp:positionV>
          <wp:extent cx="1518285" cy="255905"/>
          <wp:effectExtent l="0" t="0" r="5715" b="0"/>
          <wp:wrapTight wrapText="bothSides">
            <wp:wrapPolygon edited="0">
              <wp:start x="0" y="0"/>
              <wp:lineTo x="0" y="19295"/>
              <wp:lineTo x="21410" y="19295"/>
              <wp:lineTo x="21410" y="0"/>
              <wp:lineTo x="0" y="0"/>
            </wp:wrapPolygon>
          </wp:wrapTight>
          <wp:docPr id="763862066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70E5E">
      <w:tab/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E11AF" w14:textId="77777777" w:rsidR="00BE75A5" w:rsidRDefault="00BE75A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8063063">
    <w:abstractNumId w:val="8"/>
  </w:num>
  <w:num w:numId="2" w16cid:durableId="1140998081">
    <w:abstractNumId w:val="6"/>
  </w:num>
  <w:num w:numId="3" w16cid:durableId="751968703">
    <w:abstractNumId w:val="5"/>
  </w:num>
  <w:num w:numId="4" w16cid:durableId="1978493226">
    <w:abstractNumId w:val="4"/>
  </w:num>
  <w:num w:numId="5" w16cid:durableId="766577494">
    <w:abstractNumId w:val="7"/>
  </w:num>
  <w:num w:numId="6" w16cid:durableId="1582569174">
    <w:abstractNumId w:val="3"/>
  </w:num>
  <w:num w:numId="7" w16cid:durableId="2021540374">
    <w:abstractNumId w:val="2"/>
  </w:num>
  <w:num w:numId="8" w16cid:durableId="1347100542">
    <w:abstractNumId w:val="1"/>
  </w:num>
  <w:num w:numId="9" w16cid:durableId="117757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0B5"/>
    <w:rsid w:val="00034616"/>
    <w:rsid w:val="00055D45"/>
    <w:rsid w:val="0006063C"/>
    <w:rsid w:val="000A03AD"/>
    <w:rsid w:val="00143108"/>
    <w:rsid w:val="0015074B"/>
    <w:rsid w:val="001E52D5"/>
    <w:rsid w:val="0029639D"/>
    <w:rsid w:val="002A4700"/>
    <w:rsid w:val="00303E10"/>
    <w:rsid w:val="00326F90"/>
    <w:rsid w:val="003F0917"/>
    <w:rsid w:val="00470E5E"/>
    <w:rsid w:val="005E0C64"/>
    <w:rsid w:val="006D5DB4"/>
    <w:rsid w:val="008264FD"/>
    <w:rsid w:val="00831982"/>
    <w:rsid w:val="00832987"/>
    <w:rsid w:val="00946976"/>
    <w:rsid w:val="00A46134"/>
    <w:rsid w:val="00AA1D8D"/>
    <w:rsid w:val="00AF60B3"/>
    <w:rsid w:val="00B47730"/>
    <w:rsid w:val="00B87F76"/>
    <w:rsid w:val="00BE75A5"/>
    <w:rsid w:val="00C04E2D"/>
    <w:rsid w:val="00CB0664"/>
    <w:rsid w:val="00E342AD"/>
    <w:rsid w:val="00F01668"/>
    <w:rsid w:val="00FC693F"/>
    <w:rsid w:val="00F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4BB6E8"/>
  <w14:defaultImageDpi w14:val="300"/>
  <w15:docId w15:val="{1D5D80FA-AC37-4CDF-A787-9EC41D03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AF6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8</cp:revision>
  <cp:lastPrinted>2026-07-17T11:57:00Z</cp:lastPrinted>
  <dcterms:created xsi:type="dcterms:W3CDTF">2026-07-17T11:57:00Z</dcterms:created>
  <dcterms:modified xsi:type="dcterms:W3CDTF">2026-08-12T09:24:00Z</dcterms:modified>
  <cp:category/>
</cp:coreProperties>
</file>