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D01E08" w:rsidRPr="006F7549" w14:paraId="643D0414" w14:textId="77777777" w:rsidTr="004E5A4E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9A2D3" w14:textId="5E8AA451" w:rsidR="00D01E08" w:rsidRPr="006F7549" w:rsidRDefault="00D01E08" w:rsidP="00662A34">
            <w:pPr>
              <w:jc w:val="right"/>
              <w:rPr>
                <w:rFonts w:ascii="Times New Roman" w:hAnsi="Times New Roman" w:cs="Times New Roman"/>
                <w:b/>
                <w:sz w:val="21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77E72" w14:textId="77777777" w:rsidR="00662A34" w:rsidRPr="006F7549" w:rsidRDefault="00662A34" w:rsidP="006F7549">
            <w:pPr>
              <w:spacing w:after="20"/>
              <w:jc w:val="center"/>
              <w:rPr>
                <w:rFonts w:ascii="Times New Roman" w:hAnsi="Times New Roman" w:cs="Times New Roman"/>
                <w:b/>
                <w:sz w:val="21"/>
              </w:rPr>
            </w:pPr>
          </w:p>
          <w:p w14:paraId="3C9611FE" w14:textId="427EF75A" w:rsidR="00D01E08" w:rsidRPr="006F7549" w:rsidRDefault="006F7549" w:rsidP="006F7549">
            <w:pPr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r w:rsidRPr="006F7549">
              <w:rPr>
                <w:rFonts w:ascii="Times New Roman" w:hAnsi="Times New Roman" w:cs="Times New Roman"/>
                <w:b/>
                <w:sz w:val="21"/>
              </w:rPr>
              <w:t xml:space="preserve">ERASMUS+ PERSONEL HAREKETLİLİĞİ DÖNÜŞ VE KURUMSAL KAZANIM RAPORU </w:t>
            </w:r>
            <w:r>
              <w:rPr>
                <w:rFonts w:ascii="Times New Roman" w:hAnsi="Times New Roman" w:cs="Times New Roman"/>
                <w:b/>
                <w:sz w:val="21"/>
              </w:rPr>
              <w:t xml:space="preserve">                                                        </w:t>
            </w:r>
            <w:r w:rsidRPr="006F7549">
              <w:rPr>
                <w:rFonts w:ascii="Times New Roman" w:hAnsi="Times New Roman" w:cs="Times New Roman"/>
                <w:b/>
                <w:sz w:val="21"/>
              </w:rPr>
              <w:t>Staff Mobility Return and Institutional Impact Report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31"/>
      </w:tblGrid>
      <w:tr w:rsidR="00D01E08" w:rsidRPr="006F7549" w14:paraId="09A20B6B" w14:textId="77777777" w:rsidTr="00597650">
        <w:trPr>
          <w:trHeight w:val="352"/>
          <w:jc w:val="center"/>
        </w:trPr>
        <w:tc>
          <w:tcPr>
            <w:tcW w:w="10431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2660F" w14:textId="77777777" w:rsidR="00D01E08" w:rsidRPr="006F7549" w:rsidRDefault="00D01E08" w:rsidP="00662A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</w:tr>
    </w:tbl>
    <w:p w14:paraId="289CC3AA" w14:textId="77777777" w:rsidR="00D01E08" w:rsidRPr="006F7549" w:rsidRDefault="00000000">
      <w:pPr>
        <w:spacing w:before="20" w:after="20"/>
        <w:jc w:val="both"/>
        <w:rPr>
          <w:rFonts w:ascii="Times New Roman" w:hAnsi="Times New Roman" w:cs="Times New Roman"/>
          <w:b/>
          <w:bCs/>
        </w:rPr>
      </w:pPr>
      <w:r w:rsidRPr="006F7549">
        <w:rPr>
          <w:rFonts w:ascii="Times New Roman" w:hAnsi="Times New Roman" w:cs="Times New Roman"/>
          <w:b/>
          <w:bCs/>
          <w:szCs w:val="18"/>
        </w:rPr>
        <w:t xml:space="preserve">Bu </w:t>
      </w:r>
      <w:proofErr w:type="spellStart"/>
      <w:r w:rsidRPr="006F7549">
        <w:rPr>
          <w:rFonts w:ascii="Times New Roman" w:hAnsi="Times New Roman" w:cs="Times New Roman"/>
          <w:b/>
          <w:bCs/>
          <w:szCs w:val="18"/>
        </w:rPr>
        <w:t>rapor</w:t>
      </w:r>
      <w:proofErr w:type="spellEnd"/>
      <w:r w:rsidRPr="006F7549">
        <w:rPr>
          <w:rFonts w:ascii="Times New Roman" w:hAnsi="Times New Roman" w:cs="Times New Roman"/>
          <w:b/>
          <w:bCs/>
          <w:szCs w:val="18"/>
        </w:rPr>
        <w:t xml:space="preserve">, </w:t>
      </w:r>
      <w:proofErr w:type="spellStart"/>
      <w:r w:rsidRPr="006F7549">
        <w:rPr>
          <w:rFonts w:ascii="Times New Roman" w:hAnsi="Times New Roman" w:cs="Times New Roman"/>
          <w:b/>
          <w:bCs/>
          <w:szCs w:val="18"/>
        </w:rPr>
        <w:t>hareketlilik</w:t>
      </w:r>
      <w:proofErr w:type="spellEnd"/>
      <w:r w:rsidRPr="006F7549">
        <w:rPr>
          <w:rFonts w:ascii="Times New Roman" w:hAnsi="Times New Roman" w:cs="Times New Roman"/>
          <w:b/>
          <w:bCs/>
          <w:szCs w:val="18"/>
        </w:rPr>
        <w:t xml:space="preserve"> </w:t>
      </w:r>
      <w:proofErr w:type="spellStart"/>
      <w:r w:rsidRPr="006F7549">
        <w:rPr>
          <w:rFonts w:ascii="Times New Roman" w:hAnsi="Times New Roman" w:cs="Times New Roman"/>
          <w:b/>
          <w:bCs/>
          <w:szCs w:val="18"/>
        </w:rPr>
        <w:t>sonunda</w:t>
      </w:r>
      <w:proofErr w:type="spellEnd"/>
      <w:r w:rsidRPr="006F7549">
        <w:rPr>
          <w:rFonts w:ascii="Times New Roman" w:hAnsi="Times New Roman" w:cs="Times New Roman"/>
          <w:b/>
          <w:bCs/>
          <w:szCs w:val="18"/>
        </w:rPr>
        <w:t xml:space="preserve"> </w:t>
      </w:r>
      <w:proofErr w:type="spellStart"/>
      <w:r w:rsidRPr="006F7549">
        <w:rPr>
          <w:rFonts w:ascii="Times New Roman" w:hAnsi="Times New Roman" w:cs="Times New Roman"/>
          <w:b/>
          <w:bCs/>
          <w:szCs w:val="18"/>
        </w:rPr>
        <w:t>edinilen</w:t>
      </w:r>
      <w:proofErr w:type="spellEnd"/>
      <w:r w:rsidRPr="006F7549">
        <w:rPr>
          <w:rFonts w:ascii="Times New Roman" w:hAnsi="Times New Roman" w:cs="Times New Roman"/>
          <w:b/>
          <w:bCs/>
          <w:szCs w:val="18"/>
        </w:rPr>
        <w:t xml:space="preserve"> </w:t>
      </w:r>
      <w:proofErr w:type="spellStart"/>
      <w:r w:rsidRPr="006F7549">
        <w:rPr>
          <w:rFonts w:ascii="Times New Roman" w:hAnsi="Times New Roman" w:cs="Times New Roman"/>
          <w:b/>
          <w:bCs/>
          <w:szCs w:val="18"/>
        </w:rPr>
        <w:t>bilgi</w:t>
      </w:r>
      <w:proofErr w:type="spellEnd"/>
      <w:r w:rsidRPr="006F7549">
        <w:rPr>
          <w:rFonts w:ascii="Times New Roman" w:hAnsi="Times New Roman" w:cs="Times New Roman"/>
          <w:b/>
          <w:bCs/>
          <w:szCs w:val="18"/>
        </w:rPr>
        <w:t xml:space="preserve"> </w:t>
      </w:r>
      <w:proofErr w:type="spellStart"/>
      <w:r w:rsidRPr="006F7549">
        <w:rPr>
          <w:rFonts w:ascii="Times New Roman" w:hAnsi="Times New Roman" w:cs="Times New Roman"/>
          <w:b/>
          <w:bCs/>
          <w:szCs w:val="18"/>
        </w:rPr>
        <w:t>ve</w:t>
      </w:r>
      <w:proofErr w:type="spellEnd"/>
      <w:r w:rsidRPr="006F7549">
        <w:rPr>
          <w:rFonts w:ascii="Times New Roman" w:hAnsi="Times New Roman" w:cs="Times New Roman"/>
          <w:b/>
          <w:bCs/>
          <w:szCs w:val="18"/>
        </w:rPr>
        <w:t xml:space="preserve"> </w:t>
      </w:r>
      <w:proofErr w:type="spellStart"/>
      <w:r w:rsidRPr="006F7549">
        <w:rPr>
          <w:rFonts w:ascii="Times New Roman" w:hAnsi="Times New Roman" w:cs="Times New Roman"/>
          <w:b/>
          <w:bCs/>
          <w:szCs w:val="18"/>
        </w:rPr>
        <w:t>deneyimlerin</w:t>
      </w:r>
      <w:proofErr w:type="spellEnd"/>
      <w:r w:rsidRPr="006F7549">
        <w:rPr>
          <w:rFonts w:ascii="Times New Roman" w:hAnsi="Times New Roman" w:cs="Times New Roman"/>
          <w:b/>
          <w:bCs/>
          <w:szCs w:val="18"/>
        </w:rPr>
        <w:t xml:space="preserve"> </w:t>
      </w:r>
      <w:proofErr w:type="spellStart"/>
      <w:r w:rsidRPr="006F7549">
        <w:rPr>
          <w:rFonts w:ascii="Times New Roman" w:hAnsi="Times New Roman" w:cs="Times New Roman"/>
          <w:b/>
          <w:bCs/>
          <w:szCs w:val="18"/>
        </w:rPr>
        <w:t>değerlendirilmesi</w:t>
      </w:r>
      <w:proofErr w:type="spellEnd"/>
      <w:r w:rsidRPr="006F7549">
        <w:rPr>
          <w:rFonts w:ascii="Times New Roman" w:hAnsi="Times New Roman" w:cs="Times New Roman"/>
          <w:b/>
          <w:bCs/>
          <w:szCs w:val="18"/>
        </w:rPr>
        <w:t xml:space="preserve">, Ankara Bilim </w:t>
      </w:r>
      <w:proofErr w:type="spellStart"/>
      <w:r w:rsidRPr="006F7549">
        <w:rPr>
          <w:rFonts w:ascii="Times New Roman" w:hAnsi="Times New Roman" w:cs="Times New Roman"/>
          <w:b/>
          <w:bCs/>
          <w:szCs w:val="18"/>
        </w:rPr>
        <w:t>Üniversitesine</w:t>
      </w:r>
      <w:proofErr w:type="spellEnd"/>
      <w:r w:rsidRPr="006F7549">
        <w:rPr>
          <w:rFonts w:ascii="Times New Roman" w:hAnsi="Times New Roman" w:cs="Times New Roman"/>
          <w:b/>
          <w:bCs/>
          <w:szCs w:val="18"/>
        </w:rPr>
        <w:t xml:space="preserve"> </w:t>
      </w:r>
      <w:proofErr w:type="spellStart"/>
      <w:r w:rsidRPr="006F7549">
        <w:rPr>
          <w:rFonts w:ascii="Times New Roman" w:hAnsi="Times New Roman" w:cs="Times New Roman"/>
          <w:b/>
          <w:bCs/>
          <w:szCs w:val="18"/>
        </w:rPr>
        <w:t>sağlayabileceği</w:t>
      </w:r>
      <w:proofErr w:type="spellEnd"/>
      <w:r w:rsidRPr="006F7549">
        <w:rPr>
          <w:rFonts w:ascii="Times New Roman" w:hAnsi="Times New Roman" w:cs="Times New Roman"/>
          <w:b/>
          <w:bCs/>
          <w:szCs w:val="18"/>
        </w:rPr>
        <w:t xml:space="preserve"> </w:t>
      </w:r>
      <w:proofErr w:type="spellStart"/>
      <w:r w:rsidRPr="006F7549">
        <w:rPr>
          <w:rFonts w:ascii="Times New Roman" w:hAnsi="Times New Roman" w:cs="Times New Roman"/>
          <w:b/>
          <w:bCs/>
          <w:szCs w:val="18"/>
        </w:rPr>
        <w:t>katkıların</w:t>
      </w:r>
      <w:proofErr w:type="spellEnd"/>
      <w:r w:rsidRPr="006F7549">
        <w:rPr>
          <w:rFonts w:ascii="Times New Roman" w:hAnsi="Times New Roman" w:cs="Times New Roman"/>
          <w:b/>
          <w:bCs/>
          <w:szCs w:val="18"/>
        </w:rPr>
        <w:t xml:space="preserve"> </w:t>
      </w:r>
      <w:proofErr w:type="spellStart"/>
      <w:r w:rsidRPr="006F7549">
        <w:rPr>
          <w:rFonts w:ascii="Times New Roman" w:hAnsi="Times New Roman" w:cs="Times New Roman"/>
          <w:b/>
          <w:bCs/>
          <w:szCs w:val="18"/>
        </w:rPr>
        <w:t>belirlenmesi</w:t>
      </w:r>
      <w:proofErr w:type="spellEnd"/>
      <w:r w:rsidRPr="006F7549">
        <w:rPr>
          <w:rFonts w:ascii="Times New Roman" w:hAnsi="Times New Roman" w:cs="Times New Roman"/>
          <w:b/>
          <w:bCs/>
          <w:szCs w:val="18"/>
        </w:rPr>
        <w:t xml:space="preserve"> </w:t>
      </w:r>
      <w:proofErr w:type="spellStart"/>
      <w:r w:rsidRPr="006F7549">
        <w:rPr>
          <w:rFonts w:ascii="Times New Roman" w:hAnsi="Times New Roman" w:cs="Times New Roman"/>
          <w:b/>
          <w:bCs/>
          <w:szCs w:val="18"/>
        </w:rPr>
        <w:t>ve</w:t>
      </w:r>
      <w:proofErr w:type="spellEnd"/>
      <w:r w:rsidRPr="006F7549">
        <w:rPr>
          <w:rFonts w:ascii="Times New Roman" w:hAnsi="Times New Roman" w:cs="Times New Roman"/>
          <w:b/>
          <w:bCs/>
          <w:szCs w:val="18"/>
        </w:rPr>
        <w:t xml:space="preserve"> </w:t>
      </w:r>
      <w:proofErr w:type="spellStart"/>
      <w:r w:rsidRPr="006F7549">
        <w:rPr>
          <w:rFonts w:ascii="Times New Roman" w:hAnsi="Times New Roman" w:cs="Times New Roman"/>
          <w:b/>
          <w:bCs/>
          <w:szCs w:val="18"/>
        </w:rPr>
        <w:t>takip</w:t>
      </w:r>
      <w:proofErr w:type="spellEnd"/>
      <w:r w:rsidRPr="006F7549">
        <w:rPr>
          <w:rFonts w:ascii="Times New Roman" w:hAnsi="Times New Roman" w:cs="Times New Roman"/>
          <w:b/>
          <w:bCs/>
          <w:szCs w:val="18"/>
        </w:rPr>
        <w:t xml:space="preserve"> </w:t>
      </w:r>
      <w:proofErr w:type="spellStart"/>
      <w:r w:rsidRPr="006F7549">
        <w:rPr>
          <w:rFonts w:ascii="Times New Roman" w:hAnsi="Times New Roman" w:cs="Times New Roman"/>
          <w:b/>
          <w:bCs/>
          <w:szCs w:val="18"/>
        </w:rPr>
        <w:t>faaliyetlerinin</w:t>
      </w:r>
      <w:proofErr w:type="spellEnd"/>
      <w:r w:rsidRPr="006F7549">
        <w:rPr>
          <w:rFonts w:ascii="Times New Roman" w:hAnsi="Times New Roman" w:cs="Times New Roman"/>
          <w:b/>
          <w:bCs/>
          <w:szCs w:val="18"/>
        </w:rPr>
        <w:t xml:space="preserve"> </w:t>
      </w:r>
      <w:proofErr w:type="spellStart"/>
      <w:r w:rsidRPr="006F7549">
        <w:rPr>
          <w:rFonts w:ascii="Times New Roman" w:hAnsi="Times New Roman" w:cs="Times New Roman"/>
          <w:b/>
          <w:bCs/>
          <w:szCs w:val="18"/>
        </w:rPr>
        <w:t>planlanması</w:t>
      </w:r>
      <w:proofErr w:type="spellEnd"/>
      <w:r w:rsidRPr="006F7549">
        <w:rPr>
          <w:rFonts w:ascii="Times New Roman" w:hAnsi="Times New Roman" w:cs="Times New Roman"/>
          <w:b/>
          <w:bCs/>
          <w:szCs w:val="18"/>
        </w:rPr>
        <w:t xml:space="preserve"> </w:t>
      </w:r>
      <w:proofErr w:type="spellStart"/>
      <w:r w:rsidRPr="006F7549">
        <w:rPr>
          <w:rFonts w:ascii="Times New Roman" w:hAnsi="Times New Roman" w:cs="Times New Roman"/>
          <w:b/>
          <w:bCs/>
          <w:szCs w:val="18"/>
        </w:rPr>
        <w:t>amacıyla</w:t>
      </w:r>
      <w:proofErr w:type="spellEnd"/>
      <w:r w:rsidRPr="006F7549">
        <w:rPr>
          <w:rFonts w:ascii="Times New Roman" w:hAnsi="Times New Roman" w:cs="Times New Roman"/>
          <w:b/>
          <w:bCs/>
          <w:szCs w:val="18"/>
        </w:rPr>
        <w:t xml:space="preserve"> </w:t>
      </w:r>
      <w:proofErr w:type="spellStart"/>
      <w:r w:rsidRPr="006F7549">
        <w:rPr>
          <w:rFonts w:ascii="Times New Roman" w:hAnsi="Times New Roman" w:cs="Times New Roman"/>
          <w:b/>
          <w:bCs/>
          <w:szCs w:val="18"/>
        </w:rPr>
        <w:t>doldurulur</w:t>
      </w:r>
      <w:proofErr w:type="spellEnd"/>
      <w:r w:rsidRPr="006F7549">
        <w:rPr>
          <w:rFonts w:ascii="Times New Roman" w:hAnsi="Times New Roman" w:cs="Times New Roman"/>
          <w:b/>
          <w:bCs/>
          <w:sz w:val="15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3402"/>
        <w:gridCol w:w="1814"/>
        <w:gridCol w:w="3401"/>
        <w:gridCol w:w="40"/>
      </w:tblGrid>
      <w:tr w:rsidR="00D01E08" w:rsidRPr="006F7549" w14:paraId="4423449E" w14:textId="77777777" w:rsidTr="0077336F">
        <w:trPr>
          <w:gridAfter w:val="1"/>
          <w:wAfter w:w="40" w:type="dxa"/>
          <w:trHeight w:val="269"/>
          <w:jc w:val="center"/>
        </w:trPr>
        <w:tc>
          <w:tcPr>
            <w:tcW w:w="10431" w:type="dxa"/>
            <w:gridSpan w:val="4"/>
            <w:shd w:val="clear" w:color="auto" w:fill="FFFFFF" w:themeFill="background1"/>
            <w:tcMar>
              <w:top w:w="45" w:type="dxa"/>
              <w:left w:w="110" w:type="dxa"/>
              <w:bottom w:w="45" w:type="dxa"/>
              <w:right w:w="80" w:type="dxa"/>
            </w:tcMar>
            <w:vAlign w:val="center"/>
          </w:tcPr>
          <w:p w14:paraId="210B28A7" w14:textId="77777777" w:rsidR="00D01E08" w:rsidRPr="006F7549" w:rsidRDefault="00000000" w:rsidP="004E5A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6F7549">
              <w:rPr>
                <w:rFonts w:ascii="Times New Roman" w:hAnsi="Times New Roman" w:cs="Times New Roman"/>
                <w:b/>
                <w:sz w:val="19"/>
              </w:rPr>
              <w:t>1. KATILIMCI VE HAREKETLİLİK BİLGİLERİ</w:t>
            </w:r>
          </w:p>
        </w:tc>
      </w:tr>
      <w:tr w:rsidR="00D01E08" w:rsidRPr="006F7549" w14:paraId="05E7FD2D" w14:textId="77777777" w:rsidTr="0077336F">
        <w:trPr>
          <w:jc w:val="center"/>
        </w:trPr>
        <w:tc>
          <w:tcPr>
            <w:tcW w:w="1814" w:type="dxa"/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80C32D9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Adı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Soyadı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7077351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szCs w:val="18"/>
              </w:rPr>
              <w:t>…………………………………………………………………………</w:t>
            </w:r>
          </w:p>
        </w:tc>
        <w:tc>
          <w:tcPr>
            <w:tcW w:w="1814" w:type="dxa"/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3DFC503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Rapor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Tarihi</w:t>
            </w:r>
            <w:proofErr w:type="spellEnd"/>
          </w:p>
        </w:tc>
        <w:tc>
          <w:tcPr>
            <w:tcW w:w="3402" w:type="dxa"/>
            <w:gridSpan w:val="2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A95F516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szCs w:val="18"/>
              </w:rPr>
              <w:t>…… / …… / 20……</w:t>
            </w:r>
          </w:p>
        </w:tc>
      </w:tr>
      <w:tr w:rsidR="00D01E08" w:rsidRPr="006F7549" w14:paraId="0D790438" w14:textId="77777777" w:rsidTr="0077336F">
        <w:trPr>
          <w:jc w:val="center"/>
        </w:trPr>
        <w:tc>
          <w:tcPr>
            <w:tcW w:w="1814" w:type="dxa"/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FE852F5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Unvanı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EC34FE6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szCs w:val="18"/>
              </w:rPr>
              <w:t>…………………………………………………………………………</w:t>
            </w:r>
          </w:p>
        </w:tc>
        <w:tc>
          <w:tcPr>
            <w:tcW w:w="1814" w:type="dxa"/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5DD3506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Fakülte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/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Birim</w:t>
            </w:r>
            <w:proofErr w:type="spellEnd"/>
          </w:p>
        </w:tc>
        <w:tc>
          <w:tcPr>
            <w:tcW w:w="3402" w:type="dxa"/>
            <w:gridSpan w:val="2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247F46F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szCs w:val="18"/>
              </w:rPr>
              <w:t>…………………………………………………………………………</w:t>
            </w:r>
          </w:p>
        </w:tc>
      </w:tr>
      <w:tr w:rsidR="00D01E08" w:rsidRPr="006F7549" w14:paraId="53ACF7A8" w14:textId="77777777" w:rsidTr="0077336F">
        <w:trPr>
          <w:jc w:val="center"/>
        </w:trPr>
        <w:tc>
          <w:tcPr>
            <w:tcW w:w="1814" w:type="dxa"/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6A38D2A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Bölüm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/ Program</w:t>
            </w:r>
          </w:p>
        </w:tc>
        <w:tc>
          <w:tcPr>
            <w:tcW w:w="3402" w:type="dxa"/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B6B86A1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szCs w:val="18"/>
              </w:rPr>
              <w:t>…………………………………………………………………………</w:t>
            </w:r>
          </w:p>
        </w:tc>
        <w:tc>
          <w:tcPr>
            <w:tcW w:w="1814" w:type="dxa"/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718D0C9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b/>
                <w:szCs w:val="18"/>
              </w:rPr>
              <w:t>E-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posta</w:t>
            </w:r>
            <w:proofErr w:type="spellEnd"/>
          </w:p>
        </w:tc>
        <w:tc>
          <w:tcPr>
            <w:tcW w:w="3402" w:type="dxa"/>
            <w:gridSpan w:val="2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E0EAA6D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szCs w:val="18"/>
              </w:rPr>
              <w:t>…………………………………………………………………………</w:t>
            </w:r>
          </w:p>
        </w:tc>
      </w:tr>
      <w:tr w:rsidR="00D01E08" w:rsidRPr="006F7549" w14:paraId="590D6AED" w14:textId="77777777" w:rsidTr="0077336F">
        <w:trPr>
          <w:jc w:val="center"/>
        </w:trPr>
        <w:tc>
          <w:tcPr>
            <w:tcW w:w="1814" w:type="dxa"/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DA5BCA0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Proje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Türü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A4222BC" w14:textId="40E1D34A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Segoe UI Symbol" w:hAnsi="Segoe UI Symbol" w:cs="Segoe UI Symbol"/>
                <w:szCs w:val="18"/>
              </w:rPr>
              <w:t>☐</w:t>
            </w:r>
            <w:r w:rsidRPr="000747C9">
              <w:rPr>
                <w:rFonts w:ascii="Times New Roman" w:hAnsi="Times New Roman" w:cs="Times New Roman"/>
                <w:szCs w:val="18"/>
              </w:rPr>
              <w:t xml:space="preserve"> KA131   </w:t>
            </w:r>
            <w:r w:rsidRPr="000747C9">
              <w:rPr>
                <w:rFonts w:ascii="Segoe UI Symbol" w:hAnsi="Segoe UI Symbol" w:cs="Segoe UI Symbol"/>
                <w:szCs w:val="18"/>
              </w:rPr>
              <w:t>☐</w:t>
            </w:r>
            <w:r w:rsidRPr="000747C9">
              <w:rPr>
                <w:rFonts w:ascii="Times New Roman" w:hAnsi="Times New Roman" w:cs="Times New Roman"/>
                <w:szCs w:val="18"/>
              </w:rPr>
              <w:t xml:space="preserve"> KA171   </w:t>
            </w:r>
            <w:r w:rsidRPr="000747C9">
              <w:rPr>
                <w:rFonts w:ascii="Segoe UI Symbol" w:hAnsi="Segoe UI Symbol" w:cs="Segoe UI Symbol"/>
                <w:szCs w:val="18"/>
              </w:rPr>
              <w:t>☐</w:t>
            </w:r>
            <w:r w:rsidRPr="000747C9">
              <w:rPr>
                <w:rFonts w:ascii="Times New Roman" w:hAnsi="Times New Roman" w:cs="Times New Roman"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szCs w:val="18"/>
              </w:rPr>
              <w:t>Diğer</w:t>
            </w:r>
            <w:proofErr w:type="spellEnd"/>
            <w:r w:rsidRPr="000747C9">
              <w:rPr>
                <w:rFonts w:ascii="Times New Roman" w:hAnsi="Times New Roman" w:cs="Times New Roman"/>
                <w:szCs w:val="18"/>
              </w:rPr>
              <w:t xml:space="preserve">: </w:t>
            </w:r>
          </w:p>
        </w:tc>
        <w:tc>
          <w:tcPr>
            <w:tcW w:w="1814" w:type="dxa"/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63B739E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Hareketlilik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Türü</w:t>
            </w:r>
            <w:proofErr w:type="spellEnd"/>
          </w:p>
        </w:tc>
        <w:tc>
          <w:tcPr>
            <w:tcW w:w="3402" w:type="dxa"/>
            <w:gridSpan w:val="2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1CF4EC4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Segoe UI Symbol" w:hAnsi="Segoe UI Symbol" w:cs="Segoe UI Symbol"/>
                <w:szCs w:val="18"/>
              </w:rPr>
              <w:t>☐</w:t>
            </w:r>
            <w:r w:rsidRPr="000747C9">
              <w:rPr>
                <w:rFonts w:ascii="Times New Roman" w:hAnsi="Times New Roman" w:cs="Times New Roman"/>
                <w:szCs w:val="18"/>
              </w:rPr>
              <w:t xml:space="preserve"> Ders Verme   </w:t>
            </w:r>
            <w:r w:rsidRPr="000747C9">
              <w:rPr>
                <w:rFonts w:ascii="Segoe UI Symbol" w:hAnsi="Segoe UI Symbol" w:cs="Segoe UI Symbol"/>
                <w:szCs w:val="18"/>
              </w:rPr>
              <w:t>☐</w:t>
            </w:r>
            <w:r w:rsidRPr="000747C9">
              <w:rPr>
                <w:rFonts w:ascii="Times New Roman" w:hAnsi="Times New Roman" w:cs="Times New Roman"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szCs w:val="18"/>
              </w:rPr>
              <w:t>Eğitim</w:t>
            </w:r>
            <w:proofErr w:type="spellEnd"/>
            <w:r w:rsidRPr="000747C9">
              <w:rPr>
                <w:rFonts w:ascii="Times New Roman" w:hAnsi="Times New Roman" w:cs="Times New Roman"/>
                <w:szCs w:val="18"/>
              </w:rPr>
              <w:t xml:space="preserve"> Alma</w:t>
            </w:r>
          </w:p>
        </w:tc>
      </w:tr>
      <w:tr w:rsidR="00D01E08" w:rsidRPr="006F7549" w14:paraId="662BE72C" w14:textId="77777777" w:rsidTr="0077336F">
        <w:trPr>
          <w:jc w:val="center"/>
        </w:trPr>
        <w:tc>
          <w:tcPr>
            <w:tcW w:w="1814" w:type="dxa"/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2CBE900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Kabul Eden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Kurum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3B69C37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szCs w:val="18"/>
              </w:rPr>
              <w:t>…………………………………………………………………………</w:t>
            </w:r>
          </w:p>
        </w:tc>
        <w:tc>
          <w:tcPr>
            <w:tcW w:w="1814" w:type="dxa"/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F939D28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Şehir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/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Ülke</w:t>
            </w:r>
            <w:proofErr w:type="spellEnd"/>
          </w:p>
        </w:tc>
        <w:tc>
          <w:tcPr>
            <w:tcW w:w="3402" w:type="dxa"/>
            <w:gridSpan w:val="2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D00E3B2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szCs w:val="18"/>
              </w:rPr>
              <w:t>…………………………………………………………………………</w:t>
            </w:r>
          </w:p>
        </w:tc>
      </w:tr>
      <w:tr w:rsidR="00D01E08" w:rsidRPr="006F7549" w14:paraId="09E47F51" w14:textId="77777777" w:rsidTr="0077336F">
        <w:trPr>
          <w:jc w:val="center"/>
        </w:trPr>
        <w:tc>
          <w:tcPr>
            <w:tcW w:w="1814" w:type="dxa"/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D507613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Faaliyet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Tarihleri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2CE90BE" w14:textId="15659ED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szCs w:val="18"/>
              </w:rPr>
              <w:t>…… / … / 20……  –  …… / … / 20……</w:t>
            </w:r>
          </w:p>
        </w:tc>
        <w:tc>
          <w:tcPr>
            <w:tcW w:w="1814" w:type="dxa"/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9939AB2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Faaliyet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Süresi</w:t>
            </w:r>
            <w:proofErr w:type="spellEnd"/>
          </w:p>
        </w:tc>
        <w:tc>
          <w:tcPr>
            <w:tcW w:w="3402" w:type="dxa"/>
            <w:gridSpan w:val="2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EA2780F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szCs w:val="18"/>
              </w:rPr>
              <w:t xml:space="preserve">……… </w:t>
            </w:r>
            <w:proofErr w:type="spellStart"/>
            <w:r w:rsidRPr="000747C9">
              <w:rPr>
                <w:rFonts w:ascii="Times New Roman" w:hAnsi="Times New Roman" w:cs="Times New Roman"/>
                <w:szCs w:val="18"/>
              </w:rPr>
              <w:t>gün</w:t>
            </w:r>
            <w:proofErr w:type="spellEnd"/>
          </w:p>
        </w:tc>
      </w:tr>
      <w:tr w:rsidR="00D01E08" w:rsidRPr="006F7549" w14:paraId="20221BEB" w14:textId="77777777" w:rsidTr="0077336F">
        <w:trPr>
          <w:jc w:val="center"/>
        </w:trPr>
        <w:tc>
          <w:tcPr>
            <w:tcW w:w="1814" w:type="dxa"/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DF4EBD1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Ders /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Eğitim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Alanı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8077CE7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szCs w:val="18"/>
              </w:rPr>
              <w:t>…………………………………………………………………………</w:t>
            </w:r>
          </w:p>
        </w:tc>
        <w:tc>
          <w:tcPr>
            <w:tcW w:w="1814" w:type="dxa"/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24F8ACD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b/>
                <w:szCs w:val="18"/>
              </w:rPr>
              <w:t>Ders Saati (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varsa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>)</w:t>
            </w:r>
          </w:p>
        </w:tc>
        <w:tc>
          <w:tcPr>
            <w:tcW w:w="3402" w:type="dxa"/>
            <w:gridSpan w:val="2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08CAEFE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szCs w:val="18"/>
              </w:rPr>
              <w:t xml:space="preserve">……… </w:t>
            </w:r>
            <w:proofErr w:type="spellStart"/>
            <w:r w:rsidRPr="000747C9">
              <w:rPr>
                <w:rFonts w:ascii="Times New Roman" w:hAnsi="Times New Roman" w:cs="Times New Roman"/>
                <w:szCs w:val="18"/>
              </w:rPr>
              <w:t>saat</w:t>
            </w:r>
            <w:proofErr w:type="spellEnd"/>
          </w:p>
        </w:tc>
      </w:tr>
      <w:tr w:rsidR="00D01E08" w:rsidRPr="006F7549" w14:paraId="299102C5" w14:textId="77777777" w:rsidTr="0077336F">
        <w:trPr>
          <w:gridAfter w:val="1"/>
          <w:wAfter w:w="40" w:type="dxa"/>
          <w:trHeight w:val="334"/>
          <w:jc w:val="center"/>
        </w:trPr>
        <w:tc>
          <w:tcPr>
            <w:tcW w:w="10431" w:type="dxa"/>
            <w:gridSpan w:val="4"/>
            <w:shd w:val="clear" w:color="auto" w:fill="FFFFFF" w:themeFill="background1"/>
            <w:tcMar>
              <w:top w:w="45" w:type="dxa"/>
              <w:left w:w="110" w:type="dxa"/>
              <w:bottom w:w="45" w:type="dxa"/>
              <w:right w:w="80" w:type="dxa"/>
            </w:tcMar>
            <w:vAlign w:val="center"/>
          </w:tcPr>
          <w:p w14:paraId="5795D173" w14:textId="77777777" w:rsidR="00D01E08" w:rsidRPr="006F7549" w:rsidRDefault="00000000" w:rsidP="00CB29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6F7549">
              <w:rPr>
                <w:rFonts w:ascii="Times New Roman" w:hAnsi="Times New Roman" w:cs="Times New Roman"/>
                <w:b/>
                <w:sz w:val="19"/>
              </w:rPr>
              <w:t>2. FAALİYETİN AMACI VE GERÇEKLEŞTİRİLEN ÇALIŞMALAR</w:t>
            </w:r>
          </w:p>
        </w:tc>
      </w:tr>
      <w:tr w:rsidR="00D01E08" w:rsidRPr="006F7549" w14:paraId="4CBDAED5" w14:textId="77777777" w:rsidTr="0077336F">
        <w:trPr>
          <w:gridAfter w:val="1"/>
          <w:wAfter w:w="20" w:type="dxa"/>
          <w:jc w:val="center"/>
        </w:trPr>
        <w:tc>
          <w:tcPr>
            <w:tcW w:w="10431" w:type="dxa"/>
            <w:gridSpan w:val="4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B23F8D0" w14:textId="77777777" w:rsidR="00D01E08" w:rsidRPr="000747C9" w:rsidRDefault="00000000">
            <w:pPr>
              <w:spacing w:after="60"/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Hareketliliğin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temel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amacı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ve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hedefleri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>:</w:t>
            </w:r>
          </w:p>
          <w:p w14:paraId="6E0D14B5" w14:textId="77777777" w:rsidR="00D01E08" w:rsidRPr="006F7549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6F7549">
              <w:rPr>
                <w:rFonts w:ascii="Times New Roman" w:hAnsi="Times New Roman" w:cs="Times New Roman"/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06E05918" w14:textId="77777777" w:rsidR="00D01E08" w:rsidRPr="006F7549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6F7549">
              <w:rPr>
                <w:rFonts w:ascii="Times New Roman" w:hAnsi="Times New Roman" w:cs="Times New Roman"/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7C6B293" w14:textId="77777777" w:rsidR="00D01E08" w:rsidRPr="006F7549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6F7549">
              <w:rPr>
                <w:rFonts w:ascii="Times New Roman" w:hAnsi="Times New Roman" w:cs="Times New Roman"/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D01E08" w:rsidRPr="006F7549" w14:paraId="4A2E8AAB" w14:textId="77777777" w:rsidTr="0077336F">
        <w:trPr>
          <w:gridAfter w:val="1"/>
          <w:wAfter w:w="20" w:type="dxa"/>
          <w:jc w:val="center"/>
        </w:trPr>
        <w:tc>
          <w:tcPr>
            <w:tcW w:w="10431" w:type="dxa"/>
            <w:gridSpan w:val="4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3E8FDC4" w14:textId="77777777" w:rsidR="00D01E08" w:rsidRPr="000747C9" w:rsidRDefault="00000000">
            <w:pPr>
              <w:spacing w:after="60"/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Gerçekleştirilen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ders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,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eğitim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,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gözlem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,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toplantı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ve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diğer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faaliyetlerin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kısa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özeti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>:</w:t>
            </w:r>
          </w:p>
          <w:p w14:paraId="3C5C209E" w14:textId="77777777" w:rsidR="00D01E08" w:rsidRPr="006F7549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6F7549">
              <w:rPr>
                <w:rFonts w:ascii="Times New Roman" w:hAnsi="Times New Roman" w:cs="Times New Roman"/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55C3420" w14:textId="77777777" w:rsidR="00D01E08" w:rsidRPr="006F7549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6F7549">
              <w:rPr>
                <w:rFonts w:ascii="Times New Roman" w:hAnsi="Times New Roman" w:cs="Times New Roman"/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2D488A97" w14:textId="77777777" w:rsidR="00D01E08" w:rsidRPr="006F7549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6F7549">
              <w:rPr>
                <w:rFonts w:ascii="Times New Roman" w:hAnsi="Times New Roman" w:cs="Times New Roman"/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2F989F6" w14:textId="77777777" w:rsidR="00D01E08" w:rsidRPr="006F7549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6F7549">
              <w:rPr>
                <w:rFonts w:ascii="Times New Roman" w:hAnsi="Times New Roman" w:cs="Times New Roman"/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D01E08" w:rsidRPr="006F7549" w14:paraId="3DA80863" w14:textId="77777777" w:rsidTr="0077336F">
        <w:trPr>
          <w:gridAfter w:val="1"/>
          <w:wAfter w:w="40" w:type="dxa"/>
          <w:trHeight w:val="360"/>
          <w:jc w:val="center"/>
        </w:trPr>
        <w:tc>
          <w:tcPr>
            <w:tcW w:w="10431" w:type="dxa"/>
            <w:gridSpan w:val="4"/>
            <w:shd w:val="clear" w:color="auto" w:fill="FFFFFF" w:themeFill="background1"/>
            <w:tcMar>
              <w:top w:w="45" w:type="dxa"/>
              <w:left w:w="110" w:type="dxa"/>
              <w:bottom w:w="45" w:type="dxa"/>
              <w:right w:w="80" w:type="dxa"/>
            </w:tcMar>
            <w:vAlign w:val="center"/>
          </w:tcPr>
          <w:p w14:paraId="768A95F6" w14:textId="77777777" w:rsidR="00D01E08" w:rsidRPr="006F7549" w:rsidRDefault="00000000" w:rsidP="00CB29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6F7549">
              <w:rPr>
                <w:rFonts w:ascii="Times New Roman" w:hAnsi="Times New Roman" w:cs="Times New Roman"/>
                <w:b/>
                <w:sz w:val="19"/>
              </w:rPr>
              <w:t>3. ÖĞRENME ÇIKTILARI VE KURUMSAL KATKI</w:t>
            </w:r>
          </w:p>
        </w:tc>
      </w:tr>
      <w:tr w:rsidR="00D01E08" w:rsidRPr="006F7549" w14:paraId="6037794D" w14:textId="77777777" w:rsidTr="0077336F">
        <w:trPr>
          <w:gridAfter w:val="1"/>
          <w:wAfter w:w="20" w:type="dxa"/>
          <w:jc w:val="center"/>
        </w:trPr>
        <w:tc>
          <w:tcPr>
            <w:tcW w:w="10431" w:type="dxa"/>
            <w:gridSpan w:val="4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25687EB" w14:textId="77777777" w:rsidR="00D01E08" w:rsidRPr="000747C9" w:rsidRDefault="00000000">
            <w:pPr>
              <w:spacing w:after="60"/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Edinilen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yeni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bilgi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,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beceri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,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yöntem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veya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iyi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uygulamalar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>:</w:t>
            </w:r>
          </w:p>
          <w:p w14:paraId="7CA926EC" w14:textId="77777777" w:rsidR="00D01E08" w:rsidRPr="006F7549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6F7549">
              <w:rPr>
                <w:rFonts w:ascii="Times New Roman" w:hAnsi="Times New Roman" w:cs="Times New Roman"/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004722F3" w14:textId="77777777" w:rsidR="00D01E08" w:rsidRPr="006F7549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6F7549">
              <w:rPr>
                <w:rFonts w:ascii="Times New Roman" w:hAnsi="Times New Roman" w:cs="Times New Roman"/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4147774" w14:textId="77777777" w:rsidR="00D01E08" w:rsidRPr="006F7549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6F7549">
              <w:rPr>
                <w:rFonts w:ascii="Times New Roman" w:hAnsi="Times New Roman" w:cs="Times New Roman"/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D01E08" w:rsidRPr="006F7549" w14:paraId="02B3107A" w14:textId="77777777" w:rsidTr="0077336F">
        <w:trPr>
          <w:gridAfter w:val="1"/>
          <w:wAfter w:w="20" w:type="dxa"/>
          <w:trHeight w:val="1159"/>
          <w:jc w:val="center"/>
        </w:trPr>
        <w:tc>
          <w:tcPr>
            <w:tcW w:w="10431" w:type="dxa"/>
            <w:gridSpan w:val="4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B35773B" w14:textId="77777777" w:rsidR="00D01E08" w:rsidRPr="000747C9" w:rsidRDefault="00000000">
            <w:pPr>
              <w:spacing w:after="60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Bu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kazanımların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görevlerinize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,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biriminize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ve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Ankara Bilim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Üniversitesine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olası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katkıları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>:</w:t>
            </w:r>
          </w:p>
          <w:p w14:paraId="5D2C00BA" w14:textId="77777777" w:rsidR="00D01E08" w:rsidRPr="006F7549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6F7549">
              <w:rPr>
                <w:rFonts w:ascii="Times New Roman" w:hAnsi="Times New Roman" w:cs="Times New Roman"/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7C24C7CB" w14:textId="77777777" w:rsidR="00D01E08" w:rsidRPr="006F7549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6F7549">
              <w:rPr>
                <w:rFonts w:ascii="Times New Roman" w:hAnsi="Times New Roman" w:cs="Times New Roman"/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2A11A9FD" w14:textId="77777777" w:rsidR="00D01E08" w:rsidRPr="006F7549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6F7549">
              <w:rPr>
                <w:rFonts w:ascii="Times New Roman" w:hAnsi="Times New Roman" w:cs="Times New Roman"/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</w:tbl>
    <w:p w14:paraId="2A8BC953" w14:textId="77777777" w:rsidR="00D01E08" w:rsidRPr="006F7549" w:rsidRDefault="00000000">
      <w:pPr>
        <w:rPr>
          <w:rFonts w:ascii="Times New Roman" w:hAnsi="Times New Roman" w:cs="Times New Roman"/>
        </w:rPr>
      </w:pPr>
      <w:r w:rsidRPr="006F7549">
        <w:rPr>
          <w:rFonts w:ascii="Times New Roman" w:hAnsi="Times New Roman" w:cs="Times New Roman"/>
        </w:rPr>
        <w:br w:type="page"/>
      </w:r>
    </w:p>
    <w:tbl>
      <w:tblPr>
        <w:tblW w:w="10596" w:type="dxa"/>
        <w:jc w:val="center"/>
        <w:tblLayout w:type="fixed"/>
        <w:tblLook w:val="04A0" w:firstRow="1" w:lastRow="0" w:firstColumn="1" w:lastColumn="0" w:noHBand="0" w:noVBand="1"/>
      </w:tblPr>
      <w:tblGrid>
        <w:gridCol w:w="4106"/>
        <w:gridCol w:w="1629"/>
        <w:gridCol w:w="358"/>
        <w:gridCol w:w="1032"/>
        <w:gridCol w:w="3471"/>
      </w:tblGrid>
      <w:tr w:rsidR="00D01E08" w:rsidRPr="006F7549" w14:paraId="01DFB832" w14:textId="77777777" w:rsidTr="0077336F">
        <w:trPr>
          <w:trHeight w:val="820"/>
          <w:jc w:val="center"/>
        </w:trPr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EE59D" w14:textId="77777777" w:rsidR="00662A34" w:rsidRPr="006F7549" w:rsidRDefault="00662A34" w:rsidP="00662A34">
            <w:pPr>
              <w:rPr>
                <w:rFonts w:ascii="Times New Roman" w:hAnsi="Times New Roman" w:cs="Times New Roman"/>
              </w:rPr>
            </w:pPr>
          </w:p>
          <w:p w14:paraId="4FB7470D" w14:textId="619591E8" w:rsidR="00D01E08" w:rsidRPr="006F7549" w:rsidRDefault="00D01E08" w:rsidP="00662A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80A28" w14:textId="77777777" w:rsidR="00662A34" w:rsidRPr="006F7549" w:rsidRDefault="00662A34">
            <w:pPr>
              <w:jc w:val="right"/>
              <w:rPr>
                <w:rFonts w:ascii="Times New Roman" w:hAnsi="Times New Roman" w:cs="Times New Roman"/>
                <w:b/>
                <w:sz w:val="21"/>
              </w:rPr>
            </w:pPr>
          </w:p>
          <w:p w14:paraId="452D9CA8" w14:textId="4C475D1E" w:rsidR="00D01E08" w:rsidRPr="006F7549" w:rsidRDefault="00000000" w:rsidP="00662A34">
            <w:pPr>
              <w:ind w:firstLine="210"/>
              <w:jc w:val="right"/>
              <w:rPr>
                <w:rFonts w:ascii="Times New Roman" w:hAnsi="Times New Roman" w:cs="Times New Roman"/>
              </w:rPr>
            </w:pPr>
            <w:r w:rsidRPr="006F7549">
              <w:rPr>
                <w:rFonts w:ascii="Times New Roman" w:hAnsi="Times New Roman" w:cs="Times New Roman"/>
                <w:b/>
                <w:sz w:val="21"/>
              </w:rPr>
              <w:t>ERASMUS+ PERSONEL HAREKETLİLİĞİ DÖNÜŞ VE KURUMSAL KAZANIM RAPORU</w:t>
            </w:r>
            <w:r w:rsidR="006F7549" w:rsidRPr="006F7549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r w:rsidR="006F7549">
              <w:rPr>
                <w:rFonts w:ascii="Times New Roman" w:hAnsi="Times New Roman" w:cs="Times New Roman"/>
                <w:b/>
                <w:sz w:val="21"/>
              </w:rPr>
              <w:t xml:space="preserve">                                                        </w:t>
            </w:r>
            <w:r w:rsidR="006F7549" w:rsidRPr="006F7549">
              <w:rPr>
                <w:rFonts w:ascii="Times New Roman" w:hAnsi="Times New Roman" w:cs="Times New Roman"/>
                <w:b/>
                <w:sz w:val="21"/>
              </w:rPr>
              <w:t>Staff Mobility Return and Institutional Impact Report</w:t>
            </w:r>
          </w:p>
        </w:tc>
      </w:tr>
      <w:tr w:rsidR="00D01E08" w:rsidRPr="006F7549" w14:paraId="365E2320" w14:textId="77777777" w:rsidTr="0077336F">
        <w:trPr>
          <w:trHeight w:val="182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EA9FD7F" w14:textId="77777777" w:rsidR="00D01E08" w:rsidRPr="000747C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Program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Önceliği</w:t>
            </w:r>
            <w:proofErr w:type="spellEnd"/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A6EFF34" w14:textId="77777777" w:rsidR="00D01E08" w:rsidRPr="000747C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İlgili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mi?</w:t>
            </w:r>
          </w:p>
        </w:tc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F41476D" w14:textId="77777777" w:rsidR="00D01E08" w:rsidRPr="000747C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Gözlem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/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Öneri</w:t>
            </w:r>
            <w:proofErr w:type="spellEnd"/>
          </w:p>
        </w:tc>
      </w:tr>
      <w:tr w:rsidR="00D01E08" w:rsidRPr="006F7549" w14:paraId="6E9245E7" w14:textId="77777777" w:rsidTr="0077336F">
        <w:trPr>
          <w:trHeight w:val="21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4764649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Kapsayıcılık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ve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çeşitlilik</w:t>
            </w:r>
            <w:proofErr w:type="spellEnd"/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873392E" w14:textId="77777777" w:rsidR="00D01E08" w:rsidRPr="000747C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Segoe UI Symbol" w:hAnsi="Segoe UI Symbol" w:cs="Segoe UI Symbol"/>
                <w:szCs w:val="18"/>
              </w:rPr>
              <w:t>☐</w:t>
            </w:r>
            <w:r w:rsidRPr="000747C9">
              <w:rPr>
                <w:rFonts w:ascii="Times New Roman" w:hAnsi="Times New Roman" w:cs="Times New Roman"/>
                <w:szCs w:val="18"/>
              </w:rPr>
              <w:t xml:space="preserve"> Evet   </w:t>
            </w:r>
            <w:r w:rsidRPr="000747C9">
              <w:rPr>
                <w:rFonts w:ascii="Segoe UI Symbol" w:hAnsi="Segoe UI Symbol" w:cs="Segoe UI Symbol"/>
                <w:szCs w:val="18"/>
              </w:rPr>
              <w:t>☐</w:t>
            </w:r>
            <w:r w:rsidRPr="000747C9">
              <w:rPr>
                <w:rFonts w:ascii="Times New Roman" w:hAnsi="Times New Roman" w:cs="Times New Roman"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szCs w:val="18"/>
              </w:rPr>
              <w:t>Hayır</w:t>
            </w:r>
            <w:proofErr w:type="spellEnd"/>
          </w:p>
        </w:tc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76591AC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szCs w:val="18"/>
              </w:rPr>
              <w:t>……………………………………………………………………………………</w:t>
            </w:r>
          </w:p>
        </w:tc>
      </w:tr>
      <w:tr w:rsidR="00D01E08" w:rsidRPr="006F7549" w14:paraId="3CD7D4B1" w14:textId="77777777" w:rsidTr="0077336F">
        <w:trPr>
          <w:trHeight w:val="21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C90A7A0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Dijital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dönüşüm</w:t>
            </w:r>
            <w:proofErr w:type="spellEnd"/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47B96F1" w14:textId="77777777" w:rsidR="00D01E08" w:rsidRPr="000747C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Segoe UI Symbol" w:hAnsi="Segoe UI Symbol" w:cs="Segoe UI Symbol"/>
                <w:szCs w:val="18"/>
              </w:rPr>
              <w:t>☐</w:t>
            </w:r>
            <w:r w:rsidRPr="000747C9">
              <w:rPr>
                <w:rFonts w:ascii="Times New Roman" w:hAnsi="Times New Roman" w:cs="Times New Roman"/>
                <w:szCs w:val="18"/>
              </w:rPr>
              <w:t xml:space="preserve"> Evet   </w:t>
            </w:r>
            <w:r w:rsidRPr="000747C9">
              <w:rPr>
                <w:rFonts w:ascii="Segoe UI Symbol" w:hAnsi="Segoe UI Symbol" w:cs="Segoe UI Symbol"/>
                <w:szCs w:val="18"/>
              </w:rPr>
              <w:t>☐</w:t>
            </w:r>
            <w:r w:rsidRPr="000747C9">
              <w:rPr>
                <w:rFonts w:ascii="Times New Roman" w:hAnsi="Times New Roman" w:cs="Times New Roman"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szCs w:val="18"/>
              </w:rPr>
              <w:t>Hayır</w:t>
            </w:r>
            <w:proofErr w:type="spellEnd"/>
          </w:p>
        </w:tc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45A7218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szCs w:val="18"/>
              </w:rPr>
              <w:t>……………………………………………………………………………………</w:t>
            </w:r>
          </w:p>
        </w:tc>
      </w:tr>
      <w:tr w:rsidR="00D01E08" w:rsidRPr="006F7549" w14:paraId="2FB492B3" w14:textId="77777777" w:rsidTr="0077336F">
        <w:trPr>
          <w:trHeight w:val="204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F075933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Çevre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ve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sürdürülebilirlik</w:t>
            </w:r>
            <w:proofErr w:type="spellEnd"/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7F5DDA2" w14:textId="77777777" w:rsidR="00D01E08" w:rsidRPr="000747C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Segoe UI Symbol" w:hAnsi="Segoe UI Symbol" w:cs="Segoe UI Symbol"/>
                <w:szCs w:val="18"/>
              </w:rPr>
              <w:t>☐</w:t>
            </w:r>
            <w:r w:rsidRPr="000747C9">
              <w:rPr>
                <w:rFonts w:ascii="Times New Roman" w:hAnsi="Times New Roman" w:cs="Times New Roman"/>
                <w:szCs w:val="18"/>
              </w:rPr>
              <w:t xml:space="preserve"> Evet   </w:t>
            </w:r>
            <w:r w:rsidRPr="000747C9">
              <w:rPr>
                <w:rFonts w:ascii="Segoe UI Symbol" w:hAnsi="Segoe UI Symbol" w:cs="Segoe UI Symbol"/>
                <w:szCs w:val="18"/>
              </w:rPr>
              <w:t>☐</w:t>
            </w:r>
            <w:r w:rsidRPr="000747C9">
              <w:rPr>
                <w:rFonts w:ascii="Times New Roman" w:hAnsi="Times New Roman" w:cs="Times New Roman"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szCs w:val="18"/>
              </w:rPr>
              <w:t>Hayır</w:t>
            </w:r>
            <w:proofErr w:type="spellEnd"/>
          </w:p>
        </w:tc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E445D1A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szCs w:val="18"/>
              </w:rPr>
              <w:t>……………………………………………………………………………………</w:t>
            </w:r>
          </w:p>
        </w:tc>
      </w:tr>
      <w:tr w:rsidR="00D01E08" w:rsidRPr="006F7549" w14:paraId="5481E196" w14:textId="77777777" w:rsidTr="0077336F">
        <w:trPr>
          <w:trHeight w:val="21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D6CB837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Katılım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ve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ortak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değerler</w:t>
            </w:r>
            <w:proofErr w:type="spellEnd"/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EE3F1FF" w14:textId="77777777" w:rsidR="00D01E08" w:rsidRPr="000747C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Segoe UI Symbol" w:hAnsi="Segoe UI Symbol" w:cs="Segoe UI Symbol"/>
                <w:szCs w:val="18"/>
              </w:rPr>
              <w:t>☐</w:t>
            </w:r>
            <w:r w:rsidRPr="000747C9">
              <w:rPr>
                <w:rFonts w:ascii="Times New Roman" w:hAnsi="Times New Roman" w:cs="Times New Roman"/>
                <w:szCs w:val="18"/>
              </w:rPr>
              <w:t xml:space="preserve"> Evet   </w:t>
            </w:r>
            <w:r w:rsidRPr="000747C9">
              <w:rPr>
                <w:rFonts w:ascii="Segoe UI Symbol" w:hAnsi="Segoe UI Symbol" w:cs="Segoe UI Symbol"/>
                <w:szCs w:val="18"/>
              </w:rPr>
              <w:t>☐</w:t>
            </w:r>
            <w:r w:rsidRPr="000747C9">
              <w:rPr>
                <w:rFonts w:ascii="Times New Roman" w:hAnsi="Times New Roman" w:cs="Times New Roman"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szCs w:val="18"/>
              </w:rPr>
              <w:t>Hayır</w:t>
            </w:r>
            <w:proofErr w:type="spellEnd"/>
          </w:p>
        </w:tc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9C77936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szCs w:val="18"/>
              </w:rPr>
              <w:t>……………………………………………………………………………………</w:t>
            </w:r>
          </w:p>
        </w:tc>
      </w:tr>
      <w:tr w:rsidR="00D01E08" w:rsidRPr="006F7549" w14:paraId="5160FCD8" w14:textId="77777777" w:rsidTr="0077336F">
        <w:trPr>
          <w:trHeight w:val="414"/>
          <w:jc w:val="center"/>
        </w:trPr>
        <w:tc>
          <w:tcPr>
            <w:tcW w:w="10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110" w:type="dxa"/>
              <w:bottom w:w="45" w:type="dxa"/>
              <w:right w:w="80" w:type="dxa"/>
            </w:tcMar>
            <w:vAlign w:val="center"/>
          </w:tcPr>
          <w:p w14:paraId="15B81096" w14:textId="77777777" w:rsidR="00D01E08" w:rsidRPr="006F7549" w:rsidRDefault="00000000" w:rsidP="00CB29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7549">
              <w:rPr>
                <w:rFonts w:ascii="Times New Roman" w:hAnsi="Times New Roman" w:cs="Times New Roman"/>
                <w:b/>
                <w:sz w:val="19"/>
              </w:rPr>
              <w:t>4. İŞ BİRLİĞİ, YAYGINLAŞTIRMA VE TAKİP PLANI</w:t>
            </w:r>
          </w:p>
        </w:tc>
      </w:tr>
      <w:tr w:rsidR="00D01E08" w:rsidRPr="006F7549" w14:paraId="473B4800" w14:textId="77777777" w:rsidTr="0077336F">
        <w:trPr>
          <w:trHeight w:val="981"/>
          <w:jc w:val="center"/>
        </w:trPr>
        <w:tc>
          <w:tcPr>
            <w:tcW w:w="10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0D0C6B5" w14:textId="77777777" w:rsidR="00D01E08" w:rsidRPr="000747C9" w:rsidRDefault="00000000">
            <w:pPr>
              <w:spacing w:after="60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Kurulan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bağlantılar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, yeni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anlaşma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>/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proje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>/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ortak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faaliyet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ihtimalleri ve iletişim kişileri:</w:t>
            </w:r>
          </w:p>
          <w:p w14:paraId="3463D83C" w14:textId="77777777" w:rsidR="00D01E08" w:rsidRPr="006F7549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6F7549">
              <w:rPr>
                <w:rFonts w:ascii="Times New Roman" w:hAnsi="Times New Roman" w:cs="Times New Roman"/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756B3E66" w14:textId="77777777" w:rsidR="00D01E08" w:rsidRPr="006F7549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6F7549">
              <w:rPr>
                <w:rFonts w:ascii="Times New Roman" w:hAnsi="Times New Roman" w:cs="Times New Roman"/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2E45CFA2" w14:textId="77777777" w:rsidR="00D01E08" w:rsidRPr="006F7549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6F7549">
              <w:rPr>
                <w:rFonts w:ascii="Times New Roman" w:hAnsi="Times New Roman" w:cs="Times New Roman"/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D01E08" w:rsidRPr="006F7549" w14:paraId="15BBA677" w14:textId="77777777" w:rsidTr="0077336F">
        <w:trPr>
          <w:trHeight w:val="182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8461326" w14:textId="77777777" w:rsidR="00D01E08" w:rsidRPr="000747C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b/>
                <w:szCs w:val="18"/>
              </w:rPr>
              <w:t>Planlanan Faaliyet / Çıktı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35968E7" w14:textId="77777777" w:rsidR="00D01E08" w:rsidRPr="000747C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b/>
                <w:szCs w:val="18"/>
              </w:rPr>
              <w:t>Sorumlu Birim / Kişi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81A466D" w14:textId="77777777" w:rsidR="00D01E08" w:rsidRPr="000747C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b/>
                <w:szCs w:val="18"/>
              </w:rPr>
              <w:t>Hedef Tarih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30C9BA4" w14:textId="77777777" w:rsidR="00D01E08" w:rsidRPr="000747C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b/>
                <w:szCs w:val="18"/>
              </w:rPr>
              <w:t>Beklenen Sonuç</w:t>
            </w:r>
          </w:p>
        </w:tc>
      </w:tr>
      <w:tr w:rsidR="00D01E08" w:rsidRPr="006F7549" w14:paraId="2DC1528B" w14:textId="77777777" w:rsidTr="0077336F">
        <w:trPr>
          <w:trHeight w:val="182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AEDEC70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szCs w:val="18"/>
              </w:rPr>
              <w:t>……………………………………………………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49460EC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szCs w:val="18"/>
              </w:rPr>
              <w:t>………………………………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B572E93" w14:textId="77777777" w:rsidR="00D01E08" w:rsidRPr="000747C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szCs w:val="18"/>
              </w:rPr>
              <w:t>…… / …… / 20……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AA2AC85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szCs w:val="18"/>
              </w:rPr>
              <w:t>……………………………………………………</w:t>
            </w:r>
          </w:p>
        </w:tc>
      </w:tr>
      <w:tr w:rsidR="00D01E08" w:rsidRPr="006F7549" w14:paraId="5D7E05F6" w14:textId="77777777" w:rsidTr="0077336F">
        <w:trPr>
          <w:trHeight w:val="182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C886B5F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szCs w:val="18"/>
              </w:rPr>
              <w:t>……………………………………………………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88C034A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szCs w:val="18"/>
              </w:rPr>
              <w:t>………………………………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E66F763" w14:textId="77777777" w:rsidR="00D01E08" w:rsidRPr="000747C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szCs w:val="18"/>
              </w:rPr>
              <w:t>…… / …… / 20……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F2D7213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szCs w:val="18"/>
              </w:rPr>
              <w:t>……………………………………………………</w:t>
            </w:r>
          </w:p>
        </w:tc>
      </w:tr>
      <w:tr w:rsidR="00D01E08" w:rsidRPr="006F7549" w14:paraId="55ECA558" w14:textId="77777777" w:rsidTr="0077336F">
        <w:trPr>
          <w:trHeight w:val="182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6B79E03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szCs w:val="18"/>
              </w:rPr>
              <w:t>……………………………………………………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D35A54C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szCs w:val="18"/>
              </w:rPr>
              <w:t>………………………………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E12FDAB" w14:textId="77777777" w:rsidR="00D01E08" w:rsidRPr="000747C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szCs w:val="18"/>
              </w:rPr>
              <w:t>…… / …… / 20……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99A77A5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szCs w:val="18"/>
              </w:rPr>
              <w:t>……………………………………………………</w:t>
            </w:r>
          </w:p>
        </w:tc>
      </w:tr>
      <w:tr w:rsidR="00D01E08" w:rsidRPr="006F7549" w14:paraId="1A89D25F" w14:textId="77777777" w:rsidTr="0077336F">
        <w:trPr>
          <w:trHeight w:val="531"/>
          <w:jc w:val="center"/>
        </w:trPr>
        <w:tc>
          <w:tcPr>
            <w:tcW w:w="10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110" w:type="dxa"/>
              <w:bottom w:w="45" w:type="dxa"/>
              <w:right w:w="80" w:type="dxa"/>
            </w:tcMar>
            <w:vAlign w:val="center"/>
          </w:tcPr>
          <w:p w14:paraId="729007D8" w14:textId="77777777" w:rsidR="00D01E08" w:rsidRPr="006F7549" w:rsidRDefault="00000000" w:rsidP="00CB29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7549">
              <w:rPr>
                <w:rFonts w:ascii="Times New Roman" w:hAnsi="Times New Roman" w:cs="Times New Roman"/>
                <w:b/>
                <w:sz w:val="19"/>
              </w:rPr>
              <w:t>5. GENEL DEĞERLENDİRME</w:t>
            </w:r>
          </w:p>
        </w:tc>
      </w:tr>
      <w:tr w:rsidR="00D01E08" w:rsidRPr="006F7549" w14:paraId="660AA45C" w14:textId="77777777" w:rsidTr="0077336F">
        <w:trPr>
          <w:trHeight w:val="182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4584561" w14:textId="77777777" w:rsidR="00D01E08" w:rsidRPr="000747C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Değerlendirme</w:t>
            </w:r>
            <w:proofErr w:type="spellEnd"/>
            <w:r w:rsidRPr="000747C9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Ölçütü</w:t>
            </w:r>
            <w:proofErr w:type="spellEnd"/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96A5CED" w14:textId="77777777" w:rsidR="00D01E08" w:rsidRPr="006F754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7549">
              <w:rPr>
                <w:rFonts w:ascii="Times New Roman" w:hAnsi="Times New Roman" w:cs="Times New Roman"/>
                <w:b/>
                <w:sz w:val="16"/>
              </w:rPr>
              <w:t>Puan (1–5)</w:t>
            </w:r>
          </w:p>
        </w:tc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07BBCE6" w14:textId="77777777" w:rsidR="00D01E08" w:rsidRPr="006F754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7549">
              <w:rPr>
                <w:rFonts w:ascii="Times New Roman" w:hAnsi="Times New Roman" w:cs="Times New Roman"/>
                <w:b/>
                <w:sz w:val="16"/>
              </w:rPr>
              <w:t>Açıklama</w:t>
            </w:r>
          </w:p>
        </w:tc>
      </w:tr>
      <w:tr w:rsidR="00D01E08" w:rsidRPr="006F7549" w14:paraId="73E0AE78" w14:textId="77777777" w:rsidTr="0077336F">
        <w:trPr>
          <w:trHeight w:val="182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1505156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b/>
                <w:szCs w:val="18"/>
              </w:rPr>
              <w:t>Faaliyetin mesleki/akademik yararı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14D2A02" w14:textId="77777777" w:rsidR="00D01E08" w:rsidRPr="006F754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7549">
              <w:rPr>
                <w:rFonts w:ascii="Times New Roman" w:hAnsi="Times New Roman" w:cs="Times New Roman"/>
                <w:sz w:val="16"/>
              </w:rPr>
              <w:t>1  2  3  4  5</w:t>
            </w:r>
          </w:p>
        </w:tc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851596E" w14:textId="77777777" w:rsidR="00D01E08" w:rsidRPr="006F754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7549">
              <w:rPr>
                <w:rFonts w:ascii="Times New Roman" w:hAnsi="Times New Roman" w:cs="Times New Roman"/>
                <w:sz w:val="16"/>
              </w:rPr>
              <w:t>………………………………</w:t>
            </w:r>
          </w:p>
        </w:tc>
      </w:tr>
      <w:tr w:rsidR="00D01E08" w:rsidRPr="006F7549" w14:paraId="4AA7DE08" w14:textId="77777777" w:rsidTr="0077336F">
        <w:trPr>
          <w:trHeight w:val="182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D9225D0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b/>
                <w:szCs w:val="18"/>
              </w:rPr>
              <w:t>Kabul eden kurumun organizasyonu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AC1458D" w14:textId="77777777" w:rsidR="00D01E08" w:rsidRPr="006F754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7549">
              <w:rPr>
                <w:rFonts w:ascii="Times New Roman" w:hAnsi="Times New Roman" w:cs="Times New Roman"/>
                <w:sz w:val="16"/>
              </w:rPr>
              <w:t>1  2  3  4  5</w:t>
            </w:r>
          </w:p>
        </w:tc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395F36A" w14:textId="77777777" w:rsidR="00D01E08" w:rsidRPr="006F754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7549">
              <w:rPr>
                <w:rFonts w:ascii="Times New Roman" w:hAnsi="Times New Roman" w:cs="Times New Roman"/>
                <w:sz w:val="16"/>
              </w:rPr>
              <w:t>………………………………</w:t>
            </w:r>
          </w:p>
        </w:tc>
      </w:tr>
      <w:tr w:rsidR="00D01E08" w:rsidRPr="006F7549" w14:paraId="3794E399" w14:textId="77777777" w:rsidTr="0077336F">
        <w:trPr>
          <w:trHeight w:val="182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4FDBF69" w14:textId="77777777" w:rsidR="00D01E08" w:rsidRPr="000747C9" w:rsidRDefault="00000000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b/>
                <w:szCs w:val="18"/>
              </w:rPr>
              <w:t>Genel hareketlilik deneyimi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5A4E534" w14:textId="77777777" w:rsidR="00D01E08" w:rsidRPr="006F754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7549">
              <w:rPr>
                <w:rFonts w:ascii="Times New Roman" w:hAnsi="Times New Roman" w:cs="Times New Roman"/>
                <w:sz w:val="16"/>
              </w:rPr>
              <w:t>1  2  3  4  5</w:t>
            </w:r>
          </w:p>
        </w:tc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1F9CF5D" w14:textId="77777777" w:rsidR="00D01E08" w:rsidRPr="006F754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7549">
              <w:rPr>
                <w:rFonts w:ascii="Times New Roman" w:hAnsi="Times New Roman" w:cs="Times New Roman"/>
                <w:sz w:val="16"/>
              </w:rPr>
              <w:t>………………………………</w:t>
            </w:r>
          </w:p>
        </w:tc>
      </w:tr>
      <w:tr w:rsidR="00D01E08" w:rsidRPr="006F7549" w14:paraId="30C1F014" w14:textId="77777777" w:rsidTr="0077336F">
        <w:trPr>
          <w:trHeight w:val="741"/>
          <w:jc w:val="center"/>
        </w:trPr>
        <w:tc>
          <w:tcPr>
            <w:tcW w:w="10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5EC42FD" w14:textId="77777777" w:rsidR="00D01E08" w:rsidRPr="000747C9" w:rsidRDefault="00000000">
            <w:pPr>
              <w:spacing w:after="60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b/>
                <w:szCs w:val="18"/>
              </w:rPr>
              <w:t>Karşılaşılan güçlükler ve gelecekteki katılımcılar için öneriler:</w:t>
            </w:r>
          </w:p>
          <w:p w14:paraId="33D2DF05" w14:textId="77777777" w:rsidR="00D01E08" w:rsidRPr="000747C9" w:rsidRDefault="00000000">
            <w:pPr>
              <w:spacing w:after="20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szCs w:val="18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BC28700" w14:textId="77777777" w:rsidR="00D01E08" w:rsidRPr="000747C9" w:rsidRDefault="00000000">
            <w:pPr>
              <w:spacing w:after="20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szCs w:val="18"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D01E08" w:rsidRPr="006F7549" w14:paraId="50AF0048" w14:textId="77777777" w:rsidTr="0077336F">
        <w:trPr>
          <w:trHeight w:val="404"/>
          <w:jc w:val="center"/>
        </w:trPr>
        <w:tc>
          <w:tcPr>
            <w:tcW w:w="10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110" w:type="dxa"/>
              <w:bottom w:w="45" w:type="dxa"/>
              <w:right w:w="80" w:type="dxa"/>
            </w:tcMar>
            <w:vAlign w:val="center"/>
          </w:tcPr>
          <w:p w14:paraId="1B240A62" w14:textId="77777777" w:rsidR="00D01E08" w:rsidRPr="006F7549" w:rsidRDefault="00000000" w:rsidP="00CB29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7549">
              <w:rPr>
                <w:rFonts w:ascii="Times New Roman" w:hAnsi="Times New Roman" w:cs="Times New Roman"/>
                <w:b/>
                <w:sz w:val="19"/>
              </w:rPr>
              <w:t>6. EKLER VE ONAY</w:t>
            </w:r>
          </w:p>
        </w:tc>
      </w:tr>
      <w:tr w:rsidR="00D01E08" w:rsidRPr="006F7549" w14:paraId="71F7E803" w14:textId="77777777" w:rsidTr="0077336F">
        <w:trPr>
          <w:trHeight w:val="17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4AAAA36" w14:textId="77777777" w:rsidR="00D01E08" w:rsidRPr="006F754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7549">
              <w:rPr>
                <w:rFonts w:ascii="Times New Roman" w:hAnsi="Times New Roman" w:cs="Times New Roman"/>
                <w:b/>
                <w:sz w:val="16"/>
              </w:rPr>
              <w:t xml:space="preserve">Teslim </w:t>
            </w:r>
            <w:proofErr w:type="spellStart"/>
            <w:r w:rsidRPr="006F7549">
              <w:rPr>
                <w:rFonts w:ascii="Times New Roman" w:hAnsi="Times New Roman" w:cs="Times New Roman"/>
                <w:b/>
                <w:sz w:val="16"/>
              </w:rPr>
              <w:t>Edilen</w:t>
            </w:r>
            <w:proofErr w:type="spellEnd"/>
            <w:r w:rsidRPr="006F7549">
              <w:rPr>
                <w:rFonts w:ascii="Times New Roman" w:hAnsi="Times New Roman" w:cs="Times New Roman"/>
                <w:b/>
                <w:sz w:val="16"/>
              </w:rPr>
              <w:t xml:space="preserve"> Belgeler</w:t>
            </w:r>
          </w:p>
        </w:tc>
        <w:tc>
          <w:tcPr>
            <w:tcW w:w="6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250D494" w14:textId="77777777" w:rsidR="00D01E08" w:rsidRPr="006F754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7549">
              <w:rPr>
                <w:rFonts w:ascii="Times New Roman" w:hAnsi="Times New Roman" w:cs="Times New Roman"/>
                <w:b/>
                <w:sz w:val="16"/>
              </w:rPr>
              <w:t>Yaygınlaştırma Yöntemi</w:t>
            </w:r>
          </w:p>
        </w:tc>
      </w:tr>
      <w:tr w:rsidR="00D01E08" w:rsidRPr="006F7549" w14:paraId="12B1359D" w14:textId="77777777" w:rsidTr="0077336F">
        <w:trPr>
          <w:trHeight w:val="1049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E8CA869" w14:textId="77777777" w:rsidR="00D01E08" w:rsidRPr="006F754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7549">
              <w:rPr>
                <w:rFonts w:ascii="Segoe UI Symbol" w:hAnsi="Segoe UI Symbol" w:cs="Segoe UI Symbol"/>
                <w:sz w:val="16"/>
              </w:rPr>
              <w:t>☐</w:t>
            </w:r>
            <w:r w:rsidRPr="006F7549">
              <w:rPr>
                <w:rFonts w:ascii="Times New Roman" w:hAnsi="Times New Roman" w:cs="Times New Roman"/>
                <w:sz w:val="16"/>
              </w:rPr>
              <w:t xml:space="preserve"> Katılım Sertifikası</w:t>
            </w:r>
            <w:r w:rsidRPr="006F7549">
              <w:rPr>
                <w:rFonts w:ascii="Times New Roman" w:hAnsi="Times New Roman" w:cs="Times New Roman"/>
                <w:sz w:val="16"/>
              </w:rPr>
              <w:br/>
            </w:r>
            <w:r w:rsidRPr="006F7549">
              <w:rPr>
                <w:rFonts w:ascii="Segoe UI Symbol" w:hAnsi="Segoe UI Symbol" w:cs="Segoe UI Symbol"/>
                <w:sz w:val="16"/>
              </w:rPr>
              <w:t>☐</w:t>
            </w:r>
            <w:r w:rsidRPr="006F7549">
              <w:rPr>
                <w:rFonts w:ascii="Times New Roman" w:hAnsi="Times New Roman" w:cs="Times New Roman"/>
                <w:sz w:val="16"/>
              </w:rPr>
              <w:t xml:space="preserve"> AB Katılımcı Raporu / EU Survey</w:t>
            </w:r>
            <w:r w:rsidRPr="006F7549">
              <w:rPr>
                <w:rFonts w:ascii="Times New Roman" w:hAnsi="Times New Roman" w:cs="Times New Roman"/>
                <w:sz w:val="16"/>
              </w:rPr>
              <w:br/>
            </w:r>
            <w:r w:rsidRPr="006F7549">
              <w:rPr>
                <w:rFonts w:ascii="Segoe UI Symbol" w:hAnsi="Segoe UI Symbol" w:cs="Segoe UI Symbol"/>
                <w:sz w:val="16"/>
              </w:rPr>
              <w:t>☐</w:t>
            </w:r>
            <w:r w:rsidRPr="006F7549">
              <w:rPr>
                <w:rFonts w:ascii="Times New Roman" w:hAnsi="Times New Roman" w:cs="Times New Roman"/>
                <w:sz w:val="16"/>
              </w:rPr>
              <w:t xml:space="preserve"> Yurda Giriş-Çıkış Belgesi</w:t>
            </w:r>
            <w:r w:rsidRPr="006F7549">
              <w:rPr>
                <w:rFonts w:ascii="Times New Roman" w:hAnsi="Times New Roman" w:cs="Times New Roman"/>
                <w:sz w:val="16"/>
              </w:rPr>
              <w:br/>
            </w:r>
            <w:r w:rsidRPr="006F7549">
              <w:rPr>
                <w:rFonts w:ascii="Segoe UI Symbol" w:hAnsi="Segoe UI Symbol" w:cs="Segoe UI Symbol"/>
                <w:sz w:val="16"/>
              </w:rPr>
              <w:t>☐</w:t>
            </w:r>
            <w:r w:rsidRPr="006F7549">
              <w:rPr>
                <w:rFonts w:ascii="Times New Roman" w:hAnsi="Times New Roman" w:cs="Times New Roman"/>
                <w:sz w:val="16"/>
              </w:rPr>
              <w:t xml:space="preserve"> Fotoğraflar</w:t>
            </w:r>
            <w:r w:rsidRPr="006F7549">
              <w:rPr>
                <w:rFonts w:ascii="Times New Roman" w:hAnsi="Times New Roman" w:cs="Times New Roman"/>
                <w:sz w:val="16"/>
              </w:rPr>
              <w:br/>
            </w:r>
            <w:r w:rsidRPr="006F7549">
              <w:rPr>
                <w:rFonts w:ascii="Segoe UI Symbol" w:hAnsi="Segoe UI Symbol" w:cs="Segoe UI Symbol"/>
                <w:sz w:val="16"/>
              </w:rPr>
              <w:t>☐</w:t>
            </w:r>
            <w:r w:rsidRPr="006F7549">
              <w:rPr>
                <w:rFonts w:ascii="Times New Roman" w:hAnsi="Times New Roman" w:cs="Times New Roman"/>
                <w:sz w:val="16"/>
              </w:rPr>
              <w:t xml:space="preserve"> Diğer: …………………………………</w:t>
            </w:r>
          </w:p>
        </w:tc>
        <w:tc>
          <w:tcPr>
            <w:tcW w:w="6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525B584" w14:textId="77777777" w:rsidR="00D01E08" w:rsidRPr="006F754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7549">
              <w:rPr>
                <w:rFonts w:ascii="Segoe UI Symbol" w:hAnsi="Segoe UI Symbol" w:cs="Segoe UI Symbol"/>
                <w:sz w:val="16"/>
              </w:rPr>
              <w:t>☐</w:t>
            </w:r>
            <w:r w:rsidRPr="006F7549">
              <w:rPr>
                <w:rFonts w:ascii="Times New Roman" w:hAnsi="Times New Roman" w:cs="Times New Roman"/>
                <w:sz w:val="16"/>
              </w:rPr>
              <w:t xml:space="preserve"> Birim/bölüm sunumu</w:t>
            </w:r>
            <w:r w:rsidRPr="006F7549">
              <w:rPr>
                <w:rFonts w:ascii="Times New Roman" w:hAnsi="Times New Roman" w:cs="Times New Roman"/>
                <w:sz w:val="16"/>
              </w:rPr>
              <w:br/>
            </w:r>
            <w:r w:rsidRPr="006F7549">
              <w:rPr>
                <w:rFonts w:ascii="Segoe UI Symbol" w:hAnsi="Segoe UI Symbol" w:cs="Segoe UI Symbol"/>
                <w:sz w:val="16"/>
              </w:rPr>
              <w:t>☐</w:t>
            </w:r>
            <w:r w:rsidRPr="006F7549">
              <w:rPr>
                <w:rFonts w:ascii="Times New Roman" w:hAnsi="Times New Roman" w:cs="Times New Roman"/>
                <w:sz w:val="16"/>
              </w:rPr>
              <w:t xml:space="preserve"> Web/haber paylaşımı</w:t>
            </w:r>
            <w:r w:rsidRPr="006F7549">
              <w:rPr>
                <w:rFonts w:ascii="Times New Roman" w:hAnsi="Times New Roman" w:cs="Times New Roman"/>
                <w:sz w:val="16"/>
              </w:rPr>
              <w:br/>
            </w:r>
            <w:r w:rsidRPr="006F7549">
              <w:rPr>
                <w:rFonts w:ascii="Segoe UI Symbol" w:hAnsi="Segoe UI Symbol" w:cs="Segoe UI Symbol"/>
                <w:sz w:val="16"/>
              </w:rPr>
              <w:t>☐</w:t>
            </w:r>
            <w:r w:rsidRPr="006F7549">
              <w:rPr>
                <w:rFonts w:ascii="Times New Roman" w:hAnsi="Times New Roman" w:cs="Times New Roman"/>
                <w:sz w:val="16"/>
              </w:rPr>
              <w:t xml:space="preserve"> Toplantı veya atölye</w:t>
            </w:r>
            <w:r w:rsidRPr="006F7549">
              <w:rPr>
                <w:rFonts w:ascii="Times New Roman" w:hAnsi="Times New Roman" w:cs="Times New Roman"/>
                <w:sz w:val="16"/>
              </w:rPr>
              <w:br/>
            </w:r>
            <w:r w:rsidRPr="006F7549">
              <w:rPr>
                <w:rFonts w:ascii="Segoe UI Symbol" w:hAnsi="Segoe UI Symbol" w:cs="Segoe UI Symbol"/>
                <w:sz w:val="16"/>
              </w:rPr>
              <w:t>☐</w:t>
            </w:r>
            <w:r w:rsidRPr="006F7549">
              <w:rPr>
                <w:rFonts w:ascii="Times New Roman" w:hAnsi="Times New Roman" w:cs="Times New Roman"/>
                <w:sz w:val="16"/>
              </w:rPr>
              <w:t xml:space="preserve"> Ders/eğitim materyali paylaşımı</w:t>
            </w:r>
            <w:r w:rsidRPr="006F7549">
              <w:rPr>
                <w:rFonts w:ascii="Times New Roman" w:hAnsi="Times New Roman" w:cs="Times New Roman"/>
                <w:sz w:val="16"/>
              </w:rPr>
              <w:br/>
            </w:r>
            <w:r w:rsidRPr="006F7549">
              <w:rPr>
                <w:rFonts w:ascii="Segoe UI Symbol" w:hAnsi="Segoe UI Symbol" w:cs="Segoe UI Symbol"/>
                <w:sz w:val="16"/>
              </w:rPr>
              <w:t>☐</w:t>
            </w:r>
            <w:r w:rsidRPr="006F7549">
              <w:rPr>
                <w:rFonts w:ascii="Times New Roman" w:hAnsi="Times New Roman" w:cs="Times New Roman"/>
                <w:sz w:val="16"/>
              </w:rPr>
              <w:t xml:space="preserve"> Diğer: …………………………………</w:t>
            </w:r>
          </w:p>
        </w:tc>
      </w:tr>
    </w:tbl>
    <w:p w14:paraId="2EA21E76" w14:textId="77777777" w:rsidR="00662A34" w:rsidRPr="006F7549" w:rsidRDefault="00662A34">
      <w:pPr>
        <w:spacing w:before="60" w:after="40"/>
        <w:jc w:val="both"/>
        <w:rPr>
          <w:rFonts w:ascii="Times New Roman" w:hAnsi="Times New Roman" w:cs="Times New Roman"/>
          <w:sz w:val="16"/>
        </w:rPr>
      </w:pPr>
    </w:p>
    <w:p w14:paraId="107FFBAD" w14:textId="1DA2C3C7" w:rsidR="00662A34" w:rsidRPr="00277409" w:rsidRDefault="00000000">
      <w:pPr>
        <w:spacing w:before="60" w:after="40"/>
        <w:jc w:val="both"/>
        <w:rPr>
          <w:rFonts w:ascii="Times New Roman" w:hAnsi="Times New Roman" w:cs="Times New Roman"/>
          <w:szCs w:val="18"/>
        </w:rPr>
      </w:pPr>
      <w:r w:rsidRPr="000747C9">
        <w:rPr>
          <w:rFonts w:ascii="Times New Roman" w:hAnsi="Times New Roman" w:cs="Times New Roman"/>
          <w:szCs w:val="18"/>
        </w:rPr>
        <w:t xml:space="preserve">Bu </w:t>
      </w:r>
      <w:proofErr w:type="spellStart"/>
      <w:r w:rsidRPr="000747C9">
        <w:rPr>
          <w:rFonts w:ascii="Times New Roman" w:hAnsi="Times New Roman" w:cs="Times New Roman"/>
          <w:szCs w:val="18"/>
        </w:rPr>
        <w:t>raporda</w:t>
      </w:r>
      <w:proofErr w:type="spellEnd"/>
      <w:r w:rsidRPr="000747C9">
        <w:rPr>
          <w:rFonts w:ascii="Times New Roman" w:hAnsi="Times New Roman" w:cs="Times New Roman"/>
          <w:szCs w:val="18"/>
        </w:rPr>
        <w:t xml:space="preserve"> </w:t>
      </w:r>
      <w:proofErr w:type="spellStart"/>
      <w:r w:rsidRPr="000747C9">
        <w:rPr>
          <w:rFonts w:ascii="Times New Roman" w:hAnsi="Times New Roman" w:cs="Times New Roman"/>
          <w:szCs w:val="18"/>
        </w:rPr>
        <w:t>yer</w:t>
      </w:r>
      <w:proofErr w:type="spellEnd"/>
      <w:r w:rsidRPr="000747C9">
        <w:rPr>
          <w:rFonts w:ascii="Times New Roman" w:hAnsi="Times New Roman" w:cs="Times New Roman"/>
          <w:szCs w:val="18"/>
        </w:rPr>
        <w:t xml:space="preserve"> </w:t>
      </w:r>
      <w:proofErr w:type="spellStart"/>
      <w:r w:rsidRPr="000747C9">
        <w:rPr>
          <w:rFonts w:ascii="Times New Roman" w:hAnsi="Times New Roman" w:cs="Times New Roman"/>
          <w:szCs w:val="18"/>
        </w:rPr>
        <w:t>alan</w:t>
      </w:r>
      <w:proofErr w:type="spellEnd"/>
      <w:r w:rsidRPr="000747C9">
        <w:rPr>
          <w:rFonts w:ascii="Times New Roman" w:hAnsi="Times New Roman" w:cs="Times New Roman"/>
          <w:szCs w:val="18"/>
        </w:rPr>
        <w:t xml:space="preserve"> </w:t>
      </w:r>
      <w:proofErr w:type="spellStart"/>
      <w:r w:rsidRPr="000747C9">
        <w:rPr>
          <w:rFonts w:ascii="Times New Roman" w:hAnsi="Times New Roman" w:cs="Times New Roman"/>
          <w:szCs w:val="18"/>
        </w:rPr>
        <w:t>bilgilerin</w:t>
      </w:r>
      <w:proofErr w:type="spellEnd"/>
      <w:r w:rsidRPr="000747C9">
        <w:rPr>
          <w:rFonts w:ascii="Times New Roman" w:hAnsi="Times New Roman" w:cs="Times New Roman"/>
          <w:szCs w:val="18"/>
        </w:rPr>
        <w:t xml:space="preserve"> </w:t>
      </w:r>
      <w:proofErr w:type="spellStart"/>
      <w:r w:rsidRPr="000747C9">
        <w:rPr>
          <w:rFonts w:ascii="Times New Roman" w:hAnsi="Times New Roman" w:cs="Times New Roman"/>
          <w:szCs w:val="18"/>
        </w:rPr>
        <w:t>doğru</w:t>
      </w:r>
      <w:proofErr w:type="spellEnd"/>
      <w:r w:rsidRPr="000747C9">
        <w:rPr>
          <w:rFonts w:ascii="Times New Roman" w:hAnsi="Times New Roman" w:cs="Times New Roman"/>
          <w:szCs w:val="18"/>
        </w:rPr>
        <w:t xml:space="preserve"> </w:t>
      </w:r>
      <w:proofErr w:type="spellStart"/>
      <w:r w:rsidRPr="000747C9">
        <w:rPr>
          <w:rFonts w:ascii="Times New Roman" w:hAnsi="Times New Roman" w:cs="Times New Roman"/>
          <w:szCs w:val="18"/>
        </w:rPr>
        <w:t>olduğunu</w:t>
      </w:r>
      <w:proofErr w:type="spellEnd"/>
      <w:r w:rsidRPr="000747C9">
        <w:rPr>
          <w:rFonts w:ascii="Times New Roman" w:hAnsi="Times New Roman" w:cs="Times New Roman"/>
          <w:szCs w:val="18"/>
        </w:rPr>
        <w:t xml:space="preserve">; </w:t>
      </w:r>
      <w:proofErr w:type="spellStart"/>
      <w:r w:rsidRPr="000747C9">
        <w:rPr>
          <w:rFonts w:ascii="Times New Roman" w:hAnsi="Times New Roman" w:cs="Times New Roman"/>
          <w:szCs w:val="18"/>
        </w:rPr>
        <w:t>hareketlilikte</w:t>
      </w:r>
      <w:proofErr w:type="spellEnd"/>
      <w:r w:rsidRPr="000747C9">
        <w:rPr>
          <w:rFonts w:ascii="Times New Roman" w:hAnsi="Times New Roman" w:cs="Times New Roman"/>
          <w:szCs w:val="18"/>
        </w:rPr>
        <w:t xml:space="preserve"> </w:t>
      </w:r>
      <w:proofErr w:type="spellStart"/>
      <w:r w:rsidRPr="000747C9">
        <w:rPr>
          <w:rFonts w:ascii="Times New Roman" w:hAnsi="Times New Roman" w:cs="Times New Roman"/>
          <w:szCs w:val="18"/>
        </w:rPr>
        <w:t>edindiğim</w:t>
      </w:r>
      <w:proofErr w:type="spellEnd"/>
      <w:r w:rsidRPr="000747C9">
        <w:rPr>
          <w:rFonts w:ascii="Times New Roman" w:hAnsi="Times New Roman" w:cs="Times New Roman"/>
          <w:szCs w:val="18"/>
        </w:rPr>
        <w:t xml:space="preserve"> </w:t>
      </w:r>
      <w:proofErr w:type="spellStart"/>
      <w:r w:rsidRPr="000747C9">
        <w:rPr>
          <w:rFonts w:ascii="Times New Roman" w:hAnsi="Times New Roman" w:cs="Times New Roman"/>
          <w:szCs w:val="18"/>
        </w:rPr>
        <w:t>bilgi</w:t>
      </w:r>
      <w:proofErr w:type="spellEnd"/>
      <w:r w:rsidRPr="000747C9">
        <w:rPr>
          <w:rFonts w:ascii="Times New Roman" w:hAnsi="Times New Roman" w:cs="Times New Roman"/>
          <w:szCs w:val="18"/>
        </w:rPr>
        <w:t xml:space="preserve"> </w:t>
      </w:r>
      <w:proofErr w:type="spellStart"/>
      <w:r w:rsidRPr="000747C9">
        <w:rPr>
          <w:rFonts w:ascii="Times New Roman" w:hAnsi="Times New Roman" w:cs="Times New Roman"/>
          <w:szCs w:val="18"/>
        </w:rPr>
        <w:t>ve</w:t>
      </w:r>
      <w:proofErr w:type="spellEnd"/>
      <w:r w:rsidRPr="000747C9">
        <w:rPr>
          <w:rFonts w:ascii="Times New Roman" w:hAnsi="Times New Roman" w:cs="Times New Roman"/>
          <w:szCs w:val="18"/>
        </w:rPr>
        <w:t xml:space="preserve"> </w:t>
      </w:r>
      <w:proofErr w:type="spellStart"/>
      <w:r w:rsidRPr="000747C9">
        <w:rPr>
          <w:rFonts w:ascii="Times New Roman" w:hAnsi="Times New Roman" w:cs="Times New Roman"/>
          <w:szCs w:val="18"/>
        </w:rPr>
        <w:t>deneyimleri</w:t>
      </w:r>
      <w:proofErr w:type="spellEnd"/>
      <w:r w:rsidRPr="000747C9">
        <w:rPr>
          <w:rFonts w:ascii="Times New Roman" w:hAnsi="Times New Roman" w:cs="Times New Roman"/>
          <w:szCs w:val="18"/>
        </w:rPr>
        <w:t xml:space="preserve"> </w:t>
      </w:r>
      <w:proofErr w:type="spellStart"/>
      <w:r w:rsidRPr="000747C9">
        <w:rPr>
          <w:rFonts w:ascii="Times New Roman" w:hAnsi="Times New Roman" w:cs="Times New Roman"/>
          <w:szCs w:val="18"/>
        </w:rPr>
        <w:t>kurum</w:t>
      </w:r>
      <w:proofErr w:type="spellEnd"/>
      <w:r w:rsidRPr="000747C9">
        <w:rPr>
          <w:rFonts w:ascii="Times New Roman" w:hAnsi="Times New Roman" w:cs="Times New Roman"/>
          <w:szCs w:val="18"/>
        </w:rPr>
        <w:t xml:space="preserve"> </w:t>
      </w:r>
      <w:proofErr w:type="spellStart"/>
      <w:r w:rsidRPr="000747C9">
        <w:rPr>
          <w:rFonts w:ascii="Times New Roman" w:hAnsi="Times New Roman" w:cs="Times New Roman"/>
          <w:szCs w:val="18"/>
        </w:rPr>
        <w:t>içinde</w:t>
      </w:r>
      <w:proofErr w:type="spellEnd"/>
      <w:r w:rsidRPr="000747C9">
        <w:rPr>
          <w:rFonts w:ascii="Times New Roman" w:hAnsi="Times New Roman" w:cs="Times New Roman"/>
          <w:szCs w:val="18"/>
        </w:rPr>
        <w:t xml:space="preserve"> </w:t>
      </w:r>
      <w:proofErr w:type="spellStart"/>
      <w:r w:rsidRPr="000747C9">
        <w:rPr>
          <w:rFonts w:ascii="Times New Roman" w:hAnsi="Times New Roman" w:cs="Times New Roman"/>
          <w:szCs w:val="18"/>
        </w:rPr>
        <w:t>paylaşmayı</w:t>
      </w:r>
      <w:proofErr w:type="spellEnd"/>
      <w:r w:rsidRPr="000747C9">
        <w:rPr>
          <w:rFonts w:ascii="Times New Roman" w:hAnsi="Times New Roman" w:cs="Times New Roman"/>
          <w:szCs w:val="18"/>
        </w:rPr>
        <w:t xml:space="preserve"> </w:t>
      </w:r>
      <w:proofErr w:type="spellStart"/>
      <w:r w:rsidRPr="000747C9">
        <w:rPr>
          <w:rFonts w:ascii="Times New Roman" w:hAnsi="Times New Roman" w:cs="Times New Roman"/>
          <w:szCs w:val="18"/>
        </w:rPr>
        <w:t>ve</w:t>
      </w:r>
      <w:proofErr w:type="spellEnd"/>
      <w:r w:rsidRPr="000747C9">
        <w:rPr>
          <w:rFonts w:ascii="Times New Roman" w:hAnsi="Times New Roman" w:cs="Times New Roman"/>
          <w:szCs w:val="18"/>
        </w:rPr>
        <w:t xml:space="preserve"> </w:t>
      </w:r>
      <w:proofErr w:type="spellStart"/>
      <w:r w:rsidRPr="000747C9">
        <w:rPr>
          <w:rFonts w:ascii="Times New Roman" w:hAnsi="Times New Roman" w:cs="Times New Roman"/>
          <w:szCs w:val="18"/>
        </w:rPr>
        <w:t>uygun</w:t>
      </w:r>
      <w:proofErr w:type="spellEnd"/>
      <w:r w:rsidRPr="000747C9">
        <w:rPr>
          <w:rFonts w:ascii="Times New Roman" w:hAnsi="Times New Roman" w:cs="Times New Roman"/>
          <w:szCs w:val="18"/>
        </w:rPr>
        <w:t xml:space="preserve"> </w:t>
      </w:r>
      <w:proofErr w:type="spellStart"/>
      <w:r w:rsidRPr="000747C9">
        <w:rPr>
          <w:rFonts w:ascii="Times New Roman" w:hAnsi="Times New Roman" w:cs="Times New Roman"/>
          <w:szCs w:val="18"/>
        </w:rPr>
        <w:t>görülen</w:t>
      </w:r>
      <w:proofErr w:type="spellEnd"/>
      <w:r w:rsidRPr="000747C9">
        <w:rPr>
          <w:rFonts w:ascii="Times New Roman" w:hAnsi="Times New Roman" w:cs="Times New Roman"/>
          <w:szCs w:val="18"/>
        </w:rPr>
        <w:t xml:space="preserve"> </w:t>
      </w:r>
      <w:proofErr w:type="spellStart"/>
      <w:r w:rsidRPr="000747C9">
        <w:rPr>
          <w:rFonts w:ascii="Times New Roman" w:hAnsi="Times New Roman" w:cs="Times New Roman"/>
          <w:szCs w:val="18"/>
        </w:rPr>
        <w:t>takip</w:t>
      </w:r>
      <w:proofErr w:type="spellEnd"/>
      <w:r w:rsidRPr="000747C9">
        <w:rPr>
          <w:rFonts w:ascii="Times New Roman" w:hAnsi="Times New Roman" w:cs="Times New Roman"/>
          <w:szCs w:val="18"/>
        </w:rPr>
        <w:t xml:space="preserve"> </w:t>
      </w:r>
      <w:proofErr w:type="spellStart"/>
      <w:r w:rsidRPr="000747C9">
        <w:rPr>
          <w:rFonts w:ascii="Times New Roman" w:hAnsi="Times New Roman" w:cs="Times New Roman"/>
          <w:szCs w:val="18"/>
        </w:rPr>
        <w:t>faaliyetlerine</w:t>
      </w:r>
      <w:proofErr w:type="spellEnd"/>
      <w:r w:rsidRPr="000747C9">
        <w:rPr>
          <w:rFonts w:ascii="Times New Roman" w:hAnsi="Times New Roman" w:cs="Times New Roman"/>
          <w:szCs w:val="18"/>
        </w:rPr>
        <w:t xml:space="preserve"> </w:t>
      </w:r>
      <w:proofErr w:type="spellStart"/>
      <w:r w:rsidRPr="000747C9">
        <w:rPr>
          <w:rFonts w:ascii="Times New Roman" w:hAnsi="Times New Roman" w:cs="Times New Roman"/>
          <w:szCs w:val="18"/>
        </w:rPr>
        <w:t>katkı</w:t>
      </w:r>
      <w:proofErr w:type="spellEnd"/>
      <w:r w:rsidRPr="000747C9">
        <w:rPr>
          <w:rFonts w:ascii="Times New Roman" w:hAnsi="Times New Roman" w:cs="Times New Roman"/>
          <w:szCs w:val="18"/>
        </w:rPr>
        <w:t xml:space="preserve"> </w:t>
      </w:r>
      <w:proofErr w:type="spellStart"/>
      <w:r w:rsidRPr="000747C9">
        <w:rPr>
          <w:rFonts w:ascii="Times New Roman" w:hAnsi="Times New Roman" w:cs="Times New Roman"/>
          <w:szCs w:val="18"/>
        </w:rPr>
        <w:t>sunmayı</w:t>
      </w:r>
      <w:proofErr w:type="spellEnd"/>
      <w:r w:rsidRPr="000747C9">
        <w:rPr>
          <w:rFonts w:ascii="Times New Roman" w:hAnsi="Times New Roman" w:cs="Times New Roman"/>
          <w:szCs w:val="18"/>
        </w:rPr>
        <w:t xml:space="preserve"> </w:t>
      </w:r>
      <w:proofErr w:type="spellStart"/>
      <w:r w:rsidRPr="000747C9">
        <w:rPr>
          <w:rFonts w:ascii="Times New Roman" w:hAnsi="Times New Roman" w:cs="Times New Roman"/>
          <w:szCs w:val="18"/>
        </w:rPr>
        <w:t>kabul</w:t>
      </w:r>
      <w:proofErr w:type="spellEnd"/>
      <w:r w:rsidRPr="000747C9">
        <w:rPr>
          <w:rFonts w:ascii="Times New Roman" w:hAnsi="Times New Roman" w:cs="Times New Roman"/>
          <w:szCs w:val="18"/>
        </w:rPr>
        <w:t xml:space="preserve"> </w:t>
      </w:r>
      <w:proofErr w:type="spellStart"/>
      <w:r w:rsidRPr="000747C9">
        <w:rPr>
          <w:rFonts w:ascii="Times New Roman" w:hAnsi="Times New Roman" w:cs="Times New Roman"/>
          <w:szCs w:val="18"/>
        </w:rPr>
        <w:t>ederim</w:t>
      </w:r>
      <w:proofErr w:type="spellEnd"/>
      <w:r w:rsidRPr="000747C9">
        <w:rPr>
          <w:rFonts w:ascii="Times New Roman" w:hAnsi="Times New Roman" w:cs="Times New Roman"/>
          <w:szCs w:val="18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216"/>
      </w:tblGrid>
      <w:tr w:rsidR="00D01E08" w:rsidRPr="006F7549" w14:paraId="6BEA57EC" w14:textId="77777777" w:rsidTr="00CB2983">
        <w:trPr>
          <w:jc w:val="center"/>
        </w:trPr>
        <w:tc>
          <w:tcPr>
            <w:tcW w:w="5102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5A49130" w14:textId="77777777" w:rsidR="00D01E08" w:rsidRPr="000747C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0747C9">
              <w:rPr>
                <w:rFonts w:ascii="Times New Roman" w:hAnsi="Times New Roman" w:cs="Times New Roman"/>
                <w:b/>
                <w:szCs w:val="18"/>
              </w:rPr>
              <w:t>Katılımcı</w:t>
            </w:r>
            <w:proofErr w:type="spellEnd"/>
          </w:p>
        </w:tc>
        <w:tc>
          <w:tcPr>
            <w:tcW w:w="5216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562D74B" w14:textId="77777777" w:rsidR="00D01E08" w:rsidRPr="000747C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0747C9">
              <w:rPr>
                <w:rFonts w:ascii="Times New Roman" w:hAnsi="Times New Roman" w:cs="Times New Roman"/>
                <w:b/>
                <w:szCs w:val="18"/>
              </w:rPr>
              <w:t>Erasmus Koordinatörlüğü Değerlendirmesi</w:t>
            </w:r>
          </w:p>
        </w:tc>
      </w:tr>
      <w:tr w:rsidR="00D01E08" w:rsidRPr="006F7549" w14:paraId="3A907C4C" w14:textId="77777777" w:rsidTr="00662A34">
        <w:trPr>
          <w:trHeight w:val="846"/>
          <w:jc w:val="center"/>
        </w:trPr>
        <w:tc>
          <w:tcPr>
            <w:tcW w:w="5102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83BE65B" w14:textId="77777777" w:rsidR="00D01E08" w:rsidRPr="006F754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F7549">
              <w:rPr>
                <w:rFonts w:ascii="Times New Roman" w:hAnsi="Times New Roman" w:cs="Times New Roman"/>
                <w:sz w:val="16"/>
              </w:rPr>
              <w:t>Ad</w:t>
            </w:r>
            <w:proofErr w:type="spellEnd"/>
            <w:r w:rsidRPr="006F7549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6F7549">
              <w:rPr>
                <w:rFonts w:ascii="Times New Roman" w:hAnsi="Times New Roman" w:cs="Times New Roman"/>
                <w:sz w:val="16"/>
              </w:rPr>
              <w:t>Soyad</w:t>
            </w:r>
            <w:proofErr w:type="spellEnd"/>
            <w:r w:rsidRPr="006F7549">
              <w:rPr>
                <w:rFonts w:ascii="Times New Roman" w:hAnsi="Times New Roman" w:cs="Times New Roman"/>
                <w:sz w:val="16"/>
              </w:rPr>
              <w:t>: ……………………………………………</w:t>
            </w:r>
            <w:r w:rsidRPr="006F7549">
              <w:rPr>
                <w:rFonts w:ascii="Times New Roman" w:hAnsi="Times New Roman" w:cs="Times New Roman"/>
                <w:sz w:val="16"/>
              </w:rPr>
              <w:br/>
              <w:t>Tarih: …… / …… / 20……</w:t>
            </w:r>
            <w:r w:rsidRPr="006F7549">
              <w:rPr>
                <w:rFonts w:ascii="Times New Roman" w:hAnsi="Times New Roman" w:cs="Times New Roman"/>
                <w:sz w:val="16"/>
              </w:rPr>
              <w:br/>
              <w:t>İmza:</w:t>
            </w:r>
          </w:p>
        </w:tc>
        <w:tc>
          <w:tcPr>
            <w:tcW w:w="5216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D010102" w14:textId="77777777" w:rsidR="00D01E08" w:rsidRPr="006F754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7549">
              <w:rPr>
                <w:rFonts w:ascii="Segoe UI Symbol" w:hAnsi="Segoe UI Symbol" w:cs="Segoe UI Symbol"/>
                <w:sz w:val="16"/>
              </w:rPr>
              <w:t>☐</w:t>
            </w:r>
            <w:r w:rsidRPr="006F7549">
              <w:rPr>
                <w:rFonts w:ascii="Times New Roman" w:hAnsi="Times New Roman" w:cs="Times New Roman"/>
                <w:sz w:val="16"/>
              </w:rPr>
              <w:t xml:space="preserve"> Uygun   </w:t>
            </w:r>
            <w:r w:rsidRPr="006F7549">
              <w:rPr>
                <w:rFonts w:ascii="Segoe UI Symbol" w:hAnsi="Segoe UI Symbol" w:cs="Segoe UI Symbol"/>
                <w:sz w:val="16"/>
              </w:rPr>
              <w:t>☐</w:t>
            </w:r>
            <w:r w:rsidRPr="006F7549">
              <w:rPr>
                <w:rFonts w:ascii="Times New Roman" w:hAnsi="Times New Roman" w:cs="Times New Roman"/>
                <w:sz w:val="16"/>
              </w:rPr>
              <w:t xml:space="preserve"> Revizyon gerekli</w:t>
            </w:r>
            <w:r w:rsidRPr="006F7549">
              <w:rPr>
                <w:rFonts w:ascii="Times New Roman" w:hAnsi="Times New Roman" w:cs="Times New Roman"/>
                <w:sz w:val="16"/>
              </w:rPr>
              <w:br/>
              <w:t>Açıklama: ……………………………………………</w:t>
            </w:r>
            <w:r w:rsidRPr="006F7549">
              <w:rPr>
                <w:rFonts w:ascii="Times New Roman" w:hAnsi="Times New Roman" w:cs="Times New Roman"/>
                <w:sz w:val="16"/>
              </w:rPr>
              <w:br/>
              <w:t>Tarih / İmza: ………………………………………</w:t>
            </w:r>
          </w:p>
        </w:tc>
      </w:tr>
    </w:tbl>
    <w:p w14:paraId="53FD4FE4" w14:textId="77777777" w:rsidR="004D1EFA" w:rsidRPr="006F7549" w:rsidRDefault="004D1EFA">
      <w:pPr>
        <w:rPr>
          <w:rFonts w:ascii="Times New Roman" w:hAnsi="Times New Roman" w:cs="Times New Roman"/>
        </w:rPr>
      </w:pPr>
    </w:p>
    <w:sectPr w:rsidR="004D1EFA" w:rsidRPr="006F7549" w:rsidSect="009F01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09" w:bottom="567" w:left="709" w:header="39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4165F" w14:textId="77777777" w:rsidR="00277588" w:rsidRDefault="00277588">
      <w:pPr>
        <w:spacing w:after="0" w:line="240" w:lineRule="auto"/>
      </w:pPr>
      <w:r>
        <w:separator/>
      </w:r>
    </w:p>
  </w:endnote>
  <w:endnote w:type="continuationSeparator" w:id="0">
    <w:p w14:paraId="7F974AEF" w14:textId="77777777" w:rsidR="00277588" w:rsidRDefault="0027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BB220" w14:textId="77777777" w:rsidR="0074451F" w:rsidRDefault="0074451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9C811" w14:textId="77777777" w:rsidR="00662A34" w:rsidRDefault="00662A34" w:rsidP="00662A34">
    <w:pPr>
      <w:pStyle w:val="AltBilgi"/>
      <w:jc w:val="center"/>
      <w:rPr>
        <w:sz w:val="16"/>
        <w:szCs w:val="16"/>
      </w:rPr>
    </w:pPr>
  </w:p>
  <w:p w14:paraId="71BCEDF1" w14:textId="77777777" w:rsidR="00662A34" w:rsidRPr="0027145F" w:rsidRDefault="00662A34" w:rsidP="00662A34">
    <w:pPr>
      <w:pStyle w:val="AltBilgi"/>
      <w:jc w:val="center"/>
      <w:rPr>
        <w:rFonts w:ascii="Times New Roman" w:hAnsi="Times New Roman" w:cs="Times New Roman"/>
        <w:szCs w:val="18"/>
      </w:rPr>
    </w:pPr>
    <w:r w:rsidRPr="0027145F">
      <w:rPr>
        <w:rFonts w:ascii="Times New Roman" w:hAnsi="Times New Roman" w:cs="Times New Roman"/>
        <w:szCs w:val="18"/>
      </w:rPr>
      <w:t xml:space="preserve">Şehit Gönenç Caddesi Maltepe Mah.No:5 Çankaya Ankara  </w:t>
    </w:r>
  </w:p>
  <w:p w14:paraId="78013879" w14:textId="77777777" w:rsidR="00662A34" w:rsidRPr="0027145F" w:rsidRDefault="00662A34" w:rsidP="00662A34">
    <w:pPr>
      <w:pStyle w:val="AltBilgi"/>
      <w:jc w:val="center"/>
      <w:rPr>
        <w:rFonts w:ascii="Times New Roman" w:hAnsi="Times New Roman" w:cs="Times New Roman"/>
        <w:szCs w:val="18"/>
      </w:rPr>
    </w:pPr>
    <w:r w:rsidRPr="0027145F">
      <w:rPr>
        <w:rFonts w:ascii="Times New Roman" w:hAnsi="Times New Roman" w:cs="Times New Roman"/>
        <w:szCs w:val="18"/>
      </w:rPr>
      <w:t xml:space="preserve"> </w:t>
    </w:r>
    <w:proofErr w:type="spellStart"/>
    <w:r w:rsidRPr="0027145F">
      <w:rPr>
        <w:rFonts w:ascii="Times New Roman" w:hAnsi="Times New Roman" w:cs="Times New Roman"/>
        <w:szCs w:val="18"/>
      </w:rPr>
      <w:t>İletişim</w:t>
    </w:r>
    <w:proofErr w:type="spellEnd"/>
    <w:r w:rsidRPr="0027145F">
      <w:rPr>
        <w:rFonts w:ascii="Times New Roman" w:hAnsi="Times New Roman" w:cs="Times New Roman"/>
        <w:szCs w:val="18"/>
      </w:rPr>
      <w:t xml:space="preserve"> :444 22 28 </w:t>
    </w:r>
    <w:hyperlink r:id="rId1" w:history="1">
      <w:r w:rsidRPr="0027145F">
        <w:rPr>
          <w:rStyle w:val="Kpr"/>
          <w:rFonts w:ascii="Times New Roman" w:hAnsi="Times New Roman" w:cs="Times New Roman"/>
          <w:color w:val="auto"/>
          <w:szCs w:val="18"/>
        </w:rPr>
        <w:t>www.ankarabilim.edu.tr</w:t>
      </w:r>
    </w:hyperlink>
  </w:p>
  <w:p w14:paraId="7E341BF2" w14:textId="730AF3D9" w:rsidR="00D01E08" w:rsidRPr="00662A34" w:rsidRDefault="00D01E08" w:rsidP="00662A3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DCC" w14:textId="77777777" w:rsidR="0074451F" w:rsidRDefault="0074451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56CFA" w14:textId="77777777" w:rsidR="00277588" w:rsidRDefault="00277588">
      <w:pPr>
        <w:spacing w:after="0" w:line="240" w:lineRule="auto"/>
      </w:pPr>
      <w:r>
        <w:separator/>
      </w:r>
    </w:p>
  </w:footnote>
  <w:footnote w:type="continuationSeparator" w:id="0">
    <w:p w14:paraId="7FB29D84" w14:textId="77777777" w:rsidR="00277588" w:rsidRDefault="00277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D68C8" w14:textId="77777777" w:rsidR="0074451F" w:rsidRDefault="0074451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92C8E" w14:textId="4CE08570" w:rsidR="006F7549" w:rsidRDefault="006F7549" w:rsidP="0074451F">
    <w:pPr>
      <w:pStyle w:val="stBilgi"/>
      <w:tabs>
        <w:tab w:val="clear" w:pos="4680"/>
        <w:tab w:val="clear" w:pos="9360"/>
        <w:tab w:val="left" w:pos="147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723C76E7" wp14:editId="217CD412">
          <wp:simplePos x="0" y="0"/>
          <wp:positionH relativeFrom="column">
            <wp:posOffset>-240665</wp:posOffset>
          </wp:positionH>
          <wp:positionV relativeFrom="paragraph">
            <wp:posOffset>-109220</wp:posOffset>
          </wp:positionV>
          <wp:extent cx="1323975" cy="255905"/>
          <wp:effectExtent l="0" t="0" r="9525" b="0"/>
          <wp:wrapTight wrapText="bothSides">
            <wp:wrapPolygon edited="0">
              <wp:start x="0" y="0"/>
              <wp:lineTo x="0" y="19295"/>
              <wp:lineTo x="21445" y="19295"/>
              <wp:lineTo x="21445" y="0"/>
              <wp:lineTo x="0" y="0"/>
            </wp:wrapPolygon>
          </wp:wrapTight>
          <wp:docPr id="805312641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255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662A34">
      <w:t xml:space="preserve">       </w:t>
    </w:r>
    <w:r w:rsidR="0074451F">
      <w:tab/>
    </w:r>
  </w:p>
  <w:p w14:paraId="4280E06A" w14:textId="74151F92" w:rsidR="00662A34" w:rsidRDefault="00662A34">
    <w:pPr>
      <w:pStyle w:val="stBilgi"/>
    </w:pPr>
    <w:r>
      <w:t xml:space="preserve">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DEAC" w14:textId="77777777" w:rsidR="0074451F" w:rsidRDefault="0074451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83547622">
    <w:abstractNumId w:val="8"/>
  </w:num>
  <w:num w:numId="2" w16cid:durableId="669454664">
    <w:abstractNumId w:val="6"/>
  </w:num>
  <w:num w:numId="3" w16cid:durableId="598030714">
    <w:abstractNumId w:val="5"/>
  </w:num>
  <w:num w:numId="4" w16cid:durableId="1331180728">
    <w:abstractNumId w:val="4"/>
  </w:num>
  <w:num w:numId="5" w16cid:durableId="437063201">
    <w:abstractNumId w:val="7"/>
  </w:num>
  <w:num w:numId="6" w16cid:durableId="285812385">
    <w:abstractNumId w:val="3"/>
  </w:num>
  <w:num w:numId="7" w16cid:durableId="313610375">
    <w:abstractNumId w:val="2"/>
  </w:num>
  <w:num w:numId="8" w16cid:durableId="1002708658">
    <w:abstractNumId w:val="1"/>
  </w:num>
  <w:num w:numId="9" w16cid:durableId="930893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47C9"/>
    <w:rsid w:val="0015074B"/>
    <w:rsid w:val="00190DED"/>
    <w:rsid w:val="00200146"/>
    <w:rsid w:val="0027145F"/>
    <w:rsid w:val="00277409"/>
    <w:rsid w:val="00277588"/>
    <w:rsid w:val="00286CC5"/>
    <w:rsid w:val="0029639D"/>
    <w:rsid w:val="00326F90"/>
    <w:rsid w:val="003940AB"/>
    <w:rsid w:val="0046609D"/>
    <w:rsid w:val="004D1EFA"/>
    <w:rsid w:val="004E5A4E"/>
    <w:rsid w:val="00551510"/>
    <w:rsid w:val="00597650"/>
    <w:rsid w:val="005E0C64"/>
    <w:rsid w:val="006332A8"/>
    <w:rsid w:val="00662A34"/>
    <w:rsid w:val="006F7549"/>
    <w:rsid w:val="0074451F"/>
    <w:rsid w:val="0077336F"/>
    <w:rsid w:val="00884037"/>
    <w:rsid w:val="009F0142"/>
    <w:rsid w:val="00A87CD7"/>
    <w:rsid w:val="00AA1D8D"/>
    <w:rsid w:val="00B237D4"/>
    <w:rsid w:val="00B24C92"/>
    <w:rsid w:val="00B47730"/>
    <w:rsid w:val="00CB0664"/>
    <w:rsid w:val="00CB1B30"/>
    <w:rsid w:val="00CB2983"/>
    <w:rsid w:val="00D01E08"/>
    <w:rsid w:val="00E92A00"/>
    <w:rsid w:val="00F200AB"/>
    <w:rsid w:val="00FC35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FE9C03"/>
  <w14:defaultImageDpi w14:val="300"/>
  <w15:docId w15:val="{A6345908-2A76-470A-B48B-B6593F0CC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Title"/>
    <w:rPr>
      <w:rFonts w:ascii="Arial" w:hAnsi="Arial"/>
      <w:b/>
      <w:color w:val="173B5E"/>
      <w:sz w:val="30"/>
    </w:rPr>
  </w:style>
  <w:style w:type="paragraph" w:customStyle="1" w:styleId="DocSubTitle">
    <w:name w:val="DocSubTitle"/>
    <w:rPr>
      <w:rFonts w:ascii="Arial" w:hAnsi="Arial"/>
      <w:color w:val="5D6770"/>
      <w:sz w:val="19"/>
    </w:rPr>
  </w:style>
  <w:style w:type="paragraph" w:customStyle="1" w:styleId="SectionHeading">
    <w:name w:val="SectionHeading"/>
    <w:rPr>
      <w:rFonts w:ascii="Arial" w:hAnsi="Arial"/>
      <w:b/>
      <w:color w:val="FFFFFF"/>
      <w:sz w:val="20"/>
    </w:rPr>
  </w:style>
  <w:style w:type="paragraph" w:customStyle="1" w:styleId="SmallText">
    <w:name w:val="SmallText"/>
    <w:rPr>
      <w:rFonts w:ascii="Arial" w:hAnsi="Arial"/>
      <w:color w:val="5D6770"/>
      <w:sz w:val="15"/>
    </w:rPr>
  </w:style>
  <w:style w:type="character" w:styleId="Kpr">
    <w:name w:val="Hyperlink"/>
    <w:basedOn w:val="VarsaylanParagrafYazTipi"/>
    <w:uiPriority w:val="99"/>
    <w:unhideWhenUsed/>
    <w:rsid w:val="00662A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karabilim.edu.t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Esra Aktaş</cp:lastModifiedBy>
  <cp:revision>22</cp:revision>
  <cp:lastPrinted>2026-08-12T11:13:00Z</cp:lastPrinted>
  <dcterms:created xsi:type="dcterms:W3CDTF">2026-07-17T12:36:00Z</dcterms:created>
  <dcterms:modified xsi:type="dcterms:W3CDTF">2026-08-12T11:16:00Z</dcterms:modified>
  <cp:category/>
</cp:coreProperties>
</file>