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8"/>
      </w:tblGrid>
      <w:tr w:rsidR="00AD0F00" w:rsidRPr="00CB7576" w14:paraId="60D27A17" w14:textId="77777777">
        <w:trPr>
          <w:jc w:val="center"/>
        </w:trPr>
        <w:tc>
          <w:tcPr>
            <w:tcW w:w="964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DAA7F" w14:textId="7C9749CD" w:rsidR="00AD0F00" w:rsidRPr="00CB7576" w:rsidRDefault="00AD0F00">
            <w:pPr>
              <w:spacing w:after="0"/>
              <w:jc w:val="center"/>
              <w:rPr>
                <w:color w:val="000000" w:themeColor="text1"/>
              </w:rPr>
            </w:pPr>
          </w:p>
        </w:tc>
      </w:tr>
    </w:tbl>
    <w:p w14:paraId="71E08959" w14:textId="437D35CE" w:rsidR="00237C4B" w:rsidRPr="00CB7576" w:rsidRDefault="0018230B">
      <w:pPr>
        <w:spacing w:before="760" w:after="0" w:line="228" w:lineRule="auto"/>
        <w:jc w:val="center"/>
        <w:rPr>
          <w:rFonts w:eastAsia="Times New Roman"/>
          <w:b/>
          <w:color w:val="000000" w:themeColor="text1"/>
          <w:sz w:val="55"/>
        </w:rPr>
      </w:pPr>
      <w:r>
        <w:rPr>
          <w:noProof/>
        </w:rPr>
        <w:drawing>
          <wp:inline distT="0" distB="0" distL="0" distR="0" wp14:anchorId="3586049E" wp14:editId="716BE0A3">
            <wp:extent cx="2148840" cy="309245"/>
            <wp:effectExtent l="0" t="0" r="3810" b="0"/>
            <wp:docPr id="1" name="Picture 1" descr="Ankara Science University logo" title="Ankara Science Univers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nkara Science University logo" title="Ankara Science University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48840" cy="30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A2A7CA" w14:textId="52F73CB3" w:rsidR="00AD0F00" w:rsidRPr="00CB7576" w:rsidRDefault="00000000">
      <w:pPr>
        <w:spacing w:before="760" w:after="0" w:line="228" w:lineRule="auto"/>
        <w:jc w:val="center"/>
        <w:rPr>
          <w:rFonts w:eastAsia="Times New Roman"/>
          <w:b/>
          <w:color w:val="000000" w:themeColor="text1"/>
          <w:sz w:val="55"/>
        </w:rPr>
      </w:pPr>
      <w:r w:rsidRPr="00CB7576">
        <w:rPr>
          <w:rFonts w:eastAsia="Times New Roman"/>
          <w:b/>
          <w:color w:val="000000" w:themeColor="text1"/>
          <w:sz w:val="55"/>
        </w:rPr>
        <w:t>CERTIFICATE OF ATTENDANCE</w:t>
      </w:r>
    </w:p>
    <w:p w14:paraId="6A6454E4" w14:textId="77777777" w:rsidR="00237C4B" w:rsidRPr="00CB7576" w:rsidRDefault="00237C4B">
      <w:pPr>
        <w:spacing w:before="760" w:after="0" w:line="228" w:lineRule="auto"/>
        <w:jc w:val="center"/>
        <w:rPr>
          <w:color w:val="000000" w:themeColor="text1"/>
        </w:rPr>
      </w:pPr>
    </w:p>
    <w:p w14:paraId="4C0BA548" w14:textId="77777777" w:rsidR="00AD0F00" w:rsidRPr="00CB7576" w:rsidRDefault="00000000">
      <w:pPr>
        <w:spacing w:after="160" w:line="240" w:lineRule="auto"/>
        <w:jc w:val="center"/>
        <w:rPr>
          <w:color w:val="000000" w:themeColor="text1"/>
        </w:rPr>
      </w:pPr>
      <w:r w:rsidRPr="00CB7576">
        <w:rPr>
          <w:rFonts w:eastAsia="Times New Roman"/>
          <w:color w:val="000000" w:themeColor="text1"/>
          <w:sz w:val="33"/>
        </w:rPr>
        <w:t>STAFF MOBILITY FOR TEACHING</w:t>
      </w:r>
    </w:p>
    <w:p w14:paraId="75D09E22" w14:textId="77777777" w:rsidR="00AD0F00" w:rsidRPr="00CB7576" w:rsidRDefault="00000000">
      <w:pPr>
        <w:spacing w:before="220" w:after="120" w:line="240" w:lineRule="auto"/>
        <w:jc w:val="center"/>
        <w:rPr>
          <w:color w:val="000000" w:themeColor="text1"/>
        </w:rPr>
      </w:pPr>
      <w:r w:rsidRPr="00CB7576">
        <w:rPr>
          <w:rFonts w:eastAsia="Times New Roman"/>
          <w:color w:val="000000" w:themeColor="text1"/>
          <w:sz w:val="26"/>
        </w:rPr>
        <w:t>This is hereby certified that</w:t>
      </w:r>
    </w:p>
    <w:p w14:paraId="5F4F7C87" w14:textId="6CA7379A" w:rsidR="00AD0F00" w:rsidRPr="00CB7576" w:rsidRDefault="00237C4B">
      <w:pPr>
        <w:spacing w:after="120" w:line="240" w:lineRule="auto"/>
        <w:jc w:val="center"/>
        <w:rPr>
          <w:color w:val="000000" w:themeColor="text1"/>
        </w:rPr>
      </w:pPr>
      <w:r w:rsidRPr="00CB7576">
        <w:rPr>
          <w:rFonts w:ascii="Z003" w:eastAsia="Z003" w:hAnsi="Z003"/>
          <w:i/>
          <w:color w:val="000000" w:themeColor="text1"/>
          <w:sz w:val="58"/>
        </w:rPr>
        <w:t>…………..</w:t>
      </w:r>
    </w:p>
    <w:p w14:paraId="076942C1" w14:textId="77777777" w:rsidR="00AD0F00" w:rsidRPr="00CB7576" w:rsidRDefault="00000000">
      <w:pPr>
        <w:spacing w:after="40" w:line="240" w:lineRule="auto"/>
        <w:jc w:val="center"/>
        <w:rPr>
          <w:color w:val="000000" w:themeColor="text1"/>
        </w:rPr>
      </w:pPr>
      <w:r w:rsidRPr="00CB7576">
        <w:rPr>
          <w:rFonts w:eastAsia="Times New Roman"/>
          <w:color w:val="000000" w:themeColor="text1"/>
          <w:sz w:val="24"/>
        </w:rPr>
        <w:t xml:space="preserve">a staff member of </w:t>
      </w:r>
      <w:r w:rsidRPr="00CB7576">
        <w:rPr>
          <w:rFonts w:eastAsia="Times New Roman"/>
          <w:b/>
          <w:color w:val="000000" w:themeColor="text1"/>
          <w:sz w:val="24"/>
        </w:rPr>
        <w:t>Ankara Science University, Türkiye,</w:t>
      </w:r>
    </w:p>
    <w:p w14:paraId="6C329551" w14:textId="77777777" w:rsidR="00AD0F00" w:rsidRPr="00CB7576" w:rsidRDefault="00000000">
      <w:pPr>
        <w:spacing w:after="40" w:line="240" w:lineRule="auto"/>
        <w:jc w:val="center"/>
        <w:rPr>
          <w:color w:val="000000" w:themeColor="text1"/>
        </w:rPr>
      </w:pPr>
      <w:r w:rsidRPr="00CB7576">
        <w:rPr>
          <w:rFonts w:eastAsia="Times New Roman"/>
          <w:color w:val="000000" w:themeColor="text1"/>
          <w:sz w:val="24"/>
        </w:rPr>
        <w:t>successfully completed an Erasmus+ Staff Mobility for Teaching activity</w:t>
      </w:r>
    </w:p>
    <w:p w14:paraId="6B972EE6" w14:textId="77777777" w:rsidR="00AD0F00" w:rsidRPr="00CB7576" w:rsidRDefault="00000000">
      <w:pPr>
        <w:spacing w:after="40" w:line="240" w:lineRule="auto"/>
        <w:jc w:val="center"/>
        <w:rPr>
          <w:color w:val="000000" w:themeColor="text1"/>
        </w:rPr>
      </w:pPr>
      <w:r w:rsidRPr="00CB7576">
        <w:rPr>
          <w:rFonts w:eastAsia="Times New Roman"/>
          <w:color w:val="000000" w:themeColor="text1"/>
          <w:sz w:val="24"/>
        </w:rPr>
        <w:t xml:space="preserve">at </w:t>
      </w:r>
      <w:r w:rsidRPr="00CB7576">
        <w:rPr>
          <w:rFonts w:eastAsia="Times New Roman"/>
          <w:b/>
          <w:color w:val="000000" w:themeColor="text1"/>
          <w:sz w:val="24"/>
        </w:rPr>
        <w:t>[RECEIVING INSTITUTION]</w:t>
      </w:r>
    </w:p>
    <w:p w14:paraId="21EF0BBE" w14:textId="77777777" w:rsidR="00AD0F00" w:rsidRPr="00CB7576" w:rsidRDefault="00000000">
      <w:pPr>
        <w:spacing w:after="40" w:line="240" w:lineRule="auto"/>
        <w:jc w:val="center"/>
        <w:rPr>
          <w:color w:val="000000" w:themeColor="text1"/>
        </w:rPr>
      </w:pPr>
      <w:r w:rsidRPr="00CB7576">
        <w:rPr>
          <w:rFonts w:eastAsia="Times New Roman"/>
          <w:color w:val="000000" w:themeColor="text1"/>
          <w:sz w:val="24"/>
        </w:rPr>
        <w:t xml:space="preserve">in </w:t>
      </w:r>
      <w:r w:rsidRPr="00CB7576">
        <w:rPr>
          <w:rFonts w:eastAsia="Times New Roman"/>
          <w:b/>
          <w:color w:val="000000" w:themeColor="text1"/>
          <w:sz w:val="24"/>
        </w:rPr>
        <w:t>[CITY, COUNTRY]</w:t>
      </w:r>
    </w:p>
    <w:p w14:paraId="6AA237EF" w14:textId="77777777" w:rsidR="00AD0F00" w:rsidRPr="00CB7576" w:rsidRDefault="00000000">
      <w:pPr>
        <w:spacing w:after="40" w:line="240" w:lineRule="auto"/>
        <w:jc w:val="center"/>
        <w:rPr>
          <w:color w:val="000000" w:themeColor="text1"/>
        </w:rPr>
      </w:pPr>
      <w:r w:rsidRPr="00CB7576">
        <w:rPr>
          <w:rFonts w:eastAsia="Times New Roman"/>
          <w:color w:val="000000" w:themeColor="text1"/>
          <w:sz w:val="24"/>
        </w:rPr>
        <w:t>within the framework of the Erasmus+ Programme</w:t>
      </w:r>
    </w:p>
    <w:p w14:paraId="6C48C9B4" w14:textId="77777777" w:rsidR="00AD0F00" w:rsidRPr="00CB7576" w:rsidRDefault="00000000">
      <w:pPr>
        <w:spacing w:after="140" w:line="240" w:lineRule="auto"/>
        <w:jc w:val="center"/>
        <w:rPr>
          <w:color w:val="000000" w:themeColor="text1"/>
        </w:rPr>
      </w:pPr>
      <w:r w:rsidRPr="00CB7576">
        <w:rPr>
          <w:rFonts w:eastAsia="Times New Roman"/>
          <w:color w:val="000000" w:themeColor="text1"/>
          <w:sz w:val="24"/>
        </w:rPr>
        <w:t xml:space="preserve">from </w:t>
      </w:r>
      <w:r w:rsidRPr="00CB7576">
        <w:rPr>
          <w:rFonts w:eastAsia="Times New Roman"/>
          <w:b/>
          <w:color w:val="000000" w:themeColor="text1"/>
          <w:sz w:val="24"/>
        </w:rPr>
        <w:t>[START DATE]</w:t>
      </w:r>
      <w:r w:rsidRPr="00CB7576">
        <w:rPr>
          <w:rFonts w:eastAsia="Times New Roman"/>
          <w:color w:val="000000" w:themeColor="text1"/>
          <w:sz w:val="24"/>
        </w:rPr>
        <w:t xml:space="preserve"> to </w:t>
      </w:r>
      <w:r w:rsidRPr="00CB7576">
        <w:rPr>
          <w:rFonts w:eastAsia="Times New Roman"/>
          <w:b/>
          <w:color w:val="000000" w:themeColor="text1"/>
          <w:sz w:val="24"/>
        </w:rPr>
        <w:t>[END DATE]</w:t>
      </w:r>
      <w:r w:rsidRPr="00CB7576">
        <w:rPr>
          <w:rFonts w:eastAsia="Times New Roman"/>
          <w:color w:val="000000" w:themeColor="text1"/>
          <w:sz w:val="24"/>
        </w:rPr>
        <w:t>.</w:t>
      </w:r>
    </w:p>
    <w:p w14:paraId="3F6EDE39" w14:textId="77777777" w:rsidR="00AD0F00" w:rsidRPr="00CB7576" w:rsidRDefault="00000000">
      <w:pPr>
        <w:spacing w:before="40" w:after="80" w:line="259" w:lineRule="auto"/>
        <w:jc w:val="center"/>
        <w:rPr>
          <w:color w:val="000000" w:themeColor="text1"/>
        </w:rPr>
      </w:pPr>
      <w:r w:rsidRPr="00CB7576">
        <w:rPr>
          <w:rFonts w:eastAsia="Times New Roman"/>
          <w:color w:val="000000" w:themeColor="text1"/>
          <w:sz w:val="23"/>
        </w:rPr>
        <w:t xml:space="preserve">The mobility included a total of </w:t>
      </w:r>
      <w:r w:rsidRPr="00CB7576">
        <w:rPr>
          <w:rFonts w:eastAsia="Times New Roman"/>
          <w:b/>
          <w:color w:val="000000" w:themeColor="text1"/>
          <w:sz w:val="23"/>
        </w:rPr>
        <w:t>[NUMBER OF HOURS]</w:t>
      </w:r>
      <w:r w:rsidRPr="00CB7576">
        <w:rPr>
          <w:rFonts w:eastAsia="Times New Roman"/>
          <w:color w:val="000000" w:themeColor="text1"/>
          <w:sz w:val="23"/>
        </w:rPr>
        <w:t xml:space="preserve"> hours of teaching in the field of </w:t>
      </w:r>
      <w:r w:rsidRPr="00CB7576">
        <w:rPr>
          <w:rFonts w:eastAsia="Times New Roman"/>
          <w:b/>
          <w:color w:val="000000" w:themeColor="text1"/>
          <w:sz w:val="23"/>
        </w:rPr>
        <w:t>[FIELD / SUBJECT]</w:t>
      </w:r>
      <w:r w:rsidRPr="00CB7576">
        <w:rPr>
          <w:rFonts w:eastAsia="Times New Roman"/>
          <w:color w:val="000000" w:themeColor="text1"/>
          <w:sz w:val="23"/>
        </w:rPr>
        <w:t>.</w:t>
      </w:r>
    </w:p>
    <w:p w14:paraId="1B5A33CF" w14:textId="2331326F" w:rsidR="006852F5" w:rsidRPr="00CB7576" w:rsidRDefault="00000000" w:rsidP="006852F5">
      <w:pPr>
        <w:spacing w:before="80" w:line="252" w:lineRule="auto"/>
        <w:jc w:val="center"/>
        <w:rPr>
          <w:color w:val="000000" w:themeColor="text1"/>
        </w:rPr>
      </w:pPr>
      <w:r w:rsidRPr="00CB7576">
        <w:rPr>
          <w:rFonts w:eastAsia="Times New Roman"/>
          <w:i/>
          <w:color w:val="000000" w:themeColor="text1"/>
          <w:sz w:val="21"/>
        </w:rPr>
        <w:t xml:space="preserve">We hereby acknowledge the participant’s academic contribution and valuable support to international academic </w:t>
      </w:r>
      <w:r w:rsidR="00A234E1" w:rsidRPr="00CB7576">
        <w:rPr>
          <w:rFonts w:eastAsia="Times New Roman"/>
          <w:i/>
          <w:color w:val="000000" w:themeColor="text1"/>
          <w:sz w:val="21"/>
        </w:rPr>
        <w:t>cooperation and</w:t>
      </w:r>
      <w:r w:rsidRPr="00CB7576">
        <w:rPr>
          <w:rFonts w:eastAsia="Times New Roman"/>
          <w:i/>
          <w:color w:val="000000" w:themeColor="text1"/>
          <w:sz w:val="21"/>
        </w:rPr>
        <w:t xml:space="preserve"> extend our best wishes for continued success in future academic and professional endeavours.</w:t>
      </w:r>
    </w:p>
    <w:p w14:paraId="195838EA" w14:textId="77777777" w:rsidR="006852F5" w:rsidRPr="00CB7576" w:rsidRDefault="006852F5" w:rsidP="006852F5">
      <w:pPr>
        <w:spacing w:before="80" w:line="252" w:lineRule="auto"/>
        <w:jc w:val="center"/>
        <w:rPr>
          <w:color w:val="000000" w:themeColor="text1"/>
        </w:rPr>
      </w:pPr>
    </w:p>
    <w:p w14:paraId="1B1B4C0E" w14:textId="77777777" w:rsidR="006852F5" w:rsidRPr="00CB7576" w:rsidRDefault="006852F5" w:rsidP="006852F5">
      <w:pPr>
        <w:spacing w:before="80" w:line="252" w:lineRule="auto"/>
        <w:jc w:val="center"/>
        <w:rPr>
          <w:color w:val="000000" w:themeColor="text1"/>
        </w:rPr>
      </w:pPr>
    </w:p>
    <w:p w14:paraId="6A88D952" w14:textId="6133CBB8" w:rsidR="00AD0F00" w:rsidRPr="00CB7576" w:rsidRDefault="00000000" w:rsidP="006852F5">
      <w:pPr>
        <w:spacing w:before="80" w:line="252" w:lineRule="auto"/>
        <w:jc w:val="center"/>
        <w:rPr>
          <w:color w:val="000000" w:themeColor="text1"/>
        </w:rPr>
      </w:pPr>
      <w:r w:rsidRPr="00CB7576">
        <w:rPr>
          <w:color w:val="000000" w:themeColor="text1"/>
        </w:rPr>
        <w:t xml:space="preserve"> </w:t>
      </w:r>
    </w:p>
    <w:p w14:paraId="1F0606DE" w14:textId="77777777" w:rsidR="00AD0F00" w:rsidRPr="00CB7576" w:rsidRDefault="00000000">
      <w:pPr>
        <w:spacing w:after="100" w:line="240" w:lineRule="auto"/>
        <w:jc w:val="center"/>
        <w:rPr>
          <w:color w:val="000000" w:themeColor="text1"/>
        </w:rPr>
      </w:pPr>
      <w:r w:rsidRPr="00CB7576">
        <w:rPr>
          <w:rFonts w:ascii="Arial" w:eastAsia="Arial" w:hAnsi="Arial"/>
          <w:b/>
          <w:color w:val="000000" w:themeColor="text1"/>
          <w:sz w:val="19"/>
        </w:rPr>
        <w:t>CERTIFIED BY THE RECEIVING INSTITUTION</w:t>
      </w:r>
    </w:p>
    <w:p w14:paraId="45423197" w14:textId="1BCF3682" w:rsidR="00AD0F00" w:rsidRPr="00CB7576" w:rsidRDefault="00000000">
      <w:pPr>
        <w:spacing w:after="20" w:line="240" w:lineRule="auto"/>
        <w:jc w:val="center"/>
        <w:rPr>
          <w:color w:val="000000" w:themeColor="text1"/>
        </w:rPr>
      </w:pPr>
      <w:r w:rsidRPr="00CB7576">
        <w:rPr>
          <w:rFonts w:ascii="Arial" w:eastAsia="Arial" w:hAnsi="Arial"/>
          <w:b/>
          <w:color w:val="000000" w:themeColor="text1"/>
          <w:sz w:val="17"/>
        </w:rPr>
        <w:t xml:space="preserve">Name and Surname:  </w:t>
      </w:r>
    </w:p>
    <w:p w14:paraId="17753783" w14:textId="776AE760" w:rsidR="00AD0F00" w:rsidRPr="00CB7576" w:rsidRDefault="00000000">
      <w:pPr>
        <w:spacing w:after="20" w:line="240" w:lineRule="auto"/>
        <w:jc w:val="center"/>
        <w:rPr>
          <w:color w:val="000000" w:themeColor="text1"/>
        </w:rPr>
      </w:pPr>
      <w:r w:rsidRPr="00CB7576">
        <w:rPr>
          <w:rFonts w:ascii="Arial" w:eastAsia="Arial" w:hAnsi="Arial"/>
          <w:b/>
          <w:color w:val="000000" w:themeColor="text1"/>
          <w:sz w:val="17"/>
        </w:rPr>
        <w:t xml:space="preserve">Position:  </w:t>
      </w:r>
    </w:p>
    <w:p w14:paraId="06DF6546" w14:textId="5B3B3905" w:rsidR="00AD0F00" w:rsidRPr="00CB7576" w:rsidRDefault="00000000">
      <w:pPr>
        <w:spacing w:after="20" w:line="240" w:lineRule="auto"/>
        <w:jc w:val="center"/>
        <w:rPr>
          <w:color w:val="000000" w:themeColor="text1"/>
        </w:rPr>
      </w:pPr>
      <w:r w:rsidRPr="00CB7576">
        <w:rPr>
          <w:rFonts w:ascii="Arial" w:eastAsia="Arial" w:hAnsi="Arial"/>
          <w:b/>
          <w:color w:val="000000" w:themeColor="text1"/>
          <w:sz w:val="17"/>
        </w:rPr>
        <w:t xml:space="preserve">Signature:  </w:t>
      </w:r>
    </w:p>
    <w:p w14:paraId="433CE940" w14:textId="0A076B6E" w:rsidR="00AD0F00" w:rsidRPr="00CB7576" w:rsidRDefault="00000000">
      <w:pPr>
        <w:spacing w:after="20" w:line="240" w:lineRule="auto"/>
        <w:jc w:val="center"/>
        <w:rPr>
          <w:color w:val="000000" w:themeColor="text1"/>
        </w:rPr>
      </w:pPr>
      <w:r w:rsidRPr="00CB7576">
        <w:rPr>
          <w:rFonts w:ascii="Arial" w:eastAsia="Arial" w:hAnsi="Arial"/>
          <w:b/>
          <w:color w:val="000000" w:themeColor="text1"/>
          <w:sz w:val="17"/>
        </w:rPr>
        <w:t xml:space="preserve">Date and Official Stamp:  </w:t>
      </w:r>
    </w:p>
    <w:p w14:paraId="63A901A5" w14:textId="77777777" w:rsidR="006852F5" w:rsidRPr="00CB7576" w:rsidRDefault="006852F5">
      <w:pPr>
        <w:spacing w:before="200" w:after="0" w:line="240" w:lineRule="auto"/>
        <w:jc w:val="center"/>
        <w:rPr>
          <w:color w:val="000000" w:themeColor="text1"/>
        </w:rPr>
      </w:pPr>
    </w:p>
    <w:p w14:paraId="54B804C9" w14:textId="77777777" w:rsidR="006852F5" w:rsidRPr="00CB7576" w:rsidRDefault="006852F5">
      <w:pPr>
        <w:spacing w:before="200" w:after="0" w:line="240" w:lineRule="auto"/>
        <w:jc w:val="center"/>
        <w:rPr>
          <w:color w:val="000000" w:themeColor="text1"/>
        </w:rPr>
      </w:pPr>
    </w:p>
    <w:p w14:paraId="784DF16D" w14:textId="0CFE0F1A" w:rsidR="006852F5" w:rsidRPr="00CB7576" w:rsidRDefault="006852F5">
      <w:pPr>
        <w:spacing w:before="200" w:after="0" w:line="240" w:lineRule="auto"/>
        <w:jc w:val="center"/>
        <w:rPr>
          <w:color w:val="000000" w:themeColor="text1"/>
        </w:rPr>
      </w:pPr>
    </w:p>
    <w:p w14:paraId="12CD0648" w14:textId="2D2D975B" w:rsidR="00AD0F00" w:rsidRPr="00CB7576" w:rsidRDefault="00CB7576">
      <w:pPr>
        <w:spacing w:before="200" w:after="0" w:line="240" w:lineRule="auto"/>
        <w:jc w:val="center"/>
        <w:rPr>
          <w:color w:val="000000" w:themeColor="text1"/>
        </w:rPr>
      </w:pPr>
      <w:r w:rsidRPr="00CB7576">
        <w:rPr>
          <w:noProof/>
          <w:color w:val="000000" w:themeColor="text1"/>
        </w:rPr>
        <w:drawing>
          <wp:anchor distT="0" distB="0" distL="114300" distR="114300" simplePos="0" relativeHeight="251660288" behindDoc="1" locked="0" layoutInCell="1" allowOverlap="1" wp14:anchorId="59601FE1" wp14:editId="5CAB1F5A">
            <wp:simplePos x="0" y="0"/>
            <wp:positionH relativeFrom="column">
              <wp:posOffset>3964305</wp:posOffset>
            </wp:positionH>
            <wp:positionV relativeFrom="paragraph">
              <wp:posOffset>160020</wp:posOffset>
            </wp:positionV>
            <wp:extent cx="679450" cy="315595"/>
            <wp:effectExtent l="0" t="0" r="6350" b="8255"/>
            <wp:wrapTight wrapText="bothSides">
              <wp:wrapPolygon edited="0">
                <wp:start x="0" y="0"/>
                <wp:lineTo x="0" y="20861"/>
                <wp:lineTo x="21196" y="20861"/>
                <wp:lineTo x="21196" y="0"/>
                <wp:lineTo x="0" y="0"/>
              </wp:wrapPolygon>
            </wp:wrapTight>
            <wp:docPr id="133998154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" cy="31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B7576">
        <w:rPr>
          <w:noProof/>
          <w:color w:val="000000" w:themeColor="text1"/>
        </w:rPr>
        <w:drawing>
          <wp:anchor distT="0" distB="0" distL="114300" distR="114300" simplePos="0" relativeHeight="251659264" behindDoc="1" locked="0" layoutInCell="1" allowOverlap="1" wp14:anchorId="7AC4BAC2" wp14:editId="09694B09">
            <wp:simplePos x="0" y="0"/>
            <wp:positionH relativeFrom="column">
              <wp:posOffset>2719705</wp:posOffset>
            </wp:positionH>
            <wp:positionV relativeFrom="paragraph">
              <wp:posOffset>128271</wp:posOffset>
            </wp:positionV>
            <wp:extent cx="1162690" cy="332740"/>
            <wp:effectExtent l="0" t="0" r="0" b="0"/>
            <wp:wrapTight wrapText="bothSides">
              <wp:wrapPolygon edited="0">
                <wp:start x="354" y="0"/>
                <wp:lineTo x="354" y="19786"/>
                <wp:lineTo x="18403" y="19786"/>
                <wp:lineTo x="20880" y="17313"/>
                <wp:lineTo x="20173" y="9893"/>
                <wp:lineTo x="7432" y="0"/>
                <wp:lineTo x="354" y="0"/>
              </wp:wrapPolygon>
            </wp:wrapTight>
            <wp:docPr id="1393639402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63940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62690" cy="332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B7576">
        <w:rPr>
          <w:noProof/>
          <w:color w:val="000000" w:themeColor="text1"/>
        </w:rPr>
        <w:drawing>
          <wp:anchor distT="0" distB="0" distL="114300" distR="114300" simplePos="0" relativeHeight="251658240" behindDoc="1" locked="0" layoutInCell="1" allowOverlap="1" wp14:anchorId="63736D65" wp14:editId="71B90477">
            <wp:simplePos x="0" y="0"/>
            <wp:positionH relativeFrom="column">
              <wp:posOffset>1862455</wp:posOffset>
            </wp:positionH>
            <wp:positionV relativeFrom="paragraph">
              <wp:posOffset>115570</wp:posOffset>
            </wp:positionV>
            <wp:extent cx="761113" cy="361676"/>
            <wp:effectExtent l="0" t="0" r="1270" b="635"/>
            <wp:wrapTight wrapText="bothSides">
              <wp:wrapPolygon edited="0">
                <wp:start x="0" y="0"/>
                <wp:lineTo x="0" y="20499"/>
                <wp:lineTo x="21095" y="20499"/>
                <wp:lineTo x="21095" y="0"/>
                <wp:lineTo x="0" y="0"/>
              </wp:wrapPolygon>
            </wp:wrapTight>
            <wp:docPr id="242710165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113" cy="361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BD30F09" w14:textId="77777777" w:rsidR="00CB7576" w:rsidRPr="00CB7576" w:rsidRDefault="00CB7576">
      <w:pPr>
        <w:spacing w:before="20" w:after="0" w:line="240" w:lineRule="auto"/>
        <w:jc w:val="center"/>
        <w:rPr>
          <w:rFonts w:ascii="Arial" w:eastAsia="Arial" w:hAnsi="Arial"/>
          <w:color w:val="000000" w:themeColor="text1"/>
          <w:sz w:val="15"/>
        </w:rPr>
      </w:pPr>
    </w:p>
    <w:p w14:paraId="070E0C6A" w14:textId="77777777" w:rsidR="00CB7576" w:rsidRPr="00CB7576" w:rsidRDefault="00CB7576">
      <w:pPr>
        <w:spacing w:before="20" w:after="0" w:line="240" w:lineRule="auto"/>
        <w:jc w:val="center"/>
        <w:rPr>
          <w:rFonts w:ascii="Arial" w:eastAsia="Arial" w:hAnsi="Arial"/>
          <w:color w:val="000000" w:themeColor="text1"/>
          <w:sz w:val="15"/>
        </w:rPr>
      </w:pPr>
    </w:p>
    <w:p w14:paraId="5E76BD50" w14:textId="2AF4A942" w:rsidR="00AD0F00" w:rsidRPr="00CB7576" w:rsidRDefault="00000000">
      <w:pPr>
        <w:spacing w:before="20" w:after="0" w:line="240" w:lineRule="auto"/>
        <w:jc w:val="center"/>
        <w:rPr>
          <w:color w:val="000000" w:themeColor="text1"/>
        </w:rPr>
      </w:pPr>
      <w:r w:rsidRPr="00CB7576">
        <w:rPr>
          <w:rFonts w:ascii="Arial" w:eastAsia="Arial" w:hAnsi="Arial"/>
          <w:color w:val="000000" w:themeColor="text1"/>
          <w:sz w:val="15"/>
        </w:rPr>
        <w:t>Co-funded by the European Union</w:t>
      </w:r>
    </w:p>
    <w:sectPr w:rsidR="00AD0F00" w:rsidRPr="00CB7576" w:rsidSect="00034616">
      <w:headerReference w:type="default" r:id="rId12"/>
      <w:pgSz w:w="11909" w:h="16834"/>
      <w:pgMar w:top="605" w:right="907" w:bottom="605" w:left="907" w:header="0" w:footer="21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5BD1F" w14:textId="77777777" w:rsidR="005F0674" w:rsidRDefault="005F0674">
      <w:pPr>
        <w:spacing w:after="0" w:line="240" w:lineRule="auto"/>
      </w:pPr>
      <w:r>
        <w:separator/>
      </w:r>
    </w:p>
  </w:endnote>
  <w:endnote w:type="continuationSeparator" w:id="0">
    <w:p w14:paraId="6C14AAD4" w14:textId="77777777" w:rsidR="005F0674" w:rsidRDefault="005F06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Z003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C4F40" w14:textId="77777777" w:rsidR="005F0674" w:rsidRDefault="005F0674">
      <w:pPr>
        <w:spacing w:after="0" w:line="240" w:lineRule="auto"/>
      </w:pPr>
      <w:r>
        <w:separator/>
      </w:r>
    </w:p>
  </w:footnote>
  <w:footnote w:type="continuationSeparator" w:id="0">
    <w:p w14:paraId="4F2234CB" w14:textId="77777777" w:rsidR="005F0674" w:rsidRDefault="005F06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64927" w14:textId="77777777" w:rsidR="00AD0F00" w:rsidRDefault="00000000">
    <w:pPr>
      <w:pStyle w:val="stBilgi"/>
    </w:pPr>
    <w:r>
      <w:rPr>
        <w:noProof/>
      </w:rPr>
      <w:drawing>
        <wp:anchor distT="0" distB="0" distL="0" distR="0" simplePos="0" relativeHeight="251658240" behindDoc="1" locked="0" layoutInCell="0" allowOverlap="1" wp14:anchorId="24C60288" wp14:editId="5B5BE0B7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215" cy="10689590"/>
          <wp:effectExtent l="0" t="0" r="0" b="0"/>
          <wp:wrapNone/>
          <wp:docPr id="33479051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bu_staff_certificate_backgroun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2215" cy="10689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52082050">
    <w:abstractNumId w:val="8"/>
  </w:num>
  <w:num w:numId="2" w16cid:durableId="1592087327">
    <w:abstractNumId w:val="6"/>
  </w:num>
  <w:num w:numId="3" w16cid:durableId="780957777">
    <w:abstractNumId w:val="5"/>
  </w:num>
  <w:num w:numId="4" w16cid:durableId="1788162846">
    <w:abstractNumId w:val="4"/>
  </w:num>
  <w:num w:numId="5" w16cid:durableId="688600277">
    <w:abstractNumId w:val="7"/>
  </w:num>
  <w:num w:numId="6" w16cid:durableId="393044716">
    <w:abstractNumId w:val="3"/>
  </w:num>
  <w:num w:numId="7" w16cid:durableId="1307971694">
    <w:abstractNumId w:val="2"/>
  </w:num>
  <w:num w:numId="8" w16cid:durableId="983655036">
    <w:abstractNumId w:val="1"/>
  </w:num>
  <w:num w:numId="9" w16cid:durableId="1135176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8230B"/>
    <w:rsid w:val="00196533"/>
    <w:rsid w:val="00237C4B"/>
    <w:rsid w:val="0029639D"/>
    <w:rsid w:val="00326F90"/>
    <w:rsid w:val="0041639C"/>
    <w:rsid w:val="005F0674"/>
    <w:rsid w:val="006852F5"/>
    <w:rsid w:val="007F4FBD"/>
    <w:rsid w:val="0082754D"/>
    <w:rsid w:val="009578C9"/>
    <w:rsid w:val="00A234E1"/>
    <w:rsid w:val="00A372E7"/>
    <w:rsid w:val="00AA1D8D"/>
    <w:rsid w:val="00AD0F00"/>
    <w:rsid w:val="00B47730"/>
    <w:rsid w:val="00C02F8C"/>
    <w:rsid w:val="00CB0664"/>
    <w:rsid w:val="00CB7576"/>
    <w:rsid w:val="00EF02C9"/>
    <w:rsid w:val="00F575C2"/>
    <w:rsid w:val="00F663E1"/>
    <w:rsid w:val="00F851A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BB484D"/>
  <w14:defaultImageDpi w14:val="300"/>
  <w15:docId w15:val="{7B9B9A45-7EEE-439A-A8CD-303139AAA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Erasmus+ Staff Mobility for Teaching - Certificate of Attendance</dc:title>
  <dc:subject>Ankara Science University reusable certificate template</dc:subject>
  <dc:creator>Ankara Science University</dc:creator>
  <cp:keywords>Erasmus, Staff Mobility, Teaching, Certificate of Attendance</cp:keywords>
  <dc:description>generated by python-docx</dc:description>
  <cp:lastModifiedBy>Esra Aktaş</cp:lastModifiedBy>
  <cp:revision>7</cp:revision>
  <cp:lastPrinted>2026-08-12T08:36:00Z</cp:lastPrinted>
  <dcterms:created xsi:type="dcterms:W3CDTF">2013-12-23T23:15:00Z</dcterms:created>
  <dcterms:modified xsi:type="dcterms:W3CDTF">2026-08-13T14:21:00Z</dcterms:modified>
  <cp:category/>
</cp:coreProperties>
</file>