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5C5F2" w14:textId="77777777" w:rsidR="00534C4D" w:rsidRPr="000F3C70" w:rsidRDefault="00714AFB" w:rsidP="00714AFB">
      <w:pPr>
        <w:rPr>
          <w:rFonts w:ascii="Times New Roman" w:hAnsi="Times New Roman" w:cs="Times New Roman"/>
          <w:sz w:val="21"/>
          <w:szCs w:val="21"/>
        </w:rPr>
      </w:pPr>
      <w:r w:rsidRPr="000F3C70">
        <w:rPr>
          <w:rFonts w:ascii="Times New Roman" w:hAnsi="Times New Roman" w:cs="Times New Roman"/>
          <w:sz w:val="21"/>
          <w:szCs w:val="21"/>
        </w:rPr>
        <w:t xml:space="preserve"> </w:t>
      </w:r>
      <w:r w:rsidR="009426D2" w:rsidRPr="000F3C70">
        <w:rPr>
          <w:rFonts w:ascii="Times New Roman" w:hAnsi="Times New Roman" w:cs="Times New Roman"/>
          <w:sz w:val="21"/>
          <w:szCs w:val="21"/>
        </w:rPr>
        <w:t xml:space="preserve">                                              </w:t>
      </w:r>
      <w:r w:rsidR="00C56A70" w:rsidRPr="000F3C70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29567880" w14:textId="51D1840F" w:rsidR="00534C4D" w:rsidRPr="009B66EB" w:rsidRDefault="009B66EB" w:rsidP="009B66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B66EB">
        <w:rPr>
          <w:rFonts w:ascii="Times New Roman" w:hAnsi="Times New Roman" w:cs="Times New Roman"/>
          <w:b/>
          <w:bCs/>
          <w:sz w:val="20"/>
          <w:szCs w:val="20"/>
        </w:rPr>
        <w:t>T.C.</w:t>
      </w:r>
    </w:p>
    <w:p w14:paraId="75598656" w14:textId="77777777" w:rsidR="00C56A70" w:rsidRPr="00E23111" w:rsidRDefault="00714AFB" w:rsidP="00C56A7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3111">
        <w:rPr>
          <w:rFonts w:ascii="Times New Roman" w:hAnsi="Times New Roman" w:cs="Times New Roman"/>
          <w:b/>
          <w:sz w:val="20"/>
          <w:szCs w:val="20"/>
        </w:rPr>
        <w:t>REPUBLIC OF TÜRKİYE</w:t>
      </w:r>
    </w:p>
    <w:p w14:paraId="06838828" w14:textId="77777777" w:rsidR="00714AFB" w:rsidRPr="00E23111" w:rsidRDefault="009426D2" w:rsidP="00C56A7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3111">
        <w:rPr>
          <w:rFonts w:ascii="Times New Roman" w:hAnsi="Times New Roman" w:cs="Times New Roman"/>
          <w:b/>
          <w:sz w:val="20"/>
          <w:szCs w:val="20"/>
        </w:rPr>
        <w:t>ANKARA SCIENCE UNIVERSITY</w:t>
      </w:r>
      <w:r w:rsidRPr="00E23111">
        <w:rPr>
          <w:rFonts w:ascii="Times New Roman" w:hAnsi="Times New Roman" w:cs="Times New Roman"/>
          <w:b/>
          <w:sz w:val="20"/>
          <w:szCs w:val="20"/>
        </w:rPr>
        <w:br/>
        <w:t>ERASMUS+ COORDINATION OFFICE</w:t>
      </w:r>
    </w:p>
    <w:p w14:paraId="7F0B2432" w14:textId="2F8FDFC7" w:rsidR="00D33BB1" w:rsidRPr="00E23111" w:rsidRDefault="00714AFB" w:rsidP="00C56A70">
      <w:pPr>
        <w:spacing w:before="80" w:after="200"/>
        <w:jc w:val="center"/>
        <w:rPr>
          <w:rFonts w:ascii="Times New Roman" w:hAnsi="Times New Roman" w:cs="Times New Roman"/>
          <w:sz w:val="20"/>
          <w:szCs w:val="20"/>
        </w:rPr>
      </w:pPr>
      <w:r w:rsidRPr="00E23111">
        <w:rPr>
          <w:rFonts w:ascii="Times New Roman" w:hAnsi="Times New Roman" w:cs="Times New Roman"/>
          <w:b/>
          <w:sz w:val="20"/>
          <w:szCs w:val="20"/>
        </w:rPr>
        <w:t>ERASMUS+ STUDENT MOBILITY</w:t>
      </w:r>
      <w:r w:rsidRPr="00E23111">
        <w:rPr>
          <w:rFonts w:ascii="Times New Roman" w:hAnsi="Times New Roman" w:cs="Times New Roman"/>
          <w:b/>
          <w:sz w:val="20"/>
          <w:szCs w:val="20"/>
        </w:rPr>
        <w:br/>
        <w:t>WITHDRAWAL FORM</w:t>
      </w:r>
    </w:p>
    <w:p w14:paraId="69787ECF" w14:textId="77777777" w:rsidR="00D33BB1" w:rsidRPr="00E23111" w:rsidRDefault="001973BA">
      <w:pPr>
        <w:spacing w:after="60"/>
        <w:jc w:val="right"/>
        <w:rPr>
          <w:rFonts w:ascii="Times New Roman" w:hAnsi="Times New Roman" w:cs="Times New Roman"/>
          <w:sz w:val="20"/>
          <w:szCs w:val="20"/>
        </w:rPr>
      </w:pPr>
      <w:r w:rsidRPr="00E23111">
        <w:rPr>
          <w:rFonts w:ascii="Times New Roman" w:hAnsi="Times New Roman" w:cs="Times New Roman"/>
          <w:sz w:val="20"/>
          <w:szCs w:val="20"/>
        </w:rPr>
        <w:t>…… / …… / 20……</w:t>
      </w:r>
    </w:p>
    <w:p w14:paraId="4EA5B3B9" w14:textId="77777777" w:rsidR="008F7FC8" w:rsidRPr="000F3C70" w:rsidRDefault="008F7FC8">
      <w:pPr>
        <w:spacing w:before="60" w:after="40"/>
        <w:jc w:val="both"/>
        <w:rPr>
          <w:rFonts w:ascii="Times New Roman" w:hAnsi="Times New Roman" w:cs="Times New Roman"/>
          <w:sz w:val="21"/>
          <w:szCs w:val="21"/>
        </w:rPr>
      </w:pPr>
    </w:p>
    <w:p w14:paraId="45ECA8F5" w14:textId="77777777" w:rsidR="008F7FC8" w:rsidRPr="000F3C70" w:rsidRDefault="008F7FC8">
      <w:pPr>
        <w:spacing w:before="60" w:after="40"/>
        <w:jc w:val="both"/>
        <w:rPr>
          <w:rFonts w:ascii="Times New Roman" w:hAnsi="Times New Roman" w:cs="Times New Roman"/>
          <w:sz w:val="21"/>
          <w:szCs w:val="21"/>
        </w:rPr>
      </w:pPr>
    </w:p>
    <w:p w14:paraId="231A964C" w14:textId="77777777" w:rsidR="004060BA" w:rsidRPr="000F3C70" w:rsidRDefault="004060BA" w:rsidP="001928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4AC8A" w14:textId="7BFC49D8" w:rsidR="00192830" w:rsidRPr="00E23111" w:rsidRDefault="00192830" w:rsidP="00192830">
      <w:pPr>
        <w:spacing w:after="16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3111">
        <w:rPr>
          <w:rFonts w:ascii="Times New Roman" w:hAnsi="Times New Roman" w:cs="Times New Roman"/>
          <w:sz w:val="20"/>
          <w:szCs w:val="20"/>
        </w:rPr>
        <w:t>I am a short-cycle / bachelor's / master's student at the Faculty / Graduate School / Vocational School of Ankara Science University, Department of ........................................., with student number ......................................... .</w:t>
      </w:r>
    </w:p>
    <w:p w14:paraId="3D4F24C8" w14:textId="77777777" w:rsidR="00161A2C" w:rsidRPr="00E23111" w:rsidRDefault="00161A2C" w:rsidP="00192830">
      <w:pPr>
        <w:spacing w:after="16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45BF630" w14:textId="77777777" w:rsidR="00182635" w:rsidRPr="00E23111" w:rsidRDefault="00000000">
      <w:pPr>
        <w:spacing w:before="40" w:after="160"/>
        <w:rPr>
          <w:rFonts w:ascii="Times New Roman" w:hAnsi="Times New Roman" w:cs="Times New Roman"/>
          <w:b/>
          <w:sz w:val="20"/>
          <w:szCs w:val="20"/>
        </w:rPr>
      </w:pPr>
      <w:r w:rsidRPr="00E23111">
        <w:rPr>
          <w:rFonts w:ascii="Times New Roman" w:hAnsi="Times New Roman" w:cs="Times New Roman"/>
          <w:b/>
          <w:sz w:val="20"/>
          <w:szCs w:val="20"/>
        </w:rPr>
        <w:t xml:space="preserve">Mobility Type:   </w:t>
      </w:r>
      <w:r w:rsidRPr="00E23111">
        <w:rPr>
          <w:rFonts w:ascii="Segoe UI Symbol" w:hAnsi="Segoe UI Symbol" w:cs="Segoe UI Symbol"/>
          <w:b/>
          <w:sz w:val="20"/>
          <w:szCs w:val="20"/>
        </w:rPr>
        <w:t>☐</w:t>
      </w:r>
      <w:r w:rsidRPr="00E23111">
        <w:rPr>
          <w:rFonts w:ascii="Times New Roman" w:hAnsi="Times New Roman" w:cs="Times New Roman"/>
          <w:b/>
          <w:sz w:val="20"/>
          <w:szCs w:val="20"/>
        </w:rPr>
        <w:t xml:space="preserve"> Student Mobility for Studies     </w:t>
      </w:r>
      <w:r w:rsidRPr="00E23111">
        <w:rPr>
          <w:rFonts w:ascii="Segoe UI Symbol" w:hAnsi="Segoe UI Symbol" w:cs="Segoe UI Symbol"/>
          <w:b/>
          <w:sz w:val="20"/>
          <w:szCs w:val="20"/>
        </w:rPr>
        <w:t>☐</w:t>
      </w:r>
      <w:r w:rsidRPr="00E23111">
        <w:rPr>
          <w:rFonts w:ascii="Times New Roman" w:hAnsi="Times New Roman" w:cs="Times New Roman"/>
          <w:b/>
          <w:sz w:val="20"/>
          <w:szCs w:val="20"/>
        </w:rPr>
        <w:t xml:space="preserve"> Student Mobility for Traineeships</w:t>
      </w:r>
    </w:p>
    <w:p w14:paraId="4388712D" w14:textId="77777777" w:rsidR="00161A2C" w:rsidRPr="00E23111" w:rsidRDefault="00161A2C">
      <w:pPr>
        <w:spacing w:before="40" w:after="160"/>
        <w:rPr>
          <w:rFonts w:ascii="Times New Roman" w:hAnsi="Times New Roman" w:cs="Times New Roman"/>
          <w:sz w:val="20"/>
          <w:szCs w:val="20"/>
        </w:rPr>
      </w:pPr>
    </w:p>
    <w:p w14:paraId="770050EC" w14:textId="77777777" w:rsidR="00192830" w:rsidRPr="00E23111" w:rsidRDefault="00192830" w:rsidP="00192830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23111">
        <w:rPr>
          <w:rFonts w:ascii="Times New Roman" w:hAnsi="Times New Roman" w:cs="Times New Roman"/>
          <w:sz w:val="20"/>
          <w:szCs w:val="20"/>
        </w:rPr>
        <w:t>I hereby declare that I voluntarily withdraw from my right to participate in the Erasmus+ Student Mobility for the 20…–20… Academic Year, for which I applied and was selected. I respectfully request that the necessary withdrawal procedures be carried out.</w:t>
      </w:r>
    </w:p>
    <w:p w14:paraId="622D647E" w14:textId="77777777" w:rsidR="00192830" w:rsidRPr="000F3C70" w:rsidRDefault="00192830" w:rsidP="0019283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275323C" w14:textId="77777777" w:rsidR="00192830" w:rsidRPr="000F3C70" w:rsidRDefault="00192830" w:rsidP="00192830">
      <w:pPr>
        <w:spacing w:after="8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514CFF5" w14:textId="77777777" w:rsidR="00192830" w:rsidRPr="000F3C70" w:rsidRDefault="00192830" w:rsidP="0019283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7AD1A1" w14:textId="77777777" w:rsidR="00192830" w:rsidRPr="00E23111" w:rsidRDefault="00192830" w:rsidP="0019283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23111">
        <w:rPr>
          <w:rFonts w:ascii="Times New Roman" w:hAnsi="Times New Roman" w:cs="Times New Roman"/>
          <w:b/>
          <w:sz w:val="20"/>
          <w:szCs w:val="20"/>
        </w:rPr>
        <w:t>Reason for Withdrawal:</w:t>
      </w:r>
    </w:p>
    <w:p w14:paraId="04C9065A" w14:textId="77777777" w:rsidR="00182635" w:rsidRPr="00E23111" w:rsidRDefault="00000000">
      <w:pPr>
        <w:spacing w:after="40"/>
        <w:rPr>
          <w:rFonts w:ascii="Times New Roman" w:hAnsi="Times New Roman" w:cs="Times New Roman"/>
          <w:sz w:val="20"/>
          <w:szCs w:val="20"/>
        </w:rPr>
      </w:pPr>
      <w:r w:rsidRPr="00E23111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14:paraId="2F055DA6" w14:textId="77777777" w:rsidR="00182635" w:rsidRPr="00E23111" w:rsidRDefault="00000000">
      <w:pPr>
        <w:spacing w:after="40"/>
        <w:rPr>
          <w:rFonts w:ascii="Times New Roman" w:hAnsi="Times New Roman" w:cs="Times New Roman"/>
          <w:sz w:val="20"/>
          <w:szCs w:val="20"/>
        </w:rPr>
      </w:pPr>
      <w:r w:rsidRPr="00E23111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14:paraId="7BE6708F" w14:textId="77777777" w:rsidR="00182635" w:rsidRPr="00E23111" w:rsidRDefault="00000000">
      <w:pPr>
        <w:spacing w:after="40"/>
        <w:rPr>
          <w:rFonts w:ascii="Times New Roman" w:hAnsi="Times New Roman" w:cs="Times New Roman"/>
          <w:sz w:val="20"/>
          <w:szCs w:val="20"/>
        </w:rPr>
      </w:pPr>
      <w:r w:rsidRPr="00E23111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14:paraId="5279142F" w14:textId="77777777" w:rsidR="00192830" w:rsidRPr="00E23111" w:rsidRDefault="00192830" w:rsidP="0019283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A084132" w14:textId="77777777" w:rsidR="00192830" w:rsidRPr="00E23111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23111">
        <w:rPr>
          <w:rFonts w:ascii="Times New Roman" w:hAnsi="Times New Roman" w:cs="Times New Roman"/>
          <w:b/>
          <w:sz w:val="20"/>
          <w:szCs w:val="20"/>
        </w:rPr>
        <w:t>Full Name:</w:t>
      </w:r>
    </w:p>
    <w:p w14:paraId="79B9C0C6" w14:textId="77777777" w:rsidR="00192830" w:rsidRPr="00E23111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23111">
        <w:rPr>
          <w:rFonts w:ascii="Times New Roman" w:hAnsi="Times New Roman" w:cs="Times New Roman"/>
          <w:b/>
          <w:sz w:val="20"/>
          <w:szCs w:val="20"/>
        </w:rPr>
        <w:t>Student Number:</w:t>
      </w:r>
    </w:p>
    <w:p w14:paraId="6625732C" w14:textId="77777777" w:rsidR="00192830" w:rsidRPr="00E23111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23111">
        <w:rPr>
          <w:rFonts w:ascii="Times New Roman" w:hAnsi="Times New Roman" w:cs="Times New Roman"/>
          <w:b/>
          <w:sz w:val="20"/>
          <w:szCs w:val="20"/>
        </w:rPr>
        <w:t>Phone Number:</w:t>
      </w:r>
    </w:p>
    <w:p w14:paraId="45C059F1" w14:textId="77777777" w:rsidR="00192830" w:rsidRPr="00E23111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23111">
        <w:rPr>
          <w:rFonts w:ascii="Times New Roman" w:hAnsi="Times New Roman" w:cs="Times New Roman"/>
          <w:b/>
          <w:sz w:val="20"/>
          <w:szCs w:val="20"/>
        </w:rPr>
        <w:t>E-mail:</w:t>
      </w:r>
    </w:p>
    <w:p w14:paraId="7F474F29" w14:textId="77777777" w:rsidR="00192830" w:rsidRPr="00E23111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23111">
        <w:rPr>
          <w:rFonts w:ascii="Times New Roman" w:hAnsi="Times New Roman" w:cs="Times New Roman"/>
          <w:b/>
          <w:sz w:val="20"/>
          <w:szCs w:val="20"/>
        </w:rPr>
        <w:t>Host Institution/Organisation and Country:</w:t>
      </w:r>
    </w:p>
    <w:p w14:paraId="4AFEA96B" w14:textId="77777777" w:rsidR="00182635" w:rsidRPr="00E23111" w:rsidRDefault="00000000">
      <w:pPr>
        <w:rPr>
          <w:rFonts w:ascii="Times New Roman" w:hAnsi="Times New Roman" w:cs="Times New Roman"/>
          <w:sz w:val="20"/>
          <w:szCs w:val="20"/>
        </w:rPr>
      </w:pPr>
      <w:r w:rsidRPr="00E23111">
        <w:rPr>
          <w:rFonts w:ascii="Times New Roman" w:hAnsi="Times New Roman" w:cs="Times New Roman"/>
          <w:b/>
          <w:sz w:val="20"/>
          <w:szCs w:val="20"/>
        </w:rPr>
        <w:t>Signature:</w:t>
      </w:r>
    </w:p>
    <w:p w14:paraId="26B65101" w14:textId="77777777" w:rsidR="00192830" w:rsidRPr="000F3C70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B4E52C1" w14:textId="77777777" w:rsidR="00192830" w:rsidRPr="000F3C70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C98337" w14:textId="77777777" w:rsidR="00192830" w:rsidRPr="000F3C70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BBBAB4C" w14:textId="77777777" w:rsidR="00192830" w:rsidRPr="000F3C70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A7660A" w14:textId="77777777" w:rsidR="00192830" w:rsidRPr="000F3C70" w:rsidRDefault="00192830" w:rsidP="0019283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14:paraId="160268E6" w14:textId="77777777" w:rsidR="00192830" w:rsidRPr="000F3C70" w:rsidRDefault="00192830" w:rsidP="00192830">
      <w:pPr>
        <w:jc w:val="both"/>
        <w:rPr>
          <w:rFonts w:ascii="Times New Roman" w:hAnsi="Times New Roman" w:cs="Times New Roman"/>
        </w:rPr>
      </w:pPr>
    </w:p>
    <w:p w14:paraId="757EFC2B" w14:textId="77777777" w:rsidR="000A0EA5" w:rsidRPr="000F3C70" w:rsidRDefault="000A0EA5">
      <w:pPr>
        <w:rPr>
          <w:rFonts w:ascii="Times New Roman" w:hAnsi="Times New Roman" w:cs="Times New Roman"/>
          <w:sz w:val="21"/>
          <w:szCs w:val="21"/>
        </w:rPr>
      </w:pPr>
    </w:p>
    <w:sectPr w:rsidR="000A0EA5" w:rsidRPr="000F3C70" w:rsidSect="00034616">
      <w:headerReference w:type="default" r:id="rId8"/>
      <w:footerReference w:type="default" r:id="rId9"/>
      <w:pgSz w:w="12240" w:h="15840"/>
      <w:pgMar w:top="480" w:right="560" w:bottom="480" w:left="560" w:header="283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ABC56" w14:textId="77777777" w:rsidR="009F47C7" w:rsidRDefault="009F47C7">
      <w:r>
        <w:separator/>
      </w:r>
    </w:p>
  </w:endnote>
  <w:endnote w:type="continuationSeparator" w:id="0">
    <w:p w14:paraId="03038F3E" w14:textId="77777777" w:rsidR="009F47C7" w:rsidRDefault="009F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C491" w14:textId="66AAB9C4" w:rsidR="00D33BB1" w:rsidRPr="00E23111" w:rsidRDefault="00161A2C" w:rsidP="00E23111">
    <w:pPr>
      <w:pStyle w:val="AltBilgi"/>
      <w:jc w:val="center"/>
      <w:rPr>
        <w:rFonts w:ascii="Times New Roman" w:hAnsi="Times New Roman" w:cs="Times New Roman"/>
      </w:rPr>
    </w:pPr>
    <w:r w:rsidRPr="00E23111">
      <w:rPr>
        <w:rFonts w:ascii="Times New Roman" w:hAnsi="Times New Roman" w:cs="Times New Roman"/>
      </w:rPr>
      <w:t xml:space="preserve">Şehit Gönenç Street, Maltepe District, No: 5, Çankaya/Ankara  </w:t>
    </w:r>
    <w:r w:rsidR="00E23111" w:rsidRPr="00E23111">
      <w:rPr>
        <w:rFonts w:ascii="Times New Roman" w:hAnsi="Times New Roman" w:cs="Times New Roman"/>
      </w:rPr>
      <w:br/>
    </w:r>
    <w:r w:rsidRPr="00E23111">
      <w:rPr>
        <w:rFonts w:ascii="Times New Roman" w:hAnsi="Times New Roman" w:cs="Times New Roman"/>
      </w:rPr>
      <w:t xml:space="preserve"> Contact: 444 22 28   www.ankarabilim.edu.tr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5698C" w14:textId="77777777" w:rsidR="009F47C7" w:rsidRDefault="009F47C7">
      <w:r>
        <w:separator/>
      </w:r>
    </w:p>
  </w:footnote>
  <w:footnote w:type="continuationSeparator" w:id="0">
    <w:p w14:paraId="2316AD03" w14:textId="77777777" w:rsidR="009F47C7" w:rsidRDefault="009F4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B4E5" w14:textId="4EF621B2" w:rsidR="00E23111" w:rsidRDefault="00C92083" w:rsidP="00AD228E">
    <w:pPr>
      <w:pStyle w:val="stBilgi"/>
      <w:jc w:val="center"/>
    </w:pPr>
    <w:r>
      <w:drawing>
        <wp:anchor distT="0" distB="0" distL="114300" distR="114300" simplePos="0" relativeHeight="251658240" behindDoc="1" locked="0" layoutInCell="1" allowOverlap="1" wp14:anchorId="771C1204" wp14:editId="4C67CE7E">
          <wp:simplePos x="0" y="0"/>
          <wp:positionH relativeFrom="column">
            <wp:posOffset>-50800</wp:posOffset>
          </wp:positionH>
          <wp:positionV relativeFrom="paragraph">
            <wp:posOffset>58420</wp:posOffset>
          </wp:positionV>
          <wp:extent cx="1562100" cy="239395"/>
          <wp:effectExtent l="0" t="0" r="0" b="8255"/>
          <wp:wrapTight wrapText="bothSides">
            <wp:wrapPolygon edited="0">
              <wp:start x="0" y="0"/>
              <wp:lineTo x="0" y="20626"/>
              <wp:lineTo x="21337" y="20626"/>
              <wp:lineTo x="21337" y="0"/>
              <wp:lineTo x="0" y="0"/>
            </wp:wrapPolygon>
          </wp:wrapTight>
          <wp:docPr id="1" name="Picture 1" descr="Ankara Science University logo" title="Ankara Science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kara Science University logo" title="Ankara Science Universit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2100" cy="239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19DFBDF" w14:textId="1A94866F" w:rsidR="00697EB0" w:rsidRDefault="00697EB0" w:rsidP="00AD228E">
    <w:pPr>
      <w:pStyle w:val="stBilgi"/>
      <w:jc w:val="center"/>
    </w:pPr>
  </w:p>
  <w:p w14:paraId="7259DA10" w14:textId="77777777" w:rsidR="009B66EB" w:rsidRDefault="009B66EB" w:rsidP="00AD228E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535641">
    <w:abstractNumId w:val="8"/>
  </w:num>
  <w:num w:numId="2" w16cid:durableId="751777603">
    <w:abstractNumId w:val="6"/>
  </w:num>
  <w:num w:numId="3" w16cid:durableId="1753312334">
    <w:abstractNumId w:val="5"/>
  </w:num>
  <w:num w:numId="4" w16cid:durableId="2004354618">
    <w:abstractNumId w:val="4"/>
  </w:num>
  <w:num w:numId="5" w16cid:durableId="316804923">
    <w:abstractNumId w:val="7"/>
  </w:num>
  <w:num w:numId="6" w16cid:durableId="1959024074">
    <w:abstractNumId w:val="3"/>
  </w:num>
  <w:num w:numId="7" w16cid:durableId="198399965">
    <w:abstractNumId w:val="2"/>
  </w:num>
  <w:num w:numId="8" w16cid:durableId="57095850">
    <w:abstractNumId w:val="1"/>
  </w:num>
  <w:num w:numId="9" w16cid:durableId="49715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192"/>
    <w:rsid w:val="000A0EA5"/>
    <w:rsid w:val="000F3C70"/>
    <w:rsid w:val="0015074B"/>
    <w:rsid w:val="00161A2C"/>
    <w:rsid w:val="00182635"/>
    <w:rsid w:val="00192830"/>
    <w:rsid w:val="001973BA"/>
    <w:rsid w:val="001E4B84"/>
    <w:rsid w:val="0029639D"/>
    <w:rsid w:val="002B4841"/>
    <w:rsid w:val="002B6075"/>
    <w:rsid w:val="00326F90"/>
    <w:rsid w:val="0038097E"/>
    <w:rsid w:val="003A6C2B"/>
    <w:rsid w:val="003B20FB"/>
    <w:rsid w:val="003F67F2"/>
    <w:rsid w:val="004060BA"/>
    <w:rsid w:val="004407B3"/>
    <w:rsid w:val="004A716E"/>
    <w:rsid w:val="00534C4D"/>
    <w:rsid w:val="00580A5A"/>
    <w:rsid w:val="005E2A68"/>
    <w:rsid w:val="00607494"/>
    <w:rsid w:val="00697EB0"/>
    <w:rsid w:val="006E1BB4"/>
    <w:rsid w:val="00713129"/>
    <w:rsid w:val="00714AFB"/>
    <w:rsid w:val="0076488F"/>
    <w:rsid w:val="007C1E31"/>
    <w:rsid w:val="007C6AEC"/>
    <w:rsid w:val="008252FD"/>
    <w:rsid w:val="008372A1"/>
    <w:rsid w:val="008B7224"/>
    <w:rsid w:val="008C4AED"/>
    <w:rsid w:val="008D4144"/>
    <w:rsid w:val="008F7FC8"/>
    <w:rsid w:val="009426D2"/>
    <w:rsid w:val="009B66EB"/>
    <w:rsid w:val="009D5903"/>
    <w:rsid w:val="009F47C7"/>
    <w:rsid w:val="00A153B2"/>
    <w:rsid w:val="00A204BE"/>
    <w:rsid w:val="00AA1D8D"/>
    <w:rsid w:val="00AD228E"/>
    <w:rsid w:val="00AE12DB"/>
    <w:rsid w:val="00B40495"/>
    <w:rsid w:val="00B475AF"/>
    <w:rsid w:val="00B47730"/>
    <w:rsid w:val="00C56A70"/>
    <w:rsid w:val="00C92083"/>
    <w:rsid w:val="00CB0664"/>
    <w:rsid w:val="00D07AE0"/>
    <w:rsid w:val="00D33BB1"/>
    <w:rsid w:val="00E23111"/>
    <w:rsid w:val="00E81EAD"/>
    <w:rsid w:val="00ED05ED"/>
    <w:rsid w:val="00FB26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142F78"/>
  <w14:defaultImageDpi w14:val="300"/>
  <w15:docId w15:val="{422CF7F6-B57F-AB45-921B-7B6950D7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noProof/>
      <w:sz w:val="16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AD228E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F3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Ankara Bilim Üniversitesi Erasmus+ Öğrenci Taahhütnamesi</vt:lpstr>
      <vt:lpstr/>
    </vt:vector>
  </TitlesOfParts>
  <Manager/>
  <Company/>
  <LinksUpToDate>false</LinksUpToDate>
  <CharactersWithSpaces>1410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Student Mobility Withdrawal Form</dc:title>
  <dc:subject>Ankara Science University Erasmus+ student mobility form</dc:subject>
  <dc:creator>Ankara Science University</dc:creator>
  <cp:keywords/>
  <dc:description>generated by python-docx</dc:description>
  <cp:lastModifiedBy>Esra Aktaş</cp:lastModifiedBy>
  <cp:revision>12</cp:revision>
  <cp:lastPrinted>2026-07-02T07:31:00Z</cp:lastPrinted>
  <dcterms:created xsi:type="dcterms:W3CDTF">2026-07-02T12:26:00Z</dcterms:created>
  <dcterms:modified xsi:type="dcterms:W3CDTF">2026-08-13T14:12:00Z</dcterms:modified>
  <cp:category/>
</cp:coreProperties>
</file>