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7B09E" w14:textId="491DBFCD" w:rsidR="00550F2E" w:rsidRPr="00275A7E" w:rsidRDefault="00550F2E">
      <w:pPr>
        <w:spacing w:after="0"/>
        <w:jc w:val="center"/>
        <w:rPr>
          <w:rFonts w:ascii="Times New Roman" w:hAnsi="Times New Roman" w:cs="Times New Roman"/>
        </w:rPr>
      </w:pPr>
    </w:p>
    <w:p w14:paraId="5DC47723" w14:textId="1DDD890C" w:rsidR="00275A7E" w:rsidRPr="00176C08" w:rsidRDefault="00974C2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76C08">
        <w:rPr>
          <w:rFonts w:ascii="Times New Roman" w:hAnsi="Times New Roman" w:cs="Times New Roman"/>
          <w:b/>
          <w:sz w:val="20"/>
          <w:szCs w:val="20"/>
        </w:rPr>
        <w:t>T.C</w:t>
      </w:r>
    </w:p>
    <w:p w14:paraId="100F6E2D" w14:textId="0E0133A8" w:rsidR="00550F2E" w:rsidRPr="00176C08" w:rsidRDefault="0000000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76C08">
        <w:rPr>
          <w:rFonts w:ascii="Times New Roman" w:hAnsi="Times New Roman" w:cs="Times New Roman"/>
          <w:b/>
          <w:sz w:val="20"/>
          <w:szCs w:val="20"/>
        </w:rPr>
        <w:t xml:space="preserve">ANKARA </w:t>
      </w:r>
      <w:r w:rsidR="00396E73">
        <w:rPr>
          <w:rFonts w:ascii="Times New Roman" w:hAnsi="Times New Roman" w:cs="Times New Roman"/>
          <w:b/>
          <w:sz w:val="20"/>
          <w:szCs w:val="20"/>
        </w:rPr>
        <w:t>SCIENCE</w:t>
      </w:r>
      <w:r w:rsidRPr="00176C08">
        <w:rPr>
          <w:rFonts w:ascii="Times New Roman" w:hAnsi="Times New Roman" w:cs="Times New Roman"/>
          <w:b/>
          <w:sz w:val="20"/>
          <w:szCs w:val="20"/>
        </w:rPr>
        <w:t xml:space="preserve"> UNIVERSITY</w:t>
      </w:r>
    </w:p>
    <w:p w14:paraId="3B02607B" w14:textId="77777777" w:rsidR="00550F2E" w:rsidRPr="00176C08" w:rsidRDefault="0000000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76C08">
        <w:rPr>
          <w:rFonts w:ascii="Times New Roman" w:hAnsi="Times New Roman" w:cs="Times New Roman"/>
          <w:b/>
          <w:sz w:val="20"/>
          <w:szCs w:val="20"/>
        </w:rPr>
        <w:t>ERASMUS+ COORDINATION OFFICE</w:t>
      </w:r>
    </w:p>
    <w:p w14:paraId="011D081E" w14:textId="77777777" w:rsidR="00550F2E" w:rsidRPr="00176C08" w:rsidRDefault="00000000">
      <w:pPr>
        <w:pStyle w:val="LetterTitle"/>
        <w:spacing w:before="100" w:after="140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176C08">
        <w:rPr>
          <w:rFonts w:ascii="Times New Roman" w:hAnsi="Times New Roman" w:cs="Times New Roman"/>
          <w:color w:val="auto"/>
          <w:sz w:val="20"/>
          <w:szCs w:val="20"/>
        </w:rPr>
        <w:t>ERASMUS+ STUDENT MOBILITY ACCEPTANCE LETTER</w:t>
      </w:r>
    </w:p>
    <w:p w14:paraId="503F712F" w14:textId="77777777" w:rsidR="00275A7E" w:rsidRDefault="00275A7E">
      <w:pPr>
        <w:spacing w:after="100"/>
        <w:rPr>
          <w:rFonts w:ascii="Times New Roman" w:hAnsi="Times New Roman" w:cs="Times New Roman"/>
          <w:b/>
          <w:sz w:val="20"/>
        </w:rPr>
      </w:pPr>
    </w:p>
    <w:p w14:paraId="1483BEB5" w14:textId="77777777" w:rsidR="00275A7E" w:rsidRPr="00275A7E" w:rsidRDefault="00275A7E">
      <w:pPr>
        <w:spacing w:after="100"/>
        <w:rPr>
          <w:rFonts w:ascii="Times New Roman" w:hAnsi="Times New Roman" w:cs="Times New Roman"/>
          <w:b/>
          <w:sz w:val="20"/>
        </w:rPr>
      </w:pPr>
    </w:p>
    <w:p w14:paraId="51CD16C7" w14:textId="1B4564F9" w:rsidR="00550F2E" w:rsidRPr="00275A7E" w:rsidRDefault="00000000">
      <w:pPr>
        <w:spacing w:after="100"/>
        <w:rPr>
          <w:rFonts w:ascii="Times New Roman" w:hAnsi="Times New Roman" w:cs="Times New Roman"/>
        </w:rPr>
      </w:pPr>
      <w:r w:rsidRPr="00275A7E">
        <w:rPr>
          <w:rFonts w:ascii="Times New Roman" w:hAnsi="Times New Roman" w:cs="Times New Roman"/>
          <w:b/>
          <w:sz w:val="20"/>
        </w:rPr>
        <w:t>To Whom It May Concern,</w:t>
      </w:r>
    </w:p>
    <w:p w14:paraId="43EFACC1" w14:textId="719791C4" w:rsidR="00550F2E" w:rsidRPr="00275A7E" w:rsidRDefault="00000000">
      <w:pPr>
        <w:spacing w:after="100" w:line="252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5A7E">
        <w:rPr>
          <w:rFonts w:ascii="Times New Roman" w:hAnsi="Times New Roman" w:cs="Times New Roman"/>
          <w:sz w:val="20"/>
          <w:szCs w:val="20"/>
        </w:rPr>
        <w:t>This is to officially confirm that [FULL NAME OF STUDENT], born on [DATE OF BIRTH], passport/identity document number [PASSPORT OR ID NUMBER], a student of [SENDING INSTITUTION], has been accepted by Ankara</w:t>
      </w:r>
      <w:r w:rsidR="00275A7E" w:rsidRPr="00275A7E">
        <w:rPr>
          <w:rFonts w:ascii="Times New Roman" w:hAnsi="Times New Roman" w:cs="Times New Roman"/>
          <w:sz w:val="20"/>
          <w:szCs w:val="20"/>
        </w:rPr>
        <w:t xml:space="preserve"> </w:t>
      </w:r>
      <w:r w:rsidR="00396E73">
        <w:rPr>
          <w:rFonts w:ascii="Times New Roman" w:hAnsi="Times New Roman" w:cs="Times New Roman"/>
          <w:sz w:val="20"/>
          <w:szCs w:val="20"/>
        </w:rPr>
        <w:t>Science</w:t>
      </w:r>
      <w:r w:rsidRPr="00275A7E">
        <w:rPr>
          <w:rFonts w:ascii="Times New Roman" w:hAnsi="Times New Roman" w:cs="Times New Roman"/>
          <w:sz w:val="20"/>
          <w:szCs w:val="20"/>
        </w:rPr>
        <w:t xml:space="preserve"> University to participate in the Erasmus+ Student Mobility specified below.</w:t>
      </w:r>
    </w:p>
    <w:p w14:paraId="0C7E6FAF" w14:textId="77777777" w:rsidR="00275A7E" w:rsidRPr="00275A7E" w:rsidRDefault="00275A7E" w:rsidP="00275A7E">
      <w:pPr>
        <w:spacing w:after="100" w:line="252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31"/>
        <w:gridCol w:w="5131"/>
      </w:tblGrid>
      <w:tr w:rsidR="00550F2E" w:rsidRPr="00275A7E" w14:paraId="14505EA3" w14:textId="77777777" w:rsidTr="00176C08">
        <w:trPr>
          <w:cantSplit/>
          <w:trHeight w:val="403"/>
          <w:jc w:val="center"/>
        </w:trPr>
        <w:tc>
          <w:tcPr>
            <w:tcW w:w="5131" w:type="dxa"/>
            <w:tcBorders>
              <w:top w:val="single" w:sz="6" w:space="0" w:color="91A6B4"/>
              <w:left w:val="single" w:sz="6" w:space="0" w:color="91A6B4"/>
              <w:bottom w:val="single" w:sz="6" w:space="0" w:color="91A6B4"/>
              <w:right w:val="single" w:sz="6" w:space="0" w:color="91A6B4"/>
            </w:tcBorders>
            <w:shd w:val="clear" w:color="auto" w:fill="FFFFFF" w:themeFill="background1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CC352F6" w14:textId="77777777" w:rsidR="00550F2E" w:rsidRPr="00176C0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6C08">
              <w:rPr>
                <w:rFonts w:ascii="Times New Roman" w:hAnsi="Times New Roman" w:cs="Times New Roman"/>
                <w:b/>
                <w:sz w:val="20"/>
                <w:szCs w:val="20"/>
              </w:rPr>
              <w:t>Full Name</w:t>
            </w:r>
          </w:p>
        </w:tc>
        <w:tc>
          <w:tcPr>
            <w:tcW w:w="5131" w:type="dxa"/>
            <w:tcBorders>
              <w:top w:val="single" w:sz="6" w:space="0" w:color="91A6B4"/>
              <w:left w:val="single" w:sz="6" w:space="0" w:color="91A6B4"/>
              <w:bottom w:val="single" w:sz="6" w:space="0" w:color="91A6B4"/>
              <w:right w:val="single" w:sz="6" w:space="0" w:color="91A6B4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4C5281F4" w14:textId="77777777" w:rsidR="00550F2E" w:rsidRPr="00176C0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6C08">
              <w:rPr>
                <w:rFonts w:ascii="Times New Roman" w:hAnsi="Times New Roman" w:cs="Times New Roman"/>
                <w:sz w:val="20"/>
                <w:szCs w:val="20"/>
              </w:rPr>
              <w:t>[FULL NAME]</w:t>
            </w:r>
          </w:p>
        </w:tc>
      </w:tr>
      <w:tr w:rsidR="00550F2E" w:rsidRPr="00275A7E" w14:paraId="1D1487A9" w14:textId="77777777" w:rsidTr="00176C08">
        <w:trPr>
          <w:cantSplit/>
          <w:jc w:val="center"/>
        </w:trPr>
        <w:tc>
          <w:tcPr>
            <w:tcW w:w="5131" w:type="dxa"/>
            <w:tcBorders>
              <w:top w:val="single" w:sz="6" w:space="0" w:color="91A6B4"/>
              <w:left w:val="single" w:sz="6" w:space="0" w:color="91A6B4"/>
              <w:bottom w:val="single" w:sz="6" w:space="0" w:color="91A6B4"/>
              <w:right w:val="single" w:sz="6" w:space="0" w:color="91A6B4"/>
            </w:tcBorders>
            <w:shd w:val="clear" w:color="auto" w:fill="FFFFFF" w:themeFill="background1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6A4B4364" w14:textId="77777777" w:rsidR="00550F2E" w:rsidRPr="00176C0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6C08">
              <w:rPr>
                <w:rFonts w:ascii="Times New Roman" w:hAnsi="Times New Roman" w:cs="Times New Roman"/>
                <w:b/>
                <w:sz w:val="20"/>
                <w:szCs w:val="20"/>
              </w:rPr>
              <w:t>Nationality</w:t>
            </w:r>
          </w:p>
        </w:tc>
        <w:tc>
          <w:tcPr>
            <w:tcW w:w="5131" w:type="dxa"/>
            <w:tcBorders>
              <w:top w:val="single" w:sz="6" w:space="0" w:color="91A6B4"/>
              <w:left w:val="single" w:sz="6" w:space="0" w:color="91A6B4"/>
              <w:bottom w:val="single" w:sz="6" w:space="0" w:color="91A6B4"/>
              <w:right w:val="single" w:sz="6" w:space="0" w:color="91A6B4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64654BA9" w14:textId="77777777" w:rsidR="00550F2E" w:rsidRPr="00176C0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6C08">
              <w:rPr>
                <w:rFonts w:ascii="Times New Roman" w:hAnsi="Times New Roman" w:cs="Times New Roman"/>
                <w:sz w:val="20"/>
                <w:szCs w:val="20"/>
              </w:rPr>
              <w:t>[NATIONALITY]</w:t>
            </w:r>
          </w:p>
        </w:tc>
      </w:tr>
      <w:tr w:rsidR="00550F2E" w:rsidRPr="00275A7E" w14:paraId="18B0E2FD" w14:textId="77777777" w:rsidTr="00176C08">
        <w:trPr>
          <w:cantSplit/>
          <w:jc w:val="center"/>
        </w:trPr>
        <w:tc>
          <w:tcPr>
            <w:tcW w:w="5131" w:type="dxa"/>
            <w:tcBorders>
              <w:top w:val="single" w:sz="6" w:space="0" w:color="91A6B4"/>
              <w:left w:val="single" w:sz="6" w:space="0" w:color="91A6B4"/>
              <w:bottom w:val="single" w:sz="6" w:space="0" w:color="91A6B4"/>
              <w:right w:val="single" w:sz="6" w:space="0" w:color="91A6B4"/>
            </w:tcBorders>
            <w:shd w:val="clear" w:color="auto" w:fill="FFFFFF" w:themeFill="background1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37A51C23" w14:textId="77777777" w:rsidR="00550F2E" w:rsidRPr="00176C0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6C08">
              <w:rPr>
                <w:rFonts w:ascii="Times New Roman" w:hAnsi="Times New Roman" w:cs="Times New Roman"/>
                <w:b/>
                <w:sz w:val="20"/>
                <w:szCs w:val="20"/>
              </w:rPr>
              <w:t>Sending Institution / Erasmus Code</w:t>
            </w:r>
          </w:p>
        </w:tc>
        <w:tc>
          <w:tcPr>
            <w:tcW w:w="5131" w:type="dxa"/>
            <w:tcBorders>
              <w:top w:val="single" w:sz="6" w:space="0" w:color="91A6B4"/>
              <w:left w:val="single" w:sz="6" w:space="0" w:color="91A6B4"/>
              <w:bottom w:val="single" w:sz="6" w:space="0" w:color="91A6B4"/>
              <w:right w:val="single" w:sz="6" w:space="0" w:color="91A6B4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43537F7" w14:textId="77777777" w:rsidR="00550F2E" w:rsidRPr="00176C0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6C08">
              <w:rPr>
                <w:rFonts w:ascii="Times New Roman" w:hAnsi="Times New Roman" w:cs="Times New Roman"/>
                <w:sz w:val="20"/>
                <w:szCs w:val="20"/>
              </w:rPr>
              <w:t>[SENDING INSTITUTION]  |  [ERASMUS CODE]</w:t>
            </w:r>
          </w:p>
        </w:tc>
      </w:tr>
      <w:tr w:rsidR="00550F2E" w:rsidRPr="00275A7E" w14:paraId="1D9912A3" w14:textId="77777777" w:rsidTr="00176C08">
        <w:trPr>
          <w:cantSplit/>
          <w:jc w:val="center"/>
        </w:trPr>
        <w:tc>
          <w:tcPr>
            <w:tcW w:w="5131" w:type="dxa"/>
            <w:tcBorders>
              <w:top w:val="single" w:sz="6" w:space="0" w:color="91A6B4"/>
              <w:left w:val="single" w:sz="6" w:space="0" w:color="91A6B4"/>
              <w:bottom w:val="single" w:sz="6" w:space="0" w:color="91A6B4"/>
              <w:right w:val="single" w:sz="6" w:space="0" w:color="91A6B4"/>
            </w:tcBorders>
            <w:shd w:val="clear" w:color="auto" w:fill="FFFFFF" w:themeFill="background1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500B8BC" w14:textId="77777777" w:rsidR="00550F2E" w:rsidRPr="00176C0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6C08">
              <w:rPr>
                <w:rFonts w:ascii="Times New Roman" w:hAnsi="Times New Roman" w:cs="Times New Roman"/>
                <w:b/>
                <w:sz w:val="20"/>
                <w:szCs w:val="20"/>
              </w:rPr>
              <w:t>Home Faculty / Department / Programme</w:t>
            </w:r>
          </w:p>
        </w:tc>
        <w:tc>
          <w:tcPr>
            <w:tcW w:w="5131" w:type="dxa"/>
            <w:tcBorders>
              <w:top w:val="single" w:sz="6" w:space="0" w:color="91A6B4"/>
              <w:left w:val="single" w:sz="6" w:space="0" w:color="91A6B4"/>
              <w:bottom w:val="single" w:sz="6" w:space="0" w:color="91A6B4"/>
              <w:right w:val="single" w:sz="6" w:space="0" w:color="91A6B4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17BBE050" w14:textId="77777777" w:rsidR="00550F2E" w:rsidRPr="00176C0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6C08">
              <w:rPr>
                <w:rFonts w:ascii="Times New Roman" w:hAnsi="Times New Roman" w:cs="Times New Roman"/>
                <w:sz w:val="20"/>
                <w:szCs w:val="20"/>
              </w:rPr>
              <w:t>[FACULTY / DEPARTMENT / PROGRAMME]</w:t>
            </w:r>
          </w:p>
        </w:tc>
      </w:tr>
      <w:tr w:rsidR="00550F2E" w:rsidRPr="00275A7E" w14:paraId="752D23F8" w14:textId="77777777" w:rsidTr="00176C08">
        <w:trPr>
          <w:cantSplit/>
          <w:jc w:val="center"/>
        </w:trPr>
        <w:tc>
          <w:tcPr>
            <w:tcW w:w="5131" w:type="dxa"/>
            <w:tcBorders>
              <w:top w:val="single" w:sz="6" w:space="0" w:color="91A6B4"/>
              <w:left w:val="single" w:sz="6" w:space="0" w:color="91A6B4"/>
              <w:bottom w:val="single" w:sz="6" w:space="0" w:color="91A6B4"/>
              <w:right w:val="single" w:sz="6" w:space="0" w:color="91A6B4"/>
            </w:tcBorders>
            <w:shd w:val="clear" w:color="auto" w:fill="FFFFFF" w:themeFill="background1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146CCC30" w14:textId="77777777" w:rsidR="00550F2E" w:rsidRPr="00176C0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6C08">
              <w:rPr>
                <w:rFonts w:ascii="Times New Roman" w:hAnsi="Times New Roman" w:cs="Times New Roman"/>
                <w:b/>
                <w:sz w:val="20"/>
                <w:szCs w:val="20"/>
              </w:rPr>
              <w:t>Mobility Type</w:t>
            </w:r>
          </w:p>
        </w:tc>
        <w:tc>
          <w:tcPr>
            <w:tcW w:w="5131" w:type="dxa"/>
            <w:tcBorders>
              <w:top w:val="single" w:sz="6" w:space="0" w:color="91A6B4"/>
              <w:left w:val="single" w:sz="6" w:space="0" w:color="91A6B4"/>
              <w:bottom w:val="single" w:sz="6" w:space="0" w:color="91A6B4"/>
              <w:right w:val="single" w:sz="6" w:space="0" w:color="91A6B4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2CE2002A" w14:textId="77777777" w:rsidR="00550F2E" w:rsidRPr="00176C0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6C0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76C08">
              <w:rPr>
                <w:rFonts w:ascii="Times New Roman" w:hAnsi="Times New Roman" w:cs="Times New Roman"/>
                <w:sz w:val="20"/>
                <w:szCs w:val="20"/>
              </w:rPr>
              <w:t xml:space="preserve"> Student Mobility for Studies   </w:t>
            </w:r>
            <w:r w:rsidRPr="00176C0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76C08">
              <w:rPr>
                <w:rFonts w:ascii="Times New Roman" w:hAnsi="Times New Roman" w:cs="Times New Roman"/>
                <w:sz w:val="20"/>
                <w:szCs w:val="20"/>
              </w:rPr>
              <w:t xml:space="preserve"> Student Mobility for Traineeships</w:t>
            </w:r>
          </w:p>
        </w:tc>
      </w:tr>
      <w:tr w:rsidR="00550F2E" w:rsidRPr="00275A7E" w14:paraId="732FA9EA" w14:textId="77777777" w:rsidTr="00176C08">
        <w:trPr>
          <w:cantSplit/>
          <w:jc w:val="center"/>
        </w:trPr>
        <w:tc>
          <w:tcPr>
            <w:tcW w:w="5131" w:type="dxa"/>
            <w:tcBorders>
              <w:top w:val="single" w:sz="6" w:space="0" w:color="91A6B4"/>
              <w:left w:val="single" w:sz="6" w:space="0" w:color="91A6B4"/>
              <w:bottom w:val="single" w:sz="6" w:space="0" w:color="91A6B4"/>
              <w:right w:val="single" w:sz="6" w:space="0" w:color="91A6B4"/>
            </w:tcBorders>
            <w:shd w:val="clear" w:color="auto" w:fill="FFFFFF" w:themeFill="background1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FC9E3B1" w14:textId="77777777" w:rsidR="00550F2E" w:rsidRPr="00176C0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6C08">
              <w:rPr>
                <w:rFonts w:ascii="Times New Roman" w:hAnsi="Times New Roman" w:cs="Times New Roman"/>
                <w:b/>
                <w:sz w:val="20"/>
                <w:szCs w:val="20"/>
              </w:rPr>
              <w:t>Mobility Period</w:t>
            </w:r>
          </w:p>
        </w:tc>
        <w:tc>
          <w:tcPr>
            <w:tcW w:w="5131" w:type="dxa"/>
            <w:tcBorders>
              <w:top w:val="single" w:sz="6" w:space="0" w:color="91A6B4"/>
              <w:left w:val="single" w:sz="6" w:space="0" w:color="91A6B4"/>
              <w:bottom w:val="single" w:sz="6" w:space="0" w:color="91A6B4"/>
              <w:right w:val="single" w:sz="6" w:space="0" w:color="91A6B4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F30EE37" w14:textId="49887750" w:rsidR="00550F2E" w:rsidRPr="00176C0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6C0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76C08">
              <w:rPr>
                <w:rFonts w:ascii="Times New Roman" w:hAnsi="Times New Roman" w:cs="Times New Roman"/>
                <w:sz w:val="20"/>
                <w:szCs w:val="20"/>
              </w:rPr>
              <w:t xml:space="preserve"> Fall Semester   </w:t>
            </w:r>
            <w:r w:rsidRPr="00176C0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76C08">
              <w:rPr>
                <w:rFonts w:ascii="Times New Roman" w:hAnsi="Times New Roman" w:cs="Times New Roman"/>
                <w:sz w:val="20"/>
                <w:szCs w:val="20"/>
              </w:rPr>
              <w:t xml:space="preserve"> Spring Semester   </w:t>
            </w:r>
            <w:r w:rsidRPr="00176C0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76C08">
              <w:rPr>
                <w:rFonts w:ascii="Times New Roman" w:hAnsi="Times New Roman" w:cs="Times New Roman"/>
                <w:sz w:val="20"/>
                <w:szCs w:val="20"/>
              </w:rPr>
              <w:t xml:space="preserve"> Full Academic Year   </w:t>
            </w:r>
          </w:p>
        </w:tc>
      </w:tr>
      <w:tr w:rsidR="00550F2E" w:rsidRPr="00275A7E" w14:paraId="4DC96C9C" w14:textId="77777777" w:rsidTr="00176C08">
        <w:trPr>
          <w:cantSplit/>
          <w:jc w:val="center"/>
        </w:trPr>
        <w:tc>
          <w:tcPr>
            <w:tcW w:w="5131" w:type="dxa"/>
            <w:tcBorders>
              <w:top w:val="single" w:sz="6" w:space="0" w:color="91A6B4"/>
              <w:left w:val="single" w:sz="6" w:space="0" w:color="91A6B4"/>
              <w:bottom w:val="single" w:sz="6" w:space="0" w:color="91A6B4"/>
              <w:right w:val="single" w:sz="6" w:space="0" w:color="91A6B4"/>
            </w:tcBorders>
            <w:shd w:val="clear" w:color="auto" w:fill="FFFFFF" w:themeFill="background1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06967278" w14:textId="77777777" w:rsidR="00550F2E" w:rsidRPr="00176C0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6C08">
              <w:rPr>
                <w:rFonts w:ascii="Times New Roman" w:hAnsi="Times New Roman" w:cs="Times New Roman"/>
                <w:b/>
                <w:sz w:val="20"/>
                <w:szCs w:val="20"/>
              </w:rPr>
              <w:t>Approved Mobility Dates</w:t>
            </w:r>
          </w:p>
        </w:tc>
        <w:tc>
          <w:tcPr>
            <w:tcW w:w="5131" w:type="dxa"/>
            <w:tcBorders>
              <w:top w:val="single" w:sz="6" w:space="0" w:color="91A6B4"/>
              <w:left w:val="single" w:sz="6" w:space="0" w:color="91A6B4"/>
              <w:bottom w:val="single" w:sz="6" w:space="0" w:color="91A6B4"/>
              <w:right w:val="single" w:sz="6" w:space="0" w:color="91A6B4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4B20DD4" w14:textId="77777777" w:rsidR="00550F2E" w:rsidRPr="00176C0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6C08">
              <w:rPr>
                <w:rFonts w:ascii="Times New Roman" w:hAnsi="Times New Roman" w:cs="Times New Roman"/>
                <w:sz w:val="20"/>
                <w:szCs w:val="20"/>
              </w:rPr>
              <w:t>[START DATE] – [END DATE]</w:t>
            </w:r>
          </w:p>
        </w:tc>
      </w:tr>
      <w:tr w:rsidR="00550F2E" w:rsidRPr="00275A7E" w14:paraId="66D2D30B" w14:textId="77777777" w:rsidTr="00176C08">
        <w:trPr>
          <w:cantSplit/>
          <w:jc w:val="center"/>
        </w:trPr>
        <w:tc>
          <w:tcPr>
            <w:tcW w:w="5131" w:type="dxa"/>
            <w:tcBorders>
              <w:top w:val="single" w:sz="6" w:space="0" w:color="91A6B4"/>
              <w:left w:val="single" w:sz="6" w:space="0" w:color="91A6B4"/>
              <w:bottom w:val="single" w:sz="6" w:space="0" w:color="91A6B4"/>
              <w:right w:val="single" w:sz="6" w:space="0" w:color="91A6B4"/>
            </w:tcBorders>
            <w:shd w:val="clear" w:color="auto" w:fill="FFFFFF" w:themeFill="background1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43587A68" w14:textId="77777777" w:rsidR="00550F2E" w:rsidRPr="00176C0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6C08">
              <w:rPr>
                <w:rFonts w:ascii="Times New Roman" w:hAnsi="Times New Roman" w:cs="Times New Roman"/>
                <w:b/>
                <w:sz w:val="20"/>
                <w:szCs w:val="20"/>
              </w:rPr>
              <w:t>Host Faculty / Department / Unit</w:t>
            </w:r>
          </w:p>
        </w:tc>
        <w:tc>
          <w:tcPr>
            <w:tcW w:w="5131" w:type="dxa"/>
            <w:tcBorders>
              <w:top w:val="single" w:sz="6" w:space="0" w:color="91A6B4"/>
              <w:left w:val="single" w:sz="6" w:space="0" w:color="91A6B4"/>
              <w:bottom w:val="single" w:sz="6" w:space="0" w:color="91A6B4"/>
              <w:right w:val="single" w:sz="6" w:space="0" w:color="91A6B4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345CCA8A" w14:textId="77777777" w:rsidR="00550F2E" w:rsidRPr="00176C0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6C08">
              <w:rPr>
                <w:rFonts w:ascii="Times New Roman" w:hAnsi="Times New Roman" w:cs="Times New Roman"/>
                <w:sz w:val="20"/>
                <w:szCs w:val="20"/>
              </w:rPr>
              <w:t>[HOST FACULTY / DEPARTMENT / UNIT]</w:t>
            </w:r>
          </w:p>
        </w:tc>
      </w:tr>
      <w:tr w:rsidR="00550F2E" w:rsidRPr="00275A7E" w14:paraId="3219776B" w14:textId="77777777" w:rsidTr="00176C08">
        <w:trPr>
          <w:cantSplit/>
          <w:jc w:val="center"/>
        </w:trPr>
        <w:tc>
          <w:tcPr>
            <w:tcW w:w="5131" w:type="dxa"/>
            <w:tcBorders>
              <w:top w:val="single" w:sz="6" w:space="0" w:color="91A6B4"/>
              <w:left w:val="single" w:sz="6" w:space="0" w:color="91A6B4"/>
              <w:bottom w:val="single" w:sz="6" w:space="0" w:color="91A6B4"/>
              <w:right w:val="single" w:sz="6" w:space="0" w:color="91A6B4"/>
            </w:tcBorders>
            <w:shd w:val="clear" w:color="auto" w:fill="FFFFFF" w:themeFill="background1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40F72EB4" w14:textId="77777777" w:rsidR="00550F2E" w:rsidRPr="00176C0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6C08">
              <w:rPr>
                <w:rFonts w:ascii="Times New Roman" w:hAnsi="Times New Roman" w:cs="Times New Roman"/>
                <w:b/>
                <w:sz w:val="20"/>
                <w:szCs w:val="20"/>
              </w:rPr>
              <w:t>Traineeship Position / Field (if applicable)</w:t>
            </w:r>
          </w:p>
        </w:tc>
        <w:tc>
          <w:tcPr>
            <w:tcW w:w="5131" w:type="dxa"/>
            <w:tcBorders>
              <w:top w:val="single" w:sz="6" w:space="0" w:color="91A6B4"/>
              <w:left w:val="single" w:sz="6" w:space="0" w:color="91A6B4"/>
              <w:bottom w:val="single" w:sz="6" w:space="0" w:color="91A6B4"/>
              <w:right w:val="single" w:sz="6" w:space="0" w:color="91A6B4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65C783D5" w14:textId="77777777" w:rsidR="00550F2E" w:rsidRPr="00176C0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6C08">
              <w:rPr>
                <w:rFonts w:ascii="Times New Roman" w:hAnsi="Times New Roman" w:cs="Times New Roman"/>
                <w:sz w:val="20"/>
                <w:szCs w:val="20"/>
              </w:rPr>
              <w:t>[POSITION / FIELD / N/A]</w:t>
            </w:r>
          </w:p>
        </w:tc>
      </w:tr>
      <w:tr w:rsidR="00550F2E" w:rsidRPr="00275A7E" w14:paraId="7015824C" w14:textId="77777777" w:rsidTr="00176C08">
        <w:trPr>
          <w:cantSplit/>
          <w:trHeight w:val="358"/>
          <w:jc w:val="center"/>
        </w:trPr>
        <w:tc>
          <w:tcPr>
            <w:tcW w:w="5131" w:type="dxa"/>
            <w:tcBorders>
              <w:top w:val="single" w:sz="6" w:space="0" w:color="91A6B4"/>
              <w:left w:val="single" w:sz="6" w:space="0" w:color="91A6B4"/>
              <w:bottom w:val="single" w:sz="6" w:space="0" w:color="91A6B4"/>
              <w:right w:val="single" w:sz="6" w:space="0" w:color="91A6B4"/>
            </w:tcBorders>
            <w:shd w:val="clear" w:color="auto" w:fill="FFFFFF" w:themeFill="background1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16071313" w14:textId="77777777" w:rsidR="00550F2E" w:rsidRPr="00176C0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6C08">
              <w:rPr>
                <w:rFonts w:ascii="Times New Roman" w:hAnsi="Times New Roman" w:cs="Times New Roman"/>
                <w:b/>
                <w:sz w:val="20"/>
                <w:szCs w:val="20"/>
              </w:rPr>
              <w:t>Academic / Workplace Supervisor</w:t>
            </w:r>
          </w:p>
        </w:tc>
        <w:tc>
          <w:tcPr>
            <w:tcW w:w="5131" w:type="dxa"/>
            <w:tcBorders>
              <w:top w:val="single" w:sz="6" w:space="0" w:color="91A6B4"/>
              <w:left w:val="single" w:sz="6" w:space="0" w:color="91A6B4"/>
              <w:bottom w:val="single" w:sz="6" w:space="0" w:color="91A6B4"/>
              <w:right w:val="single" w:sz="6" w:space="0" w:color="91A6B4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28737328" w14:textId="77777777" w:rsidR="00550F2E" w:rsidRPr="00176C08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6C08">
              <w:rPr>
                <w:rFonts w:ascii="Times New Roman" w:hAnsi="Times New Roman" w:cs="Times New Roman"/>
                <w:sz w:val="20"/>
                <w:szCs w:val="20"/>
              </w:rPr>
              <w:t>[FULL NAME, TITLE AND E-MAIL]</w:t>
            </w:r>
          </w:p>
        </w:tc>
      </w:tr>
    </w:tbl>
    <w:p w14:paraId="38D306FB" w14:textId="77777777" w:rsidR="00275A7E" w:rsidRPr="00275A7E" w:rsidRDefault="00275A7E">
      <w:pPr>
        <w:spacing w:after="80" w:line="252" w:lineRule="auto"/>
        <w:jc w:val="both"/>
        <w:rPr>
          <w:rFonts w:ascii="Times New Roman" w:hAnsi="Times New Roman" w:cs="Times New Roman"/>
          <w:sz w:val="18"/>
        </w:rPr>
      </w:pPr>
    </w:p>
    <w:p w14:paraId="0434835E" w14:textId="071EF553" w:rsidR="00550F2E" w:rsidRPr="00275A7E" w:rsidRDefault="00000000">
      <w:pPr>
        <w:spacing w:after="80" w:line="252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5A7E">
        <w:rPr>
          <w:rFonts w:ascii="Times New Roman" w:hAnsi="Times New Roman" w:cs="Times New Roman"/>
          <w:sz w:val="20"/>
          <w:szCs w:val="20"/>
        </w:rPr>
        <w:t xml:space="preserve">The mobility has been approved by the relevant academic or administrative unit. The study or traineeship programme will be carried out in accordance with the approved Erasmus+ Learning Agreement and the institutional rules applicable at Ankara </w:t>
      </w:r>
      <w:r w:rsidR="00396E73">
        <w:rPr>
          <w:rFonts w:ascii="Times New Roman" w:hAnsi="Times New Roman" w:cs="Times New Roman"/>
          <w:sz w:val="20"/>
          <w:szCs w:val="20"/>
        </w:rPr>
        <w:t>Science</w:t>
      </w:r>
      <w:r w:rsidR="00275A7E" w:rsidRPr="00275A7E">
        <w:rPr>
          <w:rFonts w:ascii="Times New Roman" w:hAnsi="Times New Roman" w:cs="Times New Roman"/>
          <w:sz w:val="20"/>
          <w:szCs w:val="20"/>
        </w:rPr>
        <w:t xml:space="preserve"> </w:t>
      </w:r>
      <w:r w:rsidRPr="00275A7E">
        <w:rPr>
          <w:rFonts w:ascii="Times New Roman" w:hAnsi="Times New Roman" w:cs="Times New Roman"/>
          <w:sz w:val="20"/>
          <w:szCs w:val="20"/>
        </w:rPr>
        <w:t>University.</w:t>
      </w:r>
    </w:p>
    <w:p w14:paraId="6DA05409" w14:textId="77777777" w:rsidR="00550F2E" w:rsidRPr="00275A7E" w:rsidRDefault="00000000">
      <w:pPr>
        <w:spacing w:after="80" w:line="252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5A7E">
        <w:rPr>
          <w:rFonts w:ascii="Times New Roman" w:hAnsi="Times New Roman" w:cs="Times New Roman"/>
          <w:sz w:val="20"/>
          <w:szCs w:val="20"/>
        </w:rPr>
        <w:t xml:space="preserve">This letter confirms the </w:t>
      </w:r>
      <w:proofErr w:type="gramStart"/>
      <w:r w:rsidRPr="00275A7E">
        <w:rPr>
          <w:rFonts w:ascii="Times New Roman" w:hAnsi="Times New Roman" w:cs="Times New Roman"/>
          <w:sz w:val="20"/>
          <w:szCs w:val="20"/>
        </w:rPr>
        <w:t>student's</w:t>
      </w:r>
      <w:proofErr w:type="gramEnd"/>
      <w:r w:rsidRPr="00275A7E">
        <w:rPr>
          <w:rFonts w:ascii="Times New Roman" w:hAnsi="Times New Roman" w:cs="Times New Roman"/>
          <w:sz w:val="20"/>
          <w:szCs w:val="20"/>
        </w:rPr>
        <w:t xml:space="preserve"> official acceptance </w:t>
      </w:r>
      <w:proofErr w:type="gramStart"/>
      <w:r w:rsidRPr="00275A7E">
        <w:rPr>
          <w:rFonts w:ascii="Times New Roman" w:hAnsi="Times New Roman" w:cs="Times New Roman"/>
          <w:sz w:val="20"/>
          <w:szCs w:val="20"/>
        </w:rPr>
        <w:t>for</w:t>
      </w:r>
      <w:proofErr w:type="gramEnd"/>
      <w:r w:rsidRPr="00275A7E">
        <w:rPr>
          <w:rFonts w:ascii="Times New Roman" w:hAnsi="Times New Roman" w:cs="Times New Roman"/>
          <w:sz w:val="20"/>
          <w:szCs w:val="20"/>
        </w:rPr>
        <w:t xml:space="preserve"> the dates stated above and may be submitted to the relevant authorities for visa, residence permit and other official procedures. Any Erasmus+ grant or other financial support, if applicable, is administered by the student's sending institution unless otherwise confirmed in writing.</w:t>
      </w:r>
    </w:p>
    <w:p w14:paraId="3AC4C186" w14:textId="6C0CA1A2" w:rsidR="00550F2E" w:rsidRPr="00275A7E" w:rsidRDefault="00000000">
      <w:pPr>
        <w:spacing w:after="100" w:line="252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5A7E">
        <w:rPr>
          <w:rFonts w:ascii="Times New Roman" w:hAnsi="Times New Roman" w:cs="Times New Roman"/>
          <w:sz w:val="20"/>
          <w:szCs w:val="20"/>
        </w:rPr>
        <w:t xml:space="preserve">We are pleased to welcome the </w:t>
      </w:r>
      <w:proofErr w:type="gramStart"/>
      <w:r w:rsidRPr="00275A7E">
        <w:rPr>
          <w:rFonts w:ascii="Times New Roman" w:hAnsi="Times New Roman" w:cs="Times New Roman"/>
          <w:sz w:val="20"/>
          <w:szCs w:val="20"/>
        </w:rPr>
        <w:t>student</w:t>
      </w:r>
      <w:proofErr w:type="gramEnd"/>
      <w:r w:rsidRPr="00275A7E">
        <w:rPr>
          <w:rFonts w:ascii="Times New Roman" w:hAnsi="Times New Roman" w:cs="Times New Roman"/>
          <w:sz w:val="20"/>
          <w:szCs w:val="20"/>
        </w:rPr>
        <w:t xml:space="preserve"> to Ankara </w:t>
      </w:r>
      <w:r w:rsidR="00396E73">
        <w:rPr>
          <w:rFonts w:ascii="Times New Roman" w:hAnsi="Times New Roman" w:cs="Times New Roman"/>
          <w:sz w:val="20"/>
          <w:szCs w:val="20"/>
        </w:rPr>
        <w:t>Science</w:t>
      </w:r>
      <w:r w:rsidRPr="00275A7E">
        <w:rPr>
          <w:rFonts w:ascii="Times New Roman" w:hAnsi="Times New Roman" w:cs="Times New Roman"/>
          <w:sz w:val="20"/>
          <w:szCs w:val="20"/>
        </w:rPr>
        <w:t xml:space="preserve"> University and wish them a successful and enriching mobility period.</w:t>
      </w:r>
    </w:p>
    <w:p w14:paraId="7CF31636" w14:textId="77777777" w:rsidR="00275A7E" w:rsidRPr="00275A7E" w:rsidRDefault="00275A7E">
      <w:pPr>
        <w:spacing w:before="40" w:after="120"/>
        <w:rPr>
          <w:rFonts w:ascii="Times New Roman" w:hAnsi="Times New Roman" w:cs="Times New Roman"/>
          <w:sz w:val="20"/>
          <w:szCs w:val="20"/>
        </w:rPr>
      </w:pPr>
    </w:p>
    <w:p w14:paraId="29410D05" w14:textId="20C33C75" w:rsidR="00550F2E" w:rsidRPr="00275A7E" w:rsidRDefault="00000000">
      <w:pPr>
        <w:spacing w:before="40" w:after="120"/>
        <w:rPr>
          <w:rFonts w:ascii="Times New Roman" w:hAnsi="Times New Roman" w:cs="Times New Roman"/>
          <w:sz w:val="20"/>
          <w:szCs w:val="20"/>
        </w:rPr>
      </w:pPr>
      <w:r w:rsidRPr="00275A7E">
        <w:rPr>
          <w:rFonts w:ascii="Times New Roman" w:hAnsi="Times New Roman" w:cs="Times New Roman"/>
          <w:sz w:val="20"/>
          <w:szCs w:val="20"/>
        </w:rPr>
        <w:t>Yours faithfully,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31"/>
        <w:gridCol w:w="5131"/>
      </w:tblGrid>
      <w:tr w:rsidR="00550F2E" w:rsidRPr="00275A7E" w14:paraId="7207A140" w14:textId="77777777">
        <w:trPr>
          <w:jc w:val="center"/>
        </w:trPr>
        <w:tc>
          <w:tcPr>
            <w:tcW w:w="5131" w:type="dxa"/>
            <w:tcBorders>
              <w:top w:val="nil"/>
              <w:left w:val="nil"/>
              <w:bottom w:val="nil"/>
              <w:right w:val="nil"/>
            </w:tcBorders>
            <w:tcMar>
              <w:top w:w="18" w:type="dxa"/>
              <w:left w:w="0" w:type="dxa"/>
              <w:bottom w:w="18" w:type="dxa"/>
              <w:right w:w="0" w:type="dxa"/>
            </w:tcMar>
            <w:vAlign w:val="center"/>
          </w:tcPr>
          <w:p w14:paraId="1111B72D" w14:textId="77777777" w:rsidR="00275A7E" w:rsidRPr="00275A7E" w:rsidRDefault="00275A7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3F9D3C67" w14:textId="14A82149" w:rsidR="00550F2E" w:rsidRPr="00275A7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5A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Esra </w:t>
            </w:r>
            <w:r w:rsidR="00275A7E" w:rsidRPr="00275A7E">
              <w:rPr>
                <w:rFonts w:ascii="Times New Roman" w:hAnsi="Times New Roman" w:cs="Times New Roman"/>
                <w:b/>
                <w:sz w:val="20"/>
                <w:szCs w:val="20"/>
              </w:rPr>
              <w:t>AKTAŞ</w:t>
            </w:r>
          </w:p>
        </w:tc>
        <w:tc>
          <w:tcPr>
            <w:tcW w:w="5131" w:type="dxa"/>
            <w:tcBorders>
              <w:top w:val="nil"/>
              <w:left w:val="nil"/>
              <w:bottom w:val="nil"/>
              <w:right w:val="nil"/>
            </w:tcBorders>
            <w:tcMar>
              <w:top w:w="18" w:type="dxa"/>
              <w:left w:w="0" w:type="dxa"/>
              <w:bottom w:w="18" w:type="dxa"/>
              <w:right w:w="0" w:type="dxa"/>
            </w:tcMar>
            <w:vAlign w:val="center"/>
          </w:tcPr>
          <w:p w14:paraId="0E230F1E" w14:textId="6B73AE71" w:rsidR="00550F2E" w:rsidRPr="00275A7E" w:rsidRDefault="00275A7E" w:rsidP="00275A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5A7E">
              <w:rPr>
                <w:rFonts w:ascii="Times New Roman" w:hAnsi="Times New Roman" w:cs="Times New Roman"/>
                <w:b/>
                <w:sz w:val="18"/>
              </w:rPr>
              <w:t xml:space="preserve">                                                                             Official Stamp</w:t>
            </w:r>
          </w:p>
        </w:tc>
      </w:tr>
      <w:tr w:rsidR="00550F2E" w:rsidRPr="00275A7E" w14:paraId="22441B32" w14:textId="77777777">
        <w:trPr>
          <w:jc w:val="center"/>
        </w:trPr>
        <w:tc>
          <w:tcPr>
            <w:tcW w:w="5131" w:type="dxa"/>
            <w:tcBorders>
              <w:top w:val="nil"/>
              <w:left w:val="nil"/>
              <w:bottom w:val="nil"/>
              <w:right w:val="nil"/>
            </w:tcBorders>
            <w:tcMar>
              <w:top w:w="18" w:type="dxa"/>
              <w:left w:w="0" w:type="dxa"/>
              <w:bottom w:w="18" w:type="dxa"/>
              <w:right w:w="0" w:type="dxa"/>
            </w:tcMar>
            <w:vAlign w:val="center"/>
          </w:tcPr>
          <w:p w14:paraId="29C20CA9" w14:textId="12BF97EA" w:rsidR="00550F2E" w:rsidRPr="00275A7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5A7E">
              <w:rPr>
                <w:rFonts w:ascii="Times New Roman" w:hAnsi="Times New Roman" w:cs="Times New Roman"/>
                <w:sz w:val="20"/>
                <w:szCs w:val="20"/>
              </w:rPr>
              <w:t>Erasmus Institutional Coordinator</w:t>
            </w:r>
            <w:r w:rsidRPr="00275A7E">
              <w:rPr>
                <w:rFonts w:ascii="Times New Roman" w:hAnsi="Times New Roman" w:cs="Times New Roman"/>
                <w:sz w:val="17"/>
              </w:rPr>
              <w:br/>
            </w:r>
            <w:r w:rsidRPr="00275A7E">
              <w:rPr>
                <w:rFonts w:ascii="Times New Roman" w:hAnsi="Times New Roman" w:cs="Times New Roman"/>
                <w:sz w:val="17"/>
              </w:rPr>
              <w:br/>
              <w:t>Signature:</w:t>
            </w:r>
          </w:p>
        </w:tc>
        <w:tc>
          <w:tcPr>
            <w:tcW w:w="5131" w:type="dxa"/>
            <w:tcBorders>
              <w:top w:val="nil"/>
              <w:left w:val="nil"/>
              <w:bottom w:val="nil"/>
              <w:right w:val="nil"/>
            </w:tcBorders>
            <w:tcMar>
              <w:top w:w="18" w:type="dxa"/>
              <w:left w:w="0" w:type="dxa"/>
              <w:bottom w:w="18" w:type="dxa"/>
              <w:right w:w="0" w:type="dxa"/>
            </w:tcMar>
            <w:vAlign w:val="center"/>
          </w:tcPr>
          <w:p w14:paraId="146C8557" w14:textId="77777777" w:rsidR="00550F2E" w:rsidRPr="00275A7E" w:rsidRDefault="0000000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75A7E">
              <w:rPr>
                <w:rFonts w:ascii="Times New Roman" w:hAnsi="Times New Roman" w:cs="Times New Roman"/>
                <w:sz w:val="17"/>
              </w:rPr>
              <w:br/>
            </w:r>
            <w:r w:rsidRPr="00275A7E">
              <w:rPr>
                <w:rFonts w:ascii="Times New Roman" w:hAnsi="Times New Roman" w:cs="Times New Roman"/>
                <w:sz w:val="17"/>
              </w:rPr>
              <w:br/>
            </w:r>
          </w:p>
        </w:tc>
      </w:tr>
    </w:tbl>
    <w:p w14:paraId="29D416AC" w14:textId="77777777" w:rsidR="00E364BA" w:rsidRPr="00275A7E" w:rsidRDefault="00E364BA">
      <w:pPr>
        <w:rPr>
          <w:rFonts w:ascii="Times New Roman" w:hAnsi="Times New Roman" w:cs="Times New Roman"/>
        </w:rPr>
      </w:pPr>
    </w:p>
    <w:sectPr w:rsidR="00E364BA" w:rsidRPr="00275A7E" w:rsidSect="00974C29">
      <w:headerReference w:type="default" r:id="rId8"/>
      <w:footerReference w:type="default" r:id="rId9"/>
      <w:pgSz w:w="11906" w:h="16838"/>
      <w:pgMar w:top="482" w:right="822" w:bottom="482" w:left="822" w:header="11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45C16" w14:textId="77777777" w:rsidR="00BD450C" w:rsidRDefault="00BD450C">
      <w:pPr>
        <w:spacing w:after="0" w:line="240" w:lineRule="auto"/>
      </w:pPr>
      <w:r>
        <w:separator/>
      </w:r>
    </w:p>
  </w:endnote>
  <w:endnote w:type="continuationSeparator" w:id="0">
    <w:p w14:paraId="05C95649" w14:textId="77777777" w:rsidR="00BD450C" w:rsidRDefault="00BD4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65F5A" w14:textId="437BB1D7" w:rsidR="00550F2E" w:rsidRPr="00176C08" w:rsidRDefault="00000000">
    <w:pPr>
      <w:pStyle w:val="AltBilgi"/>
      <w:jc w:val="center"/>
      <w:rPr>
        <w:rFonts w:ascii="Times New Roman" w:hAnsi="Times New Roman" w:cs="Times New Roman"/>
        <w:sz w:val="16"/>
        <w:szCs w:val="16"/>
      </w:rPr>
    </w:pPr>
    <w:r w:rsidRPr="00176C08">
      <w:rPr>
        <w:rFonts w:ascii="Times New Roman" w:hAnsi="Times New Roman" w:cs="Times New Roman"/>
        <w:sz w:val="16"/>
        <w:szCs w:val="16"/>
      </w:rPr>
      <w:t xml:space="preserve">Şehit Gönenç Street, Maltepe District No: 5, Çankaya/Ankara, Türkiye  </w:t>
    </w:r>
    <w:r w:rsidR="00176C08" w:rsidRPr="00176C08">
      <w:rPr>
        <w:rFonts w:ascii="Times New Roman" w:hAnsi="Times New Roman" w:cs="Times New Roman"/>
        <w:sz w:val="16"/>
        <w:szCs w:val="16"/>
      </w:rPr>
      <w:br/>
      <w:t>Contact:</w:t>
    </w:r>
    <w:r w:rsidRPr="00176C08">
      <w:rPr>
        <w:rFonts w:ascii="Times New Roman" w:hAnsi="Times New Roman" w:cs="Times New Roman"/>
        <w:sz w:val="16"/>
        <w:szCs w:val="16"/>
      </w:rPr>
      <w:t xml:space="preserve"> +90 444 22 </w:t>
    </w:r>
    <w:r w:rsidR="00176C08" w:rsidRPr="00176C08">
      <w:rPr>
        <w:rFonts w:ascii="Times New Roman" w:hAnsi="Times New Roman" w:cs="Times New Roman"/>
        <w:sz w:val="16"/>
        <w:szCs w:val="16"/>
      </w:rPr>
      <w:t xml:space="preserve"> </w:t>
    </w:r>
    <w:r w:rsidRPr="00176C08">
      <w:rPr>
        <w:rFonts w:ascii="Times New Roman" w:hAnsi="Times New Roman" w:cs="Times New Roman"/>
        <w:sz w:val="16"/>
        <w:szCs w:val="16"/>
      </w:rPr>
      <w:t>www.ankara</w:t>
    </w:r>
    <w:r w:rsidR="00396E73">
      <w:rPr>
        <w:rFonts w:ascii="Times New Roman" w:hAnsi="Times New Roman" w:cs="Times New Roman"/>
        <w:sz w:val="16"/>
        <w:szCs w:val="16"/>
      </w:rPr>
      <w:t>science</w:t>
    </w:r>
    <w:r w:rsidRPr="00176C08">
      <w:rPr>
        <w:rFonts w:ascii="Times New Roman" w:hAnsi="Times New Roman" w:cs="Times New Roman"/>
        <w:sz w:val="16"/>
        <w:szCs w:val="16"/>
      </w:rPr>
      <w:t>.edu.tr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85E8E" w14:textId="77777777" w:rsidR="00BD450C" w:rsidRDefault="00BD450C">
      <w:pPr>
        <w:spacing w:after="0" w:line="240" w:lineRule="auto"/>
      </w:pPr>
      <w:r>
        <w:separator/>
      </w:r>
    </w:p>
  </w:footnote>
  <w:footnote w:type="continuationSeparator" w:id="0">
    <w:p w14:paraId="31226328" w14:textId="77777777" w:rsidR="00BD450C" w:rsidRDefault="00BD4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28859" w14:textId="778C9465" w:rsidR="00176C08" w:rsidRDefault="00396E73">
    <w:pPr>
      <w:pStyle w:val="stBilgi"/>
    </w:pPr>
    <w:r>
      <w:rPr>
        <w:noProof/>
      </w:rPr>
      <w:drawing>
        <wp:anchor distT="0" distB="0" distL="114300" distR="114300" simplePos="0" relativeHeight="251658752" behindDoc="1" locked="0" layoutInCell="1" allowOverlap="1" wp14:anchorId="747F6489" wp14:editId="550D9097">
          <wp:simplePos x="0" y="0"/>
          <wp:positionH relativeFrom="column">
            <wp:posOffset>-179070</wp:posOffset>
          </wp:positionH>
          <wp:positionV relativeFrom="paragraph">
            <wp:posOffset>147320</wp:posOffset>
          </wp:positionV>
          <wp:extent cx="1550670" cy="223520"/>
          <wp:effectExtent l="0" t="0" r="0" b="5080"/>
          <wp:wrapTight wrapText="bothSides">
            <wp:wrapPolygon edited="0">
              <wp:start x="0" y="0"/>
              <wp:lineTo x="0" y="20250"/>
              <wp:lineTo x="21229" y="20250"/>
              <wp:lineTo x="21229" y="0"/>
              <wp:lineTo x="0" y="0"/>
            </wp:wrapPolygon>
          </wp:wrapTight>
          <wp:docPr id="1" name="Picture 1" descr="Ankara Science University logo" title="Ankara Science Univers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nkara Science University logo" title="Ankara Science University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0670" cy="223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5A7E">
      <w:t xml:space="preserve">                                                                      </w:t>
    </w:r>
  </w:p>
  <w:p w14:paraId="6DF1BD42" w14:textId="44C292F5" w:rsidR="00457817" w:rsidRDefault="00275A7E">
    <w:pPr>
      <w:pStyle w:val="stBilgi"/>
    </w:pPr>
    <w:r>
      <w:t xml:space="preserve">                </w:t>
    </w:r>
  </w:p>
  <w:p w14:paraId="06D10A34" w14:textId="37FD719F" w:rsidR="00275A7E" w:rsidRDefault="00457817">
    <w:pPr>
      <w:pStyle w:val="stBilgi"/>
    </w:pPr>
    <w:r>
      <w:t xml:space="preserve">                                                                                    </w:t>
    </w:r>
    <w:r w:rsidR="00275A7E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61613616">
    <w:abstractNumId w:val="8"/>
  </w:num>
  <w:num w:numId="2" w16cid:durableId="1518076411">
    <w:abstractNumId w:val="6"/>
  </w:num>
  <w:num w:numId="3" w16cid:durableId="1679775083">
    <w:abstractNumId w:val="5"/>
  </w:num>
  <w:num w:numId="4" w16cid:durableId="1240672337">
    <w:abstractNumId w:val="4"/>
  </w:num>
  <w:num w:numId="5" w16cid:durableId="364864708">
    <w:abstractNumId w:val="7"/>
  </w:num>
  <w:num w:numId="6" w16cid:durableId="364524798">
    <w:abstractNumId w:val="3"/>
  </w:num>
  <w:num w:numId="7" w16cid:durableId="649552916">
    <w:abstractNumId w:val="2"/>
  </w:num>
  <w:num w:numId="8" w16cid:durableId="922956041">
    <w:abstractNumId w:val="1"/>
  </w:num>
  <w:num w:numId="9" w16cid:durableId="1643315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1FC2"/>
    <w:rsid w:val="000B57E7"/>
    <w:rsid w:val="0015074B"/>
    <w:rsid w:val="00176C08"/>
    <w:rsid w:val="00275A7E"/>
    <w:rsid w:val="0029639D"/>
    <w:rsid w:val="00326F90"/>
    <w:rsid w:val="00396E73"/>
    <w:rsid w:val="003D58B9"/>
    <w:rsid w:val="00457817"/>
    <w:rsid w:val="00550F2E"/>
    <w:rsid w:val="00974C29"/>
    <w:rsid w:val="00AA1D8D"/>
    <w:rsid w:val="00B475AF"/>
    <w:rsid w:val="00B47730"/>
    <w:rsid w:val="00B76A72"/>
    <w:rsid w:val="00BD450C"/>
    <w:rsid w:val="00CB0664"/>
    <w:rsid w:val="00E364BA"/>
    <w:rsid w:val="00EB446D"/>
    <w:rsid w:val="00F01B0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689D3B"/>
  <w14:defaultImageDpi w14:val="300"/>
  <w15:docId w15:val="{DDE56AD4-D69F-4483-B5D2-6C2F638EA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19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tterTitle">
    <w:name w:val="LetterTitle"/>
    <w:rPr>
      <w:rFonts w:ascii="Calibri" w:hAnsi="Calibri"/>
      <w:b/>
      <w:color w:val="173B5E"/>
      <w:sz w:val="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Esra Aktaş</cp:lastModifiedBy>
  <cp:revision>7</cp:revision>
  <cp:lastPrinted>2026-08-12T12:33:00Z</cp:lastPrinted>
  <dcterms:created xsi:type="dcterms:W3CDTF">2013-12-23T23:15:00Z</dcterms:created>
  <dcterms:modified xsi:type="dcterms:W3CDTF">2026-08-13T14:08:00Z</dcterms:modified>
  <cp:category/>
</cp:coreProperties>
</file>