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AD0F00" w:rsidRPr="00CB7576" w14:paraId="60D27A17" w14:textId="77777777">
        <w:trPr>
          <w:jc w:val="center"/>
        </w:trPr>
        <w:tc>
          <w:tcPr>
            <w:tcW w:w="96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AA7F" w14:textId="7C9749CD" w:rsidR="00AD0F00" w:rsidRPr="00CB7576" w:rsidRDefault="00AD0F00">
            <w:pPr>
              <w:spacing w:after="0"/>
              <w:jc w:val="center"/>
              <w:rPr>
                <w:color w:val="000000" w:themeColor="text1"/>
              </w:rPr>
            </w:pPr>
          </w:p>
        </w:tc>
      </w:tr>
    </w:tbl>
    <w:p w14:paraId="23E7F64B" w14:textId="62D25E47" w:rsidR="00E82D06" w:rsidRDefault="008B6F3B" w:rsidP="00E82D06">
      <w:pPr>
        <w:spacing w:before="760" w:after="0" w:line="228" w:lineRule="auto"/>
        <w:jc w:val="center"/>
        <w:rPr>
          <w:rFonts w:eastAsia="Times New Roman"/>
          <w:b/>
          <w:color w:val="000000" w:themeColor="text1"/>
          <w:sz w:val="55"/>
        </w:rPr>
      </w:pPr>
      <w:r>
        <w:rPr>
          <w:noProof/>
        </w:rPr>
        <w:drawing>
          <wp:inline distT="0" distB="0" distL="0" distR="0" wp14:anchorId="3B77B551" wp14:editId="7A73B100">
            <wp:extent cx="2146123" cy="309245"/>
            <wp:effectExtent l="0" t="0" r="6985" b="0"/>
            <wp:docPr id="1" name="Picture 1" descr="Ankara Science University logo" title="Ankara Scienc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science_university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3873" cy="31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A7CA" w14:textId="0B24F56C" w:rsidR="00AD0F00" w:rsidRPr="00CB7576" w:rsidRDefault="00000000">
      <w:pPr>
        <w:spacing w:before="760" w:after="0" w:line="228" w:lineRule="auto"/>
        <w:jc w:val="center"/>
        <w:rPr>
          <w:rFonts w:eastAsia="Times New Roman"/>
          <w:b/>
          <w:color w:val="000000" w:themeColor="text1"/>
          <w:sz w:val="55"/>
        </w:rPr>
      </w:pPr>
      <w:r w:rsidRPr="00CB7576">
        <w:rPr>
          <w:rFonts w:eastAsia="Times New Roman"/>
          <w:b/>
          <w:color w:val="000000" w:themeColor="text1"/>
          <w:sz w:val="55"/>
        </w:rPr>
        <w:t>CERTIFICATE OF ATTENDANCE</w:t>
      </w:r>
    </w:p>
    <w:p w14:paraId="010449A9" w14:textId="77777777" w:rsidR="00E82D06" w:rsidRPr="00CB7576" w:rsidRDefault="00E82D06">
      <w:pPr>
        <w:spacing w:before="760" w:after="0" w:line="228" w:lineRule="auto"/>
        <w:jc w:val="center"/>
        <w:rPr>
          <w:color w:val="000000" w:themeColor="text1"/>
        </w:rPr>
      </w:pPr>
    </w:p>
    <w:p w14:paraId="4C0BA548" w14:textId="77777777" w:rsidR="00AD0F00" w:rsidRPr="00CB7576" w:rsidRDefault="00000000">
      <w:pPr>
        <w:spacing w:after="160" w:line="240" w:lineRule="auto"/>
        <w:jc w:val="center"/>
        <w:rPr>
          <w:color w:val="000000" w:themeColor="text1"/>
        </w:rPr>
      </w:pPr>
      <w:r>
        <w:rPr>
          <w:sz w:val="33"/>
        </w:rPr>
        <w:t>STUDENT MOBILITY FOR STUDIES</w:t>
      </w:r>
    </w:p>
    <w:p w14:paraId="75D09E22" w14:textId="77777777" w:rsidR="00AD0F00" w:rsidRPr="00CB7576" w:rsidRDefault="00000000">
      <w:pPr>
        <w:spacing w:before="220" w:after="12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6"/>
        </w:rPr>
        <w:t>This is hereby certified that</w:t>
      </w:r>
    </w:p>
    <w:p w14:paraId="5F4F7C87" w14:textId="597225E7" w:rsidR="00AD0F00" w:rsidRPr="00CB7576" w:rsidRDefault="00E82D06">
      <w:pPr>
        <w:spacing w:after="120" w:line="240" w:lineRule="auto"/>
        <w:jc w:val="center"/>
        <w:rPr>
          <w:color w:val="000000" w:themeColor="text1"/>
        </w:rPr>
      </w:pPr>
      <w:r>
        <w:rPr>
          <w:b/>
          <w:sz w:val="34"/>
        </w:rPr>
        <w:t>……………….</w:t>
      </w:r>
    </w:p>
    <w:p w14:paraId="076942C1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>
        <w:rPr>
          <w:sz w:val="24"/>
        </w:rPr>
        <w:t xml:space="preserve">a student enrolled at </w:t>
      </w:r>
      <w:r>
        <w:rPr>
          <w:b/>
          <w:sz w:val="24"/>
        </w:rPr>
        <w:t>Ankara Science University, Türkiye,</w:t>
      </w:r>
    </w:p>
    <w:p w14:paraId="6C329551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>
        <w:rPr>
          <w:sz w:val="24"/>
        </w:rPr>
        <w:t>duly participated in and completed an Erasmus+ Student Mobility for Studies period</w:t>
      </w:r>
    </w:p>
    <w:p w14:paraId="6B972EE6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at </w:t>
      </w:r>
      <w:r w:rsidRPr="00CB7576">
        <w:rPr>
          <w:rFonts w:eastAsia="Times New Roman"/>
          <w:b/>
          <w:color w:val="000000" w:themeColor="text1"/>
          <w:sz w:val="24"/>
        </w:rPr>
        <w:t>[RECEIVING INSTITUTION]</w:t>
      </w:r>
    </w:p>
    <w:p w14:paraId="21EF0BBE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in </w:t>
      </w:r>
      <w:r w:rsidRPr="00CB7576">
        <w:rPr>
          <w:rFonts w:eastAsia="Times New Roman"/>
          <w:b/>
          <w:color w:val="000000" w:themeColor="text1"/>
          <w:sz w:val="24"/>
        </w:rPr>
        <w:t>[CITY, COUNTRY]</w:t>
      </w:r>
    </w:p>
    <w:p w14:paraId="6AA237EF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>within the framework of the Erasmus+ Programme</w:t>
      </w:r>
    </w:p>
    <w:p w14:paraId="6C48C9B4" w14:textId="77777777" w:rsidR="00AD0F00" w:rsidRPr="00CB7576" w:rsidRDefault="00000000">
      <w:pPr>
        <w:spacing w:after="1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from </w:t>
      </w:r>
      <w:r w:rsidRPr="00CB7576">
        <w:rPr>
          <w:rFonts w:eastAsia="Times New Roman"/>
          <w:b/>
          <w:color w:val="000000" w:themeColor="text1"/>
          <w:sz w:val="24"/>
        </w:rPr>
        <w:t>[START DATE]</w:t>
      </w:r>
      <w:r w:rsidRPr="00CB7576">
        <w:rPr>
          <w:rFonts w:eastAsia="Times New Roman"/>
          <w:color w:val="000000" w:themeColor="text1"/>
          <w:sz w:val="24"/>
        </w:rPr>
        <w:t xml:space="preserve"> to </w:t>
      </w:r>
      <w:r w:rsidRPr="00CB7576">
        <w:rPr>
          <w:rFonts w:eastAsia="Times New Roman"/>
          <w:b/>
          <w:color w:val="000000" w:themeColor="text1"/>
          <w:sz w:val="24"/>
        </w:rPr>
        <w:t>[END DATE]</w:t>
      </w:r>
      <w:r w:rsidRPr="00CB7576">
        <w:rPr>
          <w:rFonts w:eastAsia="Times New Roman"/>
          <w:color w:val="000000" w:themeColor="text1"/>
          <w:sz w:val="24"/>
        </w:rPr>
        <w:t>.</w:t>
      </w:r>
    </w:p>
    <w:p w14:paraId="3F6EDE39" w14:textId="77777777" w:rsidR="00AD0F00" w:rsidRPr="00CB7576" w:rsidRDefault="00000000">
      <w:pPr>
        <w:spacing w:before="40" w:after="80" w:line="259" w:lineRule="auto"/>
        <w:jc w:val="center"/>
        <w:rPr>
          <w:color w:val="000000" w:themeColor="text1"/>
        </w:rPr>
      </w:pPr>
      <w:r>
        <w:rPr>
          <w:sz w:val="23"/>
        </w:rPr>
        <w:t xml:space="preserve">The mobility was undertaken during the </w:t>
      </w:r>
      <w:r>
        <w:rPr>
          <w:b/>
          <w:sz w:val="23"/>
        </w:rPr>
        <w:t>[ACADEMIC YEAR]</w:t>
      </w:r>
      <w:r>
        <w:rPr>
          <w:sz w:val="23"/>
        </w:rPr>
        <w:t xml:space="preserve"> academic year in the field of </w:t>
      </w:r>
      <w:r>
        <w:rPr>
          <w:b/>
          <w:sz w:val="23"/>
        </w:rPr>
        <w:t>[FIELD OF STUDY / PROGRAMME]</w:t>
      </w:r>
      <w:r>
        <w:rPr>
          <w:sz w:val="23"/>
        </w:rPr>
        <w:t>.</w:t>
      </w:r>
    </w:p>
    <w:p w14:paraId="1B5A33CF" w14:textId="2331326F" w:rsidR="006852F5" w:rsidRPr="00CB7576" w:rsidRDefault="00000000" w:rsidP="006852F5">
      <w:pPr>
        <w:spacing w:before="80" w:line="252" w:lineRule="auto"/>
        <w:jc w:val="center"/>
        <w:rPr>
          <w:color w:val="000000" w:themeColor="text1"/>
        </w:rPr>
      </w:pPr>
      <w:r>
        <w:rPr>
          <w:i/>
          <w:sz w:val="21"/>
        </w:rPr>
        <w:t>This certificate confirms the participant’s attendance and completion of the approved mobility period. Academic results are documented separately in the Transcript of Records.</w:t>
      </w:r>
    </w:p>
    <w:p w14:paraId="195838EA" w14:textId="77777777" w:rsidR="006852F5" w:rsidRPr="00CB7576" w:rsidRDefault="006852F5" w:rsidP="006852F5">
      <w:pPr>
        <w:spacing w:before="80" w:line="252" w:lineRule="auto"/>
        <w:jc w:val="center"/>
        <w:rPr>
          <w:color w:val="000000" w:themeColor="text1"/>
        </w:rPr>
      </w:pPr>
    </w:p>
    <w:p w14:paraId="1B1B4C0E" w14:textId="77777777" w:rsidR="006852F5" w:rsidRPr="00CB7576" w:rsidRDefault="006852F5" w:rsidP="006852F5">
      <w:pPr>
        <w:spacing w:before="80" w:line="252" w:lineRule="auto"/>
        <w:jc w:val="center"/>
        <w:rPr>
          <w:color w:val="000000" w:themeColor="text1"/>
        </w:rPr>
      </w:pPr>
    </w:p>
    <w:p w14:paraId="6A88D952" w14:textId="6133CBB8" w:rsidR="00AD0F00" w:rsidRPr="00CB7576" w:rsidRDefault="00000000" w:rsidP="006852F5">
      <w:pPr>
        <w:spacing w:before="80" w:line="252" w:lineRule="auto"/>
        <w:jc w:val="center"/>
        <w:rPr>
          <w:color w:val="000000" w:themeColor="text1"/>
        </w:rPr>
      </w:pPr>
      <w:r w:rsidRPr="00CB7576">
        <w:rPr>
          <w:color w:val="000000" w:themeColor="text1"/>
        </w:rPr>
        <w:t xml:space="preserve"> </w:t>
      </w:r>
    </w:p>
    <w:p w14:paraId="1F0606DE" w14:textId="77777777" w:rsidR="00AD0F00" w:rsidRPr="00CB7576" w:rsidRDefault="00000000">
      <w:pPr>
        <w:spacing w:after="10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9"/>
        </w:rPr>
        <w:t>CERTIFIED BY THE RECEIVING INSTITUTION</w:t>
      </w:r>
    </w:p>
    <w:p w14:paraId="45423197" w14:textId="1BCF3682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Name and Surname:  </w:t>
      </w:r>
    </w:p>
    <w:p w14:paraId="17753783" w14:textId="776AE760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Position:  </w:t>
      </w:r>
    </w:p>
    <w:p w14:paraId="06DF6546" w14:textId="5B3B3905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Signature:  </w:t>
      </w:r>
    </w:p>
    <w:p w14:paraId="433CE940" w14:textId="0A076B6E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Date and Official Stamp:  </w:t>
      </w:r>
    </w:p>
    <w:p w14:paraId="63A901A5" w14:textId="77777777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54B804C9" w14:textId="77777777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784DF16D" w14:textId="0CFE0F1A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12CD0648" w14:textId="2D2D975B" w:rsidR="00AD0F00" w:rsidRPr="00CB7576" w:rsidRDefault="00CB7576">
      <w:pPr>
        <w:spacing w:before="200" w:after="0" w:line="240" w:lineRule="auto"/>
        <w:jc w:val="center"/>
        <w:rPr>
          <w:color w:val="000000" w:themeColor="text1"/>
        </w:rPr>
      </w:pPr>
      <w:r w:rsidRPr="00CB7576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59601FE1" wp14:editId="5CAB1F5A">
            <wp:simplePos x="0" y="0"/>
            <wp:positionH relativeFrom="column">
              <wp:posOffset>3964305</wp:posOffset>
            </wp:positionH>
            <wp:positionV relativeFrom="paragraph">
              <wp:posOffset>160020</wp:posOffset>
            </wp:positionV>
            <wp:extent cx="679450" cy="315595"/>
            <wp:effectExtent l="0" t="0" r="6350" b="8255"/>
            <wp:wrapTight wrapText="bothSides">
              <wp:wrapPolygon edited="0">
                <wp:start x="0" y="0"/>
                <wp:lineTo x="0" y="20861"/>
                <wp:lineTo x="21196" y="20861"/>
                <wp:lineTo x="21196" y="0"/>
                <wp:lineTo x="0" y="0"/>
              </wp:wrapPolygon>
            </wp:wrapTight>
            <wp:docPr id="13399815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7AC4BAC2" wp14:editId="09694B09">
            <wp:simplePos x="0" y="0"/>
            <wp:positionH relativeFrom="column">
              <wp:posOffset>2719705</wp:posOffset>
            </wp:positionH>
            <wp:positionV relativeFrom="paragraph">
              <wp:posOffset>128271</wp:posOffset>
            </wp:positionV>
            <wp:extent cx="1162690" cy="332740"/>
            <wp:effectExtent l="0" t="0" r="0" b="0"/>
            <wp:wrapTight wrapText="bothSides">
              <wp:wrapPolygon edited="0">
                <wp:start x="354" y="0"/>
                <wp:lineTo x="354" y="19786"/>
                <wp:lineTo x="18403" y="19786"/>
                <wp:lineTo x="20880" y="17313"/>
                <wp:lineTo x="20173" y="9893"/>
                <wp:lineTo x="7432" y="0"/>
                <wp:lineTo x="354" y="0"/>
              </wp:wrapPolygon>
            </wp:wrapTight>
            <wp:docPr id="13936394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394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69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63736D65" wp14:editId="71B90477">
            <wp:simplePos x="0" y="0"/>
            <wp:positionH relativeFrom="column">
              <wp:posOffset>1862455</wp:posOffset>
            </wp:positionH>
            <wp:positionV relativeFrom="paragraph">
              <wp:posOffset>115570</wp:posOffset>
            </wp:positionV>
            <wp:extent cx="761113" cy="361676"/>
            <wp:effectExtent l="0" t="0" r="1270" b="635"/>
            <wp:wrapTight wrapText="bothSides">
              <wp:wrapPolygon edited="0">
                <wp:start x="0" y="0"/>
                <wp:lineTo x="0" y="20499"/>
                <wp:lineTo x="21095" y="20499"/>
                <wp:lineTo x="21095" y="0"/>
                <wp:lineTo x="0" y="0"/>
              </wp:wrapPolygon>
            </wp:wrapTight>
            <wp:docPr id="2427101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3" cy="36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D30F09" w14:textId="77777777" w:rsidR="00CB7576" w:rsidRPr="00CB7576" w:rsidRDefault="00CB7576">
      <w:pPr>
        <w:spacing w:before="20" w:after="0" w:line="240" w:lineRule="auto"/>
        <w:jc w:val="center"/>
        <w:rPr>
          <w:rFonts w:ascii="Arial" w:eastAsia="Arial" w:hAnsi="Arial"/>
          <w:color w:val="000000" w:themeColor="text1"/>
          <w:sz w:val="15"/>
        </w:rPr>
      </w:pPr>
    </w:p>
    <w:p w14:paraId="070E0C6A" w14:textId="77777777" w:rsidR="00CB7576" w:rsidRPr="00CB7576" w:rsidRDefault="00CB7576">
      <w:pPr>
        <w:spacing w:before="20" w:after="0" w:line="240" w:lineRule="auto"/>
        <w:jc w:val="center"/>
        <w:rPr>
          <w:rFonts w:ascii="Arial" w:eastAsia="Arial" w:hAnsi="Arial"/>
          <w:color w:val="000000" w:themeColor="text1"/>
          <w:sz w:val="15"/>
        </w:rPr>
      </w:pPr>
    </w:p>
    <w:p w14:paraId="5E76BD50" w14:textId="2AF4A942" w:rsidR="00AD0F00" w:rsidRPr="00CB7576" w:rsidRDefault="00000000">
      <w:pPr>
        <w:spacing w:before="20" w:after="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color w:val="000000" w:themeColor="text1"/>
          <w:sz w:val="15"/>
        </w:rPr>
        <w:t>Co-funded by the European Union</w:t>
      </w:r>
    </w:p>
    <w:sectPr w:rsidR="00AD0F00" w:rsidRPr="00CB7576" w:rsidSect="00034616">
      <w:headerReference w:type="default" r:id="rId12"/>
      <w:pgSz w:w="11909" w:h="16834"/>
      <w:pgMar w:top="605" w:right="907" w:bottom="605" w:left="907" w:header="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1D51" w14:textId="77777777" w:rsidR="00076DAD" w:rsidRDefault="00076DAD">
      <w:pPr>
        <w:spacing w:after="0" w:line="240" w:lineRule="auto"/>
      </w:pPr>
      <w:r>
        <w:separator/>
      </w:r>
    </w:p>
  </w:endnote>
  <w:endnote w:type="continuationSeparator" w:id="0">
    <w:p w14:paraId="5BE4B8D2" w14:textId="77777777" w:rsidR="00076DAD" w:rsidRDefault="00076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4FF0D" w14:textId="77777777" w:rsidR="00076DAD" w:rsidRDefault="00076DAD">
      <w:pPr>
        <w:spacing w:after="0" w:line="240" w:lineRule="auto"/>
      </w:pPr>
      <w:r>
        <w:separator/>
      </w:r>
    </w:p>
  </w:footnote>
  <w:footnote w:type="continuationSeparator" w:id="0">
    <w:p w14:paraId="730D40BE" w14:textId="77777777" w:rsidR="00076DAD" w:rsidRDefault="00076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64927" w14:textId="77777777" w:rsidR="00AD0F00" w:rsidRDefault="00000000">
    <w:pPr>
      <w:pStyle w:val="stBilgi"/>
    </w:pPr>
    <w:r>
      <w:rPr>
        <w:noProof/>
      </w:rPr>
      <w:drawing>
        <wp:anchor distT="0" distB="0" distL="0" distR="0" simplePos="0" relativeHeight="251658240" behindDoc="1" locked="0" layoutInCell="0" allowOverlap="1" wp14:anchorId="24C60288" wp14:editId="5B5BE0B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0"/>
          <wp:wrapNone/>
          <wp:docPr id="3347905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u_staff_certificate_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2082050">
    <w:abstractNumId w:val="8"/>
  </w:num>
  <w:num w:numId="2" w16cid:durableId="1592087327">
    <w:abstractNumId w:val="6"/>
  </w:num>
  <w:num w:numId="3" w16cid:durableId="780957777">
    <w:abstractNumId w:val="5"/>
  </w:num>
  <w:num w:numId="4" w16cid:durableId="1788162846">
    <w:abstractNumId w:val="4"/>
  </w:num>
  <w:num w:numId="5" w16cid:durableId="688600277">
    <w:abstractNumId w:val="7"/>
  </w:num>
  <w:num w:numId="6" w16cid:durableId="393044716">
    <w:abstractNumId w:val="3"/>
  </w:num>
  <w:num w:numId="7" w16cid:durableId="1307971694">
    <w:abstractNumId w:val="2"/>
  </w:num>
  <w:num w:numId="8" w16cid:durableId="983655036">
    <w:abstractNumId w:val="1"/>
  </w:num>
  <w:num w:numId="9" w16cid:durableId="113517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DAD"/>
    <w:rsid w:val="0015074B"/>
    <w:rsid w:val="00196533"/>
    <w:rsid w:val="00237C4B"/>
    <w:rsid w:val="0029639D"/>
    <w:rsid w:val="00326F90"/>
    <w:rsid w:val="00341459"/>
    <w:rsid w:val="003F4B7C"/>
    <w:rsid w:val="0041639C"/>
    <w:rsid w:val="00461F1A"/>
    <w:rsid w:val="006852F5"/>
    <w:rsid w:val="0082754D"/>
    <w:rsid w:val="008B6F3B"/>
    <w:rsid w:val="009578C9"/>
    <w:rsid w:val="00A234E1"/>
    <w:rsid w:val="00A372E7"/>
    <w:rsid w:val="00AA1D8D"/>
    <w:rsid w:val="00AD0F00"/>
    <w:rsid w:val="00B47730"/>
    <w:rsid w:val="00C02F8C"/>
    <w:rsid w:val="00CB0664"/>
    <w:rsid w:val="00CB7576"/>
    <w:rsid w:val="00E82D06"/>
    <w:rsid w:val="00EF02C9"/>
    <w:rsid w:val="00F575C2"/>
    <w:rsid w:val="00F663E1"/>
    <w:rsid w:val="00F851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B484D"/>
  <w14:defaultImageDpi w14:val="300"/>
  <w15:docId w15:val="{7B9B9A45-7EEE-439A-A8CD-303139A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Student Mobility for Studies – Certificate of Attendance</dc:title>
  <dc:subject>Certificate of Attendance for Erasmus+ Student Mobility for Studies</dc:subject>
  <dc:creator>Ankara Science University</dc:creator>
  <cp:keywords>Erasmus+, Student Mobility for Studies, Certificate of Attendance</cp:keywords>
  <dc:description>Reusable institutional template</dc:description>
  <cp:lastModifiedBy>Esra Aktaş</cp:lastModifiedBy>
  <cp:revision>8</cp:revision>
  <cp:lastPrinted>2026-08-12T08:36:00Z</cp:lastPrinted>
  <dcterms:created xsi:type="dcterms:W3CDTF">2013-12-23T23:15:00Z</dcterms:created>
  <dcterms:modified xsi:type="dcterms:W3CDTF">2026-08-13T14:02:00Z</dcterms:modified>
  <cp:category/>
</cp:coreProperties>
</file>