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6E70" w14:textId="77777777" w:rsidR="003306ED" w:rsidRPr="004F5D30" w:rsidRDefault="003306ED">
      <w:pPr>
        <w:spacing w:after="20"/>
        <w:jc w:val="center"/>
        <w:rPr>
          <w:rFonts w:ascii="Times New Roman" w:hAnsi="Times New Roman" w:cs="Times New Roman"/>
          <w:b/>
          <w:bCs/>
          <w:sz w:val="22"/>
        </w:rPr>
      </w:pPr>
    </w:p>
    <w:p w14:paraId="46E8E3E7" w14:textId="38FD2C83" w:rsidR="00443294" w:rsidRPr="004F5D30" w:rsidRDefault="00621509">
      <w:pPr>
        <w:spacing w:after="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5D30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6F7BE550" w14:textId="77777777" w:rsidR="00443294" w:rsidRPr="004F5D30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F5D30">
        <w:rPr>
          <w:rFonts w:ascii="Times New Roman" w:hAnsi="Times New Roman" w:cs="Times New Roman"/>
          <w:b/>
          <w:sz w:val="20"/>
          <w:szCs w:val="20"/>
        </w:rPr>
        <w:t>ANKARA BİLİM ÜNİVERSİTESİ</w:t>
      </w:r>
    </w:p>
    <w:p w14:paraId="7F192A71" w14:textId="77777777" w:rsidR="00443294" w:rsidRPr="004F5D30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F5D30">
        <w:rPr>
          <w:rFonts w:ascii="Times New Roman" w:hAnsi="Times New Roman" w:cs="Times New Roman"/>
          <w:b/>
          <w:sz w:val="20"/>
          <w:szCs w:val="20"/>
        </w:rPr>
        <w:t>ERASMUS+ KOORDİNATÖRLÜĞÜ</w:t>
      </w:r>
    </w:p>
    <w:p w14:paraId="037E1EFA" w14:textId="77777777" w:rsidR="00443294" w:rsidRPr="004F5D30" w:rsidRDefault="00000000">
      <w:pPr>
        <w:pStyle w:val="FormTitle"/>
        <w:spacing w:before="100" w:after="6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F5D30">
        <w:rPr>
          <w:rFonts w:ascii="Times New Roman" w:hAnsi="Times New Roman"/>
          <w:color w:val="auto"/>
          <w:sz w:val="20"/>
          <w:szCs w:val="20"/>
        </w:rPr>
        <w:t>ERASMUS+ ÖĞRENCİ ÖĞRENİM HAREKETLİLİĞİ</w:t>
      </w:r>
      <w:r w:rsidRPr="004F5D30">
        <w:rPr>
          <w:rFonts w:ascii="Times New Roman" w:hAnsi="Times New Roman"/>
          <w:color w:val="auto"/>
          <w:sz w:val="20"/>
          <w:szCs w:val="20"/>
        </w:rPr>
        <w:br/>
        <w:t>SÜRE UZATMA TALEP FORMU</w:t>
      </w:r>
    </w:p>
    <w:p w14:paraId="1876FBEB" w14:textId="77777777" w:rsidR="00443294" w:rsidRPr="0045154B" w:rsidRDefault="00000000">
      <w:pPr>
        <w:spacing w:after="80"/>
        <w:jc w:val="right"/>
        <w:rPr>
          <w:rFonts w:ascii="Times New Roman" w:hAnsi="Times New Roman" w:cs="Times New Roman"/>
        </w:rPr>
      </w:pPr>
      <w:proofErr w:type="spellStart"/>
      <w:r w:rsidRPr="0045154B">
        <w:rPr>
          <w:rFonts w:ascii="Times New Roman" w:hAnsi="Times New Roman" w:cs="Times New Roman"/>
          <w:sz w:val="18"/>
        </w:rPr>
        <w:t>Başvuru</w:t>
      </w:r>
      <w:proofErr w:type="spellEnd"/>
      <w:r w:rsidRPr="0045154B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45154B">
        <w:rPr>
          <w:rFonts w:ascii="Times New Roman" w:hAnsi="Times New Roman" w:cs="Times New Roman"/>
          <w:sz w:val="18"/>
        </w:rPr>
        <w:t>Tarihi</w:t>
      </w:r>
      <w:proofErr w:type="spellEnd"/>
      <w:r w:rsidRPr="0045154B">
        <w:rPr>
          <w:rFonts w:ascii="Times New Roman" w:hAnsi="Times New Roman" w:cs="Times New Roman"/>
          <w:sz w:val="18"/>
        </w:rPr>
        <w:t>: …… / …… / 20……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6"/>
      </w:tblGrid>
      <w:tr w:rsidR="00443294" w:rsidRPr="0045154B" w14:paraId="6C3BF248" w14:textId="77777777" w:rsidTr="004F5D30">
        <w:trPr>
          <w:jc w:val="center"/>
        </w:trPr>
        <w:tc>
          <w:tcPr>
            <w:tcW w:w="10376" w:type="dxa"/>
            <w:vAlign w:val="center"/>
          </w:tcPr>
          <w:p w14:paraId="27AB2876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54B">
              <w:rPr>
                <w:b/>
                <w:sz w:val="20"/>
                <w:szCs w:val="20"/>
              </w:rPr>
              <w:t>ÖĞRENCİ BİLGİLERİ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443294" w:rsidRPr="0045154B" w14:paraId="2B143C8F" w14:textId="77777777" w:rsidTr="004F5D30">
        <w:trPr>
          <w:jc w:val="center"/>
        </w:trPr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2CAB5EE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Adı Soyadı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5B25C61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68EC4CF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Öğrenci Numarası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E2135A9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</w:t>
            </w:r>
          </w:p>
        </w:tc>
      </w:tr>
      <w:tr w:rsidR="00443294" w:rsidRPr="0045154B" w14:paraId="682ACB94" w14:textId="77777777" w:rsidTr="004F5D30">
        <w:trPr>
          <w:jc w:val="center"/>
        </w:trPr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263FB36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Fakülte / Yüksekokul / Enstitü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0A9287A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4828C5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Bölüm / Program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F4EAC09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</w:t>
            </w:r>
          </w:p>
        </w:tc>
      </w:tr>
      <w:tr w:rsidR="00443294" w:rsidRPr="0045154B" w14:paraId="412B9433" w14:textId="77777777" w:rsidTr="004F5D30">
        <w:trPr>
          <w:jc w:val="center"/>
        </w:trPr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CD0E5B3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Öğrenim Kademesi</w:t>
            </w:r>
          </w:p>
        </w:tc>
        <w:tc>
          <w:tcPr>
            <w:tcW w:w="7782" w:type="dxa"/>
            <w:gridSpan w:val="3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508E450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Ön Lisans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Lisans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Yüksek Lisans   </w:t>
            </w:r>
          </w:p>
        </w:tc>
      </w:tr>
      <w:tr w:rsidR="00443294" w:rsidRPr="0045154B" w14:paraId="6343A036" w14:textId="77777777" w:rsidTr="004F5D30">
        <w:trPr>
          <w:jc w:val="center"/>
        </w:trPr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FE138C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E-posta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E4BF260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29E1CAD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Telefon</w:t>
            </w:r>
          </w:p>
        </w:tc>
        <w:tc>
          <w:tcPr>
            <w:tcW w:w="259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6BEDD7C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</w:t>
            </w:r>
          </w:p>
        </w:tc>
      </w:tr>
    </w:tbl>
    <w:p w14:paraId="34661100" w14:textId="77777777" w:rsidR="00443294" w:rsidRPr="0045154B" w:rsidRDefault="00443294">
      <w:pPr>
        <w:spacing w:before="80"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6"/>
      </w:tblGrid>
      <w:tr w:rsidR="00443294" w:rsidRPr="0045154B" w14:paraId="00B64636" w14:textId="77777777" w:rsidTr="004F5D30">
        <w:trPr>
          <w:jc w:val="center"/>
        </w:trPr>
        <w:tc>
          <w:tcPr>
            <w:tcW w:w="10376" w:type="dxa"/>
            <w:vAlign w:val="center"/>
          </w:tcPr>
          <w:p w14:paraId="4AA6EBF0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54B">
              <w:rPr>
                <w:b/>
                <w:sz w:val="20"/>
                <w:szCs w:val="20"/>
              </w:rPr>
              <w:t>ÖĞRENİM HAREKETLİLİĞİ VE UZATMA BİLGİLERİ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443294" w:rsidRPr="0045154B" w14:paraId="69436B5E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BB027EF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Akademik Yıl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FF8DD01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20…… / 20……</w:t>
            </w:r>
          </w:p>
        </w:tc>
      </w:tr>
      <w:tr w:rsidR="00443294" w:rsidRPr="0045154B" w14:paraId="1B792614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A7AE69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/>
                <w:b/>
                <w:sz w:val="16"/>
              </w:rPr>
              <w:t>Ev Sahibi Üniversite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7ED08D8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</w:t>
            </w:r>
          </w:p>
        </w:tc>
      </w:tr>
      <w:tr w:rsidR="00443294" w:rsidRPr="0045154B" w14:paraId="53D9B4C1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1B69E6B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Ülke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5E8177C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</w:t>
            </w:r>
          </w:p>
        </w:tc>
      </w:tr>
      <w:tr w:rsidR="00443294" w:rsidRPr="0045154B" w14:paraId="07302BDB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1F83F9B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Başlangıçta Onaylanan Tarihler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BAD01F1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 / …… / 20……  –  …… / …… / 20……</w:t>
            </w:r>
          </w:p>
        </w:tc>
      </w:tr>
      <w:tr w:rsidR="00443294" w:rsidRPr="0045154B" w14:paraId="023383DC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E0F37F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Talep Edilen Uzatma Tarihleri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8E2DC8B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 / …… / 20……  –  …… / …… / 20……</w:t>
            </w:r>
          </w:p>
        </w:tc>
      </w:tr>
      <w:tr w:rsidR="00443294" w:rsidRPr="0045154B" w14:paraId="11368972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D564DB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Uzatma Dönemi Hibe Tercihi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2F02133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Bütçe imkânı bulunması hâlinde hibeli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Hibesiz uzatmayı kabul ediyorum</w:t>
            </w:r>
          </w:p>
        </w:tc>
      </w:tr>
      <w:tr w:rsidR="00443294" w:rsidRPr="0045154B" w14:paraId="456008E6" w14:textId="77777777" w:rsidTr="004F5D30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443A27E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/>
                <w:b/>
                <w:sz w:val="16"/>
              </w:rPr>
              <w:t>Ev Sahibi Üniversite Onayı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1BDB1EF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Ektedir</w:t>
            </w:r>
            <w:proofErr w:type="spellEnd"/>
            <w:r w:rsidRPr="0045154B">
              <w:rPr>
                <w:rFonts w:ascii="Times New Roman" w:hAnsi="Times New Roman" w:cs="Times New Roman"/>
                <w:sz w:val="17"/>
              </w:rPr>
              <w:t xml:space="preserve">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E-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posta</w:t>
            </w:r>
            <w:proofErr w:type="spellEnd"/>
            <w:r w:rsidRPr="0045154B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yoluyla</w:t>
            </w:r>
            <w:proofErr w:type="spellEnd"/>
            <w:r w:rsidRPr="0045154B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iletilmiştir</w:t>
            </w:r>
            <w:proofErr w:type="spellEnd"/>
          </w:p>
        </w:tc>
      </w:tr>
    </w:tbl>
    <w:p w14:paraId="104228B0" w14:textId="77777777" w:rsidR="00443294" w:rsidRPr="0045154B" w:rsidRDefault="00000000">
      <w:pPr>
        <w:spacing w:before="120" w:after="60"/>
        <w:jc w:val="center"/>
        <w:rPr>
          <w:rFonts w:ascii="Times New Roman" w:hAnsi="Times New Roman" w:cs="Times New Roman"/>
        </w:rPr>
      </w:pPr>
      <w:r w:rsidRPr="0045154B">
        <w:rPr>
          <w:rFonts w:ascii="Times New Roman" w:hAnsi="Times New Roman" w:cs="Times New Roman"/>
          <w:b/>
          <w:sz w:val="20"/>
        </w:rPr>
        <w:t>ANKARA BİLİM ÜNİVERSİTESİ</w:t>
      </w:r>
      <w:r w:rsidRPr="0045154B">
        <w:rPr>
          <w:rFonts w:ascii="Times New Roman" w:hAnsi="Times New Roman" w:cs="Times New Roman"/>
          <w:b/>
          <w:sz w:val="20"/>
        </w:rPr>
        <w:br/>
        <w:t>ERASMUS+ KOORDİNATÖRLÜĞÜNE</w:t>
      </w:r>
    </w:p>
    <w:p w14:paraId="551FA634" w14:textId="77777777" w:rsidR="00443294" w:rsidRPr="0045154B" w:rsidRDefault="00000000">
      <w:pPr>
        <w:spacing w:after="80" w:line="252" w:lineRule="auto"/>
        <w:jc w:val="both"/>
        <w:rPr>
          <w:rFonts w:ascii="Times New Roman" w:hAnsi="Times New Roman" w:cs="Times New Roman"/>
        </w:rPr>
      </w:pPr>
      <w:r w:rsidRPr="0045154B">
        <w:rPr>
          <w:rFonts w:ascii="Times New Roman" w:hAnsi="Times New Roman"/>
          <w:sz w:val="17"/>
        </w:rPr>
        <w:t>Yukarıda bilgileri belirtilen Erasmus+ Öğrenci Öğrenim Hareketliliğimin, ev sahibi üniversitenin onayı doğrultusunda talep ettiğim tarihler arasında uzatılmasını arz ederim. Süre uzatma talebimin kabulünün hibe tahsisini garanti etmediğini; uzatılan sürenin bütçe imkânlarına göre kısmen veya tamamen hibesiz olarak değerlendirilebileceğini ve uzatma sürecine ilişkin güncellenmiş Öğrenim Anlaşması ile diğer gerekli belgeleri süresi içinde tamamlamam gerektiğini kabul ve beyan ederim.</w:t>
      </w:r>
    </w:p>
    <w:p w14:paraId="3A37F08F" w14:textId="77777777" w:rsidR="00443294" w:rsidRPr="0045154B" w:rsidRDefault="00000000">
      <w:pPr>
        <w:spacing w:before="20" w:after="40"/>
        <w:rPr>
          <w:rFonts w:ascii="Times New Roman" w:hAnsi="Times New Roman" w:cs="Times New Roman"/>
        </w:rPr>
      </w:pPr>
      <w:r w:rsidRPr="0045154B">
        <w:rPr>
          <w:rFonts w:ascii="Times New Roman" w:hAnsi="Times New Roman" w:cs="Times New Roman"/>
          <w:b/>
          <w:sz w:val="18"/>
        </w:rPr>
        <w:t>Uzatma Talebinin Gerekçesi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6"/>
      </w:tblGrid>
      <w:tr w:rsidR="00443294" w:rsidRPr="0045154B" w14:paraId="275250AB" w14:textId="77777777" w:rsidTr="004F5D30">
        <w:trPr>
          <w:jc w:val="center"/>
        </w:trPr>
        <w:tc>
          <w:tcPr>
            <w:tcW w:w="10376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F14655C" w14:textId="77777777" w:rsidR="00443294" w:rsidRPr="0045154B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…………………………………………………………………………………………………………………………………………</w:t>
            </w:r>
          </w:p>
          <w:p w14:paraId="1C8131DF" w14:textId="77777777" w:rsidR="00443294" w:rsidRPr="0045154B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…………………………………………………………………………………………………………………………………………</w:t>
            </w:r>
          </w:p>
          <w:p w14:paraId="2362FB60" w14:textId="77777777" w:rsidR="00443294" w:rsidRPr="0045154B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1BED6BD7" w14:textId="77777777" w:rsidR="00443294" w:rsidRPr="0045154B" w:rsidRDefault="00443294">
      <w:pPr>
        <w:spacing w:before="80"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443294" w:rsidRPr="0045154B" w14:paraId="33046AFC" w14:textId="77777777" w:rsidTr="004F5D30">
        <w:trPr>
          <w:jc w:val="center"/>
        </w:trPr>
        <w:tc>
          <w:tcPr>
            <w:tcW w:w="51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785200B" w14:textId="77777777" w:rsidR="0045154B" w:rsidRPr="004F5D30" w:rsidRDefault="00000000" w:rsidP="004F5D30">
            <w:pPr>
              <w:shd w:val="clear" w:color="auto" w:fill="FFFFFF" w:themeFill="background1"/>
              <w:rPr>
                <w:b/>
                <w:sz w:val="17"/>
                <w:szCs w:val="17"/>
              </w:rPr>
            </w:pPr>
            <w:proofErr w:type="spellStart"/>
            <w:r w:rsidRPr="004F5D30">
              <w:rPr>
                <w:b/>
                <w:sz w:val="17"/>
                <w:szCs w:val="17"/>
              </w:rPr>
              <w:t>Başvuruya</w:t>
            </w:r>
            <w:proofErr w:type="spellEnd"/>
            <w:r w:rsidRPr="004F5D30">
              <w:rPr>
                <w:b/>
                <w:sz w:val="17"/>
                <w:szCs w:val="17"/>
              </w:rPr>
              <w:t xml:space="preserve"> Eklenecek </w:t>
            </w:r>
            <w:proofErr w:type="spellStart"/>
            <w:r w:rsidRPr="004F5D30">
              <w:rPr>
                <w:b/>
                <w:sz w:val="17"/>
                <w:szCs w:val="17"/>
              </w:rPr>
              <w:t>Belgeler</w:t>
            </w:r>
            <w:proofErr w:type="spellEnd"/>
          </w:p>
          <w:p w14:paraId="05852BF9" w14:textId="51F0614F" w:rsidR="00C80465" w:rsidRPr="004F5D30" w:rsidRDefault="00000000" w:rsidP="004F5D30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4F5D30">
              <w:rPr>
                <w:sz w:val="17"/>
                <w:szCs w:val="17"/>
              </w:rPr>
              <w:t xml:space="preserve">☐ Ev </w:t>
            </w:r>
            <w:proofErr w:type="spellStart"/>
            <w:r w:rsidRPr="004F5D30">
              <w:rPr>
                <w:sz w:val="17"/>
                <w:szCs w:val="17"/>
              </w:rPr>
              <w:t>sahibi</w:t>
            </w:r>
            <w:proofErr w:type="spellEnd"/>
            <w:r w:rsidRPr="004F5D30">
              <w:rPr>
                <w:sz w:val="17"/>
                <w:szCs w:val="17"/>
              </w:rPr>
              <w:t xml:space="preserve"> </w:t>
            </w:r>
            <w:proofErr w:type="spellStart"/>
            <w:r w:rsidRPr="004F5D30">
              <w:rPr>
                <w:sz w:val="17"/>
                <w:szCs w:val="17"/>
              </w:rPr>
              <w:t>üniversitenin</w:t>
            </w:r>
            <w:proofErr w:type="spellEnd"/>
            <w:r w:rsidRPr="004F5D30">
              <w:rPr>
                <w:sz w:val="17"/>
                <w:szCs w:val="17"/>
              </w:rPr>
              <w:t xml:space="preserve"> </w:t>
            </w:r>
            <w:proofErr w:type="spellStart"/>
            <w:r w:rsidRPr="004F5D30">
              <w:rPr>
                <w:sz w:val="17"/>
                <w:szCs w:val="17"/>
              </w:rPr>
              <w:t>süre</w:t>
            </w:r>
            <w:proofErr w:type="spellEnd"/>
            <w:r w:rsidRPr="004F5D30">
              <w:rPr>
                <w:sz w:val="17"/>
                <w:szCs w:val="17"/>
              </w:rPr>
              <w:t xml:space="preserve"> </w:t>
            </w:r>
            <w:proofErr w:type="spellStart"/>
            <w:r w:rsidRPr="004F5D30">
              <w:rPr>
                <w:sz w:val="17"/>
                <w:szCs w:val="17"/>
              </w:rPr>
              <w:t>uzatım</w:t>
            </w:r>
            <w:proofErr w:type="spellEnd"/>
            <w:r w:rsidRPr="004F5D30">
              <w:rPr>
                <w:sz w:val="17"/>
                <w:szCs w:val="17"/>
              </w:rPr>
              <w:t xml:space="preserve"> </w:t>
            </w:r>
            <w:proofErr w:type="spellStart"/>
            <w:r w:rsidRPr="004F5D30">
              <w:rPr>
                <w:sz w:val="17"/>
                <w:szCs w:val="17"/>
              </w:rPr>
              <w:t>onayı</w:t>
            </w:r>
            <w:proofErr w:type="spellEnd"/>
            <w:r w:rsidR="0045154B" w:rsidRPr="004F5D30">
              <w:rPr>
                <w:sz w:val="17"/>
                <w:szCs w:val="17"/>
              </w:rPr>
              <w:t xml:space="preserve">  </w:t>
            </w:r>
            <w:r w:rsidRPr="004F5D30">
              <w:rPr>
                <w:sz w:val="17"/>
                <w:szCs w:val="17"/>
              </w:rPr>
              <w:t xml:space="preserve">☐ </w:t>
            </w:r>
            <w:proofErr w:type="spellStart"/>
            <w:r w:rsidRPr="004F5D30">
              <w:rPr>
                <w:sz w:val="17"/>
                <w:szCs w:val="17"/>
              </w:rPr>
              <w:t>Güncellenmiş</w:t>
            </w:r>
            <w:proofErr w:type="spellEnd"/>
            <w:r w:rsidRPr="004F5D30">
              <w:rPr>
                <w:sz w:val="17"/>
                <w:szCs w:val="17"/>
              </w:rPr>
              <w:t xml:space="preserve"> </w:t>
            </w:r>
            <w:proofErr w:type="spellStart"/>
            <w:r w:rsidRPr="004F5D30">
              <w:rPr>
                <w:sz w:val="17"/>
                <w:szCs w:val="17"/>
              </w:rPr>
              <w:t>Öğrenim</w:t>
            </w:r>
            <w:proofErr w:type="spellEnd"/>
            <w:r w:rsidRPr="004F5D30">
              <w:rPr>
                <w:sz w:val="17"/>
                <w:szCs w:val="17"/>
              </w:rPr>
              <w:t xml:space="preserve"> </w:t>
            </w:r>
            <w:proofErr w:type="spellStart"/>
            <w:r w:rsidRPr="004F5D30">
              <w:rPr>
                <w:sz w:val="17"/>
                <w:szCs w:val="17"/>
              </w:rPr>
              <w:t>Anlaşması</w:t>
            </w:r>
            <w:proofErr w:type="spellEnd"/>
            <w:r w:rsidRPr="004F5D30">
              <w:rPr>
                <w:sz w:val="17"/>
                <w:szCs w:val="17"/>
              </w:rPr>
              <w:t xml:space="preserve"> / Learning Agreement for Studies – During the Mobility</w:t>
            </w:r>
          </w:p>
          <w:p w14:paraId="60F49811" w14:textId="77777777" w:rsidR="00C80465" w:rsidRPr="004F5D30" w:rsidRDefault="00000000" w:rsidP="004F5D30">
            <w:pPr>
              <w:shd w:val="clear" w:color="auto" w:fill="FFFFFF" w:themeFill="background1"/>
              <w:spacing w:after="0"/>
              <w:rPr>
                <w:sz w:val="17"/>
                <w:szCs w:val="17"/>
              </w:rPr>
            </w:pPr>
            <w:r w:rsidRPr="004F5D30">
              <w:rPr>
                <w:sz w:val="17"/>
                <w:szCs w:val="17"/>
              </w:rPr>
              <w:t>☐ Güncellenmiş kabul belgesi (varsa)</w:t>
            </w:r>
          </w:p>
        </w:tc>
        <w:tc>
          <w:tcPr>
            <w:tcW w:w="51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27AAF40" w14:textId="77777777" w:rsidR="00443294" w:rsidRPr="004F5D30" w:rsidRDefault="00000000" w:rsidP="004F5D30">
            <w:pPr>
              <w:shd w:val="clear" w:color="auto" w:fill="FFFFFF" w:themeFill="background1"/>
              <w:rPr>
                <w:rFonts w:ascii="Times New Roman" w:hAnsi="Times New Roman" w:cs="Times New Roman"/>
                <w:sz w:val="17"/>
                <w:szCs w:val="17"/>
              </w:rPr>
            </w:pPr>
            <w:r w:rsidRPr="004F5D30">
              <w:rPr>
                <w:rFonts w:ascii="Times New Roman" w:hAnsi="Times New Roman" w:cs="Times New Roman"/>
                <w:b/>
                <w:sz w:val="17"/>
                <w:szCs w:val="17"/>
              </w:rPr>
              <w:t>Öğrencinin Onayı</w:t>
            </w:r>
          </w:p>
          <w:p w14:paraId="57A1F361" w14:textId="77777777" w:rsidR="00443294" w:rsidRPr="004F5D30" w:rsidRDefault="00000000" w:rsidP="004F5D30">
            <w:pPr>
              <w:shd w:val="clear" w:color="auto" w:fill="FFFFFF" w:themeFill="background1"/>
              <w:spacing w:after="20"/>
              <w:rPr>
                <w:rFonts w:ascii="Times New Roman" w:hAnsi="Times New Roman" w:cs="Times New Roman"/>
                <w:sz w:val="17"/>
                <w:szCs w:val="17"/>
              </w:rPr>
            </w:pPr>
            <w:r w:rsidRPr="004F5D30">
              <w:rPr>
                <w:rFonts w:ascii="Times New Roman" w:hAnsi="Times New Roman" w:cs="Times New Roman"/>
                <w:sz w:val="17"/>
                <w:szCs w:val="17"/>
              </w:rPr>
              <w:t>Tarih: …… / …… / 20……</w:t>
            </w:r>
          </w:p>
          <w:p w14:paraId="7B02B4DD" w14:textId="77777777" w:rsidR="00443294" w:rsidRPr="004F5D30" w:rsidRDefault="00000000" w:rsidP="004F5D30">
            <w:pPr>
              <w:shd w:val="clear" w:color="auto" w:fill="FFFFFF" w:themeFill="background1"/>
              <w:spacing w:after="20"/>
              <w:rPr>
                <w:rFonts w:ascii="Times New Roman" w:hAnsi="Times New Roman" w:cs="Times New Roman"/>
                <w:sz w:val="17"/>
                <w:szCs w:val="17"/>
              </w:rPr>
            </w:pPr>
            <w:r w:rsidRPr="004F5D30">
              <w:rPr>
                <w:rFonts w:ascii="Times New Roman" w:hAnsi="Times New Roman" w:cs="Times New Roman"/>
                <w:sz w:val="17"/>
                <w:szCs w:val="17"/>
              </w:rPr>
              <w:t>Adı Soyadı: ………………………………</w:t>
            </w:r>
          </w:p>
          <w:p w14:paraId="31E18051" w14:textId="77777777" w:rsidR="00443294" w:rsidRPr="004F5D30" w:rsidRDefault="00000000" w:rsidP="004F5D30">
            <w:pPr>
              <w:shd w:val="clear" w:color="auto" w:fill="FFFFFF" w:themeFill="background1"/>
              <w:spacing w:after="20"/>
              <w:rPr>
                <w:rFonts w:ascii="Times New Roman" w:hAnsi="Times New Roman" w:cs="Times New Roman"/>
                <w:sz w:val="17"/>
                <w:szCs w:val="17"/>
              </w:rPr>
            </w:pPr>
            <w:r w:rsidRPr="004F5D30">
              <w:rPr>
                <w:rFonts w:ascii="Times New Roman" w:hAnsi="Times New Roman" w:cs="Times New Roman"/>
                <w:sz w:val="17"/>
                <w:szCs w:val="17"/>
              </w:rPr>
              <w:t>İmza: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443294" w:rsidRPr="0045154B" w14:paraId="63752DF1" w14:textId="77777777" w:rsidTr="004F5D30">
        <w:trPr>
          <w:jc w:val="center"/>
        </w:trPr>
        <w:tc>
          <w:tcPr>
            <w:tcW w:w="10376" w:type="dxa"/>
            <w:tcBorders>
              <w:top w:val="single" w:sz="8" w:space="0" w:color="173B5E"/>
              <w:left w:val="single" w:sz="8" w:space="0" w:color="173B5E"/>
              <w:bottom w:val="single" w:sz="8" w:space="0" w:color="173B5E"/>
              <w:right w:val="single" w:sz="8" w:space="0" w:color="173B5E"/>
            </w:tcBorders>
            <w:shd w:val="clear" w:color="auto" w:fill="FFFFFF" w:themeFill="background1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4B890AEE" w14:textId="77777777" w:rsidR="00443294" w:rsidRPr="0045154B" w:rsidRDefault="00000000" w:rsidP="004F5D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b/>
                <w:sz w:val="15"/>
              </w:rPr>
              <w:t xml:space="preserve">ÖNEMLİ BİLGİLENDİRME: </w:t>
            </w:r>
            <w:r w:rsidRPr="0045154B">
              <w:rPr>
                <w:sz w:val="15"/>
              </w:rPr>
              <w:t>Talep, başlangıçta planlanan öğrenim hareketliliği bitiş tarihinden en geç bir ay önce sunulmalıdır. Süre uzatımı otomatik bir hak değildir; ev sahibi üniversite, ilgili bölüm ve Erasmus+ Koordinatörlüğü onayına bağlıdır. Aynı öğrenim kademesindeki toplam Erasmus+ öğrenci hareketliliği süresi 12 ayı aşamaz. Uzatma dönemi, bütçe durumuna göre hibelendirilmeyebilir.</w:t>
            </w:r>
          </w:p>
        </w:tc>
      </w:tr>
    </w:tbl>
    <w:p w14:paraId="21705C75" w14:textId="77777777" w:rsidR="00443294" w:rsidRPr="0045154B" w:rsidRDefault="00000000">
      <w:pPr>
        <w:spacing w:before="60" w:after="20"/>
        <w:rPr>
          <w:rFonts w:ascii="Times New Roman" w:hAnsi="Times New Roman" w:cs="Times New Roman"/>
        </w:rPr>
      </w:pPr>
      <w:r w:rsidRPr="0045154B">
        <w:rPr>
          <w:rFonts w:ascii="Times New Roman" w:hAnsi="Times New Roman" w:cs="Times New Roman"/>
          <w:b/>
          <w:sz w:val="17"/>
        </w:rPr>
        <w:t>KURUM İÇİ DEĞERLENDİRME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443294" w:rsidRPr="0045154B" w14:paraId="41975E59" w14:textId="77777777" w:rsidTr="004F5D30">
        <w:trPr>
          <w:jc w:val="center"/>
        </w:trPr>
        <w:tc>
          <w:tcPr>
            <w:tcW w:w="5188" w:type="dxa"/>
            <w:vAlign w:val="center"/>
          </w:tcPr>
          <w:p w14:paraId="6E97A92D" w14:textId="77777777" w:rsidR="00443294" w:rsidRPr="0045154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b/>
                <w:sz w:val="18"/>
                <w:szCs w:val="18"/>
              </w:rPr>
              <w:t>Bölüm / Program Koordinatörü</w:t>
            </w:r>
          </w:p>
        </w:tc>
        <w:tc>
          <w:tcPr>
            <w:tcW w:w="5188" w:type="dxa"/>
            <w:vAlign w:val="center"/>
          </w:tcPr>
          <w:p w14:paraId="4B4217C9" w14:textId="77777777" w:rsidR="00443294" w:rsidRPr="0045154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b/>
                <w:sz w:val="18"/>
                <w:szCs w:val="18"/>
              </w:rPr>
              <w:t>Erasmus+ Koordinatörlüğü</w:t>
            </w:r>
          </w:p>
        </w:tc>
      </w:tr>
      <w:tr w:rsidR="00443294" w:rsidRPr="0045154B" w14:paraId="007EBE50" w14:textId="77777777" w:rsidTr="004F5D30">
        <w:trPr>
          <w:trHeight w:val="1449"/>
          <w:jc w:val="center"/>
        </w:trPr>
        <w:tc>
          <w:tcPr>
            <w:tcW w:w="5188" w:type="dxa"/>
            <w:tcMar>
              <w:top w:w="50" w:type="dxa"/>
              <w:left w:w="65" w:type="dxa"/>
              <w:bottom w:w="50" w:type="dxa"/>
              <w:right w:w="65" w:type="dxa"/>
            </w:tcMar>
            <w:vAlign w:val="center"/>
          </w:tcPr>
          <w:p w14:paraId="670B5E7C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Uygun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değildir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/ Tarih:</w:t>
            </w:r>
          </w:p>
          <w:p w14:paraId="3A34B94D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Tarih:</w:t>
            </w:r>
          </w:p>
          <w:p w14:paraId="13B59B4A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91310F8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7EBE94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8" w:type="dxa"/>
            <w:tcMar>
              <w:top w:w="50" w:type="dxa"/>
              <w:left w:w="65" w:type="dxa"/>
              <w:bottom w:w="50" w:type="dxa"/>
              <w:right w:w="65" w:type="dxa"/>
            </w:tcMar>
            <w:vAlign w:val="center"/>
          </w:tcPr>
          <w:p w14:paraId="24CD83B0" w14:textId="77777777" w:rsidR="00A404B9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Onaylandı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Reddedildi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Hibe Durumu: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Hibeli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Hibesiz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Adı Soyadı </w:t>
            </w:r>
            <w:r w:rsidR="00A404B9" w:rsidRPr="004515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B41CD7A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Tarih:</w:t>
            </w:r>
          </w:p>
          <w:p w14:paraId="2674B9A8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7033114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57A1B6" w14:textId="77777777" w:rsidR="00E4286C" w:rsidRPr="0045154B" w:rsidRDefault="00E4286C">
      <w:pPr>
        <w:rPr>
          <w:rFonts w:ascii="Times New Roman" w:hAnsi="Times New Roman" w:cs="Times New Roman"/>
        </w:rPr>
      </w:pPr>
    </w:p>
    <w:sectPr w:rsidR="00E4286C" w:rsidRPr="0045154B" w:rsidSect="004F5D30">
      <w:headerReference w:type="default" r:id="rId8"/>
      <w:footerReference w:type="default" r:id="rId9"/>
      <w:pgSz w:w="11906" w:h="16838"/>
      <w:pgMar w:top="425" w:right="765" w:bottom="510" w:left="765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77D8" w14:textId="77777777" w:rsidR="003A0752" w:rsidRDefault="003A0752">
      <w:pPr>
        <w:spacing w:after="0" w:line="240" w:lineRule="auto"/>
      </w:pPr>
      <w:r>
        <w:separator/>
      </w:r>
    </w:p>
  </w:endnote>
  <w:endnote w:type="continuationSeparator" w:id="0">
    <w:p w14:paraId="5557D5F7" w14:textId="77777777" w:rsidR="003A0752" w:rsidRDefault="003A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55FB" w14:textId="77777777" w:rsidR="004F5D30" w:rsidRPr="004F5D30" w:rsidRDefault="004F5D30" w:rsidP="004F5D30">
    <w:pPr>
      <w:pStyle w:val="AltBilgi"/>
      <w:jc w:val="center"/>
      <w:rPr>
        <w:rFonts w:ascii="Times New Roman" w:hAnsi="Times New Roman" w:cs="Times New Roman"/>
        <w:sz w:val="16"/>
        <w:szCs w:val="16"/>
      </w:rPr>
    </w:pPr>
    <w:r w:rsidRPr="004F5D30">
      <w:rPr>
        <w:rFonts w:ascii="Times New Roman" w:hAnsi="Times New Roman" w:cs="Times New Roman"/>
        <w:sz w:val="16"/>
        <w:szCs w:val="16"/>
      </w:rPr>
      <w:t xml:space="preserve">Şehit Gönenç Caddesi Maltepe Mah.No:5 Çankaya Ankara  </w:t>
    </w:r>
  </w:p>
  <w:p w14:paraId="71897252" w14:textId="77777777" w:rsidR="004F5D30" w:rsidRPr="004F5D30" w:rsidRDefault="004F5D30" w:rsidP="004F5D30">
    <w:pPr>
      <w:pStyle w:val="AltBilgi"/>
      <w:jc w:val="center"/>
      <w:rPr>
        <w:rFonts w:ascii="Times New Roman" w:hAnsi="Times New Roman" w:cs="Times New Roman"/>
        <w:sz w:val="16"/>
        <w:szCs w:val="16"/>
      </w:rPr>
    </w:pPr>
    <w:r w:rsidRPr="004F5D3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F5D30">
      <w:rPr>
        <w:rFonts w:ascii="Times New Roman" w:hAnsi="Times New Roman" w:cs="Times New Roman"/>
        <w:sz w:val="16"/>
        <w:szCs w:val="16"/>
      </w:rPr>
      <w:t>İletişim</w:t>
    </w:r>
    <w:proofErr w:type="spellEnd"/>
    <w:r w:rsidRPr="004F5D30">
      <w:rPr>
        <w:rFonts w:ascii="Times New Roman" w:hAnsi="Times New Roman" w:cs="Times New Roman"/>
        <w:sz w:val="16"/>
        <w:szCs w:val="16"/>
      </w:rPr>
      <w:t xml:space="preserve"> :444 22 28 </w:t>
    </w:r>
    <w:hyperlink r:id="rId1" w:history="1">
      <w:r w:rsidRPr="004F5D30">
        <w:rPr>
          <w:rStyle w:val="Kpr"/>
          <w:rFonts w:ascii="Times New Roman" w:hAnsi="Times New Roman" w:cs="Times New Roman"/>
          <w:color w:val="auto"/>
          <w:sz w:val="16"/>
          <w:szCs w:val="16"/>
        </w:rPr>
        <w:t>www.ankarabilim.edu.tr</w:t>
      </w:r>
    </w:hyperlink>
  </w:p>
  <w:p w14:paraId="659C186C" w14:textId="07FBCFDF" w:rsidR="00443294" w:rsidRPr="004F5D30" w:rsidRDefault="00443294" w:rsidP="004F5D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8265" w14:textId="77777777" w:rsidR="003A0752" w:rsidRDefault="003A0752">
      <w:pPr>
        <w:spacing w:after="0" w:line="240" w:lineRule="auto"/>
      </w:pPr>
      <w:r>
        <w:separator/>
      </w:r>
    </w:p>
  </w:footnote>
  <w:footnote w:type="continuationSeparator" w:id="0">
    <w:p w14:paraId="521C2740" w14:textId="77777777" w:rsidR="003A0752" w:rsidRDefault="003A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C725" w14:textId="61725B14" w:rsidR="00621509" w:rsidRDefault="004F5D30" w:rsidP="008069F4">
    <w:pPr>
      <w:pStyle w:val="stBilgi"/>
      <w:jc w:val="center"/>
    </w:pPr>
    <w:r w:rsidRPr="008069F4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11891A7B" wp14:editId="6F268C33">
          <wp:simplePos x="0" y="0"/>
          <wp:positionH relativeFrom="column">
            <wp:posOffset>-238125</wp:posOffset>
          </wp:positionH>
          <wp:positionV relativeFrom="paragraph">
            <wp:posOffset>75565</wp:posOffset>
          </wp:positionV>
          <wp:extent cx="1657350" cy="279552"/>
          <wp:effectExtent l="0" t="0" r="0" b="6350"/>
          <wp:wrapTight wrapText="bothSides">
            <wp:wrapPolygon edited="0">
              <wp:start x="0" y="0"/>
              <wp:lineTo x="0" y="20618"/>
              <wp:lineTo x="21352" y="20618"/>
              <wp:lineTo x="2135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350" cy="27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F6941B" w14:textId="0BD664CE" w:rsidR="004F5D30" w:rsidRDefault="004F5D30" w:rsidP="008069F4">
    <w:pPr>
      <w:pStyle w:val="stBilgi"/>
      <w:jc w:val="center"/>
    </w:pPr>
  </w:p>
  <w:p w14:paraId="7B4B2028" w14:textId="3402909B" w:rsidR="008069F4" w:rsidRDefault="008069F4" w:rsidP="008069F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9960847">
    <w:abstractNumId w:val="8"/>
  </w:num>
  <w:num w:numId="2" w16cid:durableId="254947443">
    <w:abstractNumId w:val="6"/>
  </w:num>
  <w:num w:numId="3" w16cid:durableId="1396317035">
    <w:abstractNumId w:val="5"/>
  </w:num>
  <w:num w:numId="4" w16cid:durableId="1166214403">
    <w:abstractNumId w:val="4"/>
  </w:num>
  <w:num w:numId="5" w16cid:durableId="348339301">
    <w:abstractNumId w:val="7"/>
  </w:num>
  <w:num w:numId="6" w16cid:durableId="1871070630">
    <w:abstractNumId w:val="3"/>
  </w:num>
  <w:num w:numId="7" w16cid:durableId="1712807697">
    <w:abstractNumId w:val="2"/>
  </w:num>
  <w:num w:numId="8" w16cid:durableId="396590538">
    <w:abstractNumId w:val="1"/>
  </w:num>
  <w:num w:numId="9" w16cid:durableId="14715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004"/>
    <w:rsid w:val="0015074B"/>
    <w:rsid w:val="001D316A"/>
    <w:rsid w:val="0029639D"/>
    <w:rsid w:val="00326F90"/>
    <w:rsid w:val="003306ED"/>
    <w:rsid w:val="003A0752"/>
    <w:rsid w:val="00443294"/>
    <w:rsid w:val="0045154B"/>
    <w:rsid w:val="004F5D30"/>
    <w:rsid w:val="00621509"/>
    <w:rsid w:val="00785F45"/>
    <w:rsid w:val="008069F4"/>
    <w:rsid w:val="008C7B25"/>
    <w:rsid w:val="009201C2"/>
    <w:rsid w:val="009641D7"/>
    <w:rsid w:val="009E1DB8"/>
    <w:rsid w:val="00A404B9"/>
    <w:rsid w:val="00A539DD"/>
    <w:rsid w:val="00AA1D8D"/>
    <w:rsid w:val="00B475AF"/>
    <w:rsid w:val="00B47730"/>
    <w:rsid w:val="00B56853"/>
    <w:rsid w:val="00C116A9"/>
    <w:rsid w:val="00C80465"/>
    <w:rsid w:val="00CB0664"/>
    <w:rsid w:val="00E4286C"/>
    <w:rsid w:val="00E73ABA"/>
    <w:rsid w:val="00E92B0C"/>
    <w:rsid w:val="00FC693F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C9F7B"/>
  <w14:defaultImageDpi w14:val="300"/>
  <w15:docId w15:val="{943C146A-D487-4989-B605-CA9EADD6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Calibri" w:hAnsi="Calibri"/>
      <w:b/>
      <w:color w:val="173B5E"/>
      <w:sz w:val="29"/>
    </w:rPr>
  </w:style>
  <w:style w:type="character" w:styleId="Kpr">
    <w:name w:val="Hyperlink"/>
    <w:basedOn w:val="VarsaylanParagrafYazTipi"/>
    <w:uiPriority w:val="99"/>
    <w:unhideWhenUsed/>
    <w:rsid w:val="004F5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11</cp:revision>
  <cp:lastPrinted>2026-08-12T11:40:00Z</cp:lastPrinted>
  <dcterms:created xsi:type="dcterms:W3CDTF">2013-12-23T23:15:00Z</dcterms:created>
  <dcterms:modified xsi:type="dcterms:W3CDTF">2026-08-12T11:41:00Z</dcterms:modified>
  <cp:category/>
</cp:coreProperties>
</file>