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BF80" w14:textId="3CDC6951" w:rsidR="00BC27DE" w:rsidRPr="00F50BA1" w:rsidRDefault="00F50BA1" w:rsidP="00F50BA1">
      <w:pPr>
        <w:tabs>
          <w:tab w:val="left" w:pos="4510"/>
        </w:tabs>
        <w:spacing w:after="0"/>
        <w:rPr>
          <w:rFonts w:ascii="Times New Roman" w:hAnsi="Times New Roman" w:cs="Times New Roman"/>
        </w:rPr>
      </w:pPr>
      <w:r w:rsidRPr="00F50BA1">
        <w:rPr>
          <w:rFonts w:ascii="Times New Roman" w:hAnsi="Times New Roman" w:cs="Times New Roman"/>
        </w:rPr>
        <w:tab/>
      </w:r>
    </w:p>
    <w:p w14:paraId="12C33BC3" w14:textId="77777777" w:rsidR="00BC27DE" w:rsidRPr="007B2FAC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B2FAC">
        <w:rPr>
          <w:rFonts w:ascii="Times New Roman" w:hAnsi="Times New Roman" w:cs="Times New Roman"/>
          <w:b/>
          <w:sz w:val="20"/>
          <w:szCs w:val="20"/>
        </w:rPr>
        <w:t>T.C.</w:t>
      </w:r>
    </w:p>
    <w:p w14:paraId="66D86C66" w14:textId="77777777" w:rsidR="00BC27DE" w:rsidRPr="007B2FAC" w:rsidRDefault="0000000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7B2FAC">
        <w:rPr>
          <w:rFonts w:ascii="Times New Roman" w:hAnsi="Times New Roman" w:cs="Times New Roman"/>
          <w:b/>
          <w:sz w:val="20"/>
          <w:szCs w:val="20"/>
        </w:rPr>
        <w:t>ANKARA BİLİM ÜNİVERSİTESİ</w:t>
      </w:r>
    </w:p>
    <w:p w14:paraId="17C3669D" w14:textId="77777777" w:rsidR="00BC27DE" w:rsidRPr="007B2FAC" w:rsidRDefault="0000000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B2FAC">
        <w:rPr>
          <w:rFonts w:ascii="Times New Roman" w:hAnsi="Times New Roman" w:cs="Times New Roman"/>
          <w:b/>
          <w:sz w:val="20"/>
          <w:szCs w:val="20"/>
        </w:rPr>
        <w:t>ERASMUS+ KOORDİNATÖRLÜĞÜ</w:t>
      </w:r>
    </w:p>
    <w:p w14:paraId="54F6A914" w14:textId="77777777" w:rsidR="00F50BA1" w:rsidRPr="007B2FAC" w:rsidRDefault="00F50BA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2E1E775" w14:textId="24D332FB" w:rsidR="00BC27DE" w:rsidRPr="007B2FAC" w:rsidRDefault="00000000">
      <w:pPr>
        <w:pStyle w:val="LetterTitle"/>
        <w:spacing w:before="100" w:after="12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7B2FAC">
        <w:rPr>
          <w:rFonts w:ascii="Times New Roman" w:hAnsi="Times New Roman" w:cs="Times New Roman"/>
          <w:color w:val="auto"/>
          <w:sz w:val="20"/>
          <w:szCs w:val="20"/>
        </w:rPr>
        <w:t>ERASMUS+ ÖĞRENCİ ÖĞRENİM HAREKETLİLİĞİ</w:t>
      </w:r>
      <w:r w:rsidRPr="007B2FAC">
        <w:rPr>
          <w:rFonts w:ascii="Times New Roman" w:hAnsi="Times New Roman" w:cs="Times New Roman"/>
          <w:color w:val="auto"/>
          <w:sz w:val="20"/>
          <w:szCs w:val="20"/>
        </w:rPr>
        <w:br/>
        <w:t>ADAY GÖSTERME</w:t>
      </w:r>
      <w:r w:rsidR="0069286B" w:rsidRPr="007B2FAC">
        <w:rPr>
          <w:rFonts w:ascii="Times New Roman" w:hAnsi="Times New Roman" w:cs="Times New Roman"/>
          <w:color w:val="auto"/>
          <w:sz w:val="20"/>
          <w:szCs w:val="20"/>
        </w:rPr>
        <w:t>/ BİLGİ FORMU</w:t>
      </w:r>
      <w:r w:rsidR="000F7D12" w:rsidRPr="007B2FAC">
        <w:rPr>
          <w:rFonts w:ascii="Times New Roman" w:hAnsi="Times New Roman" w:cs="Times New Roman"/>
          <w:color w:val="auto"/>
          <w:sz w:val="20"/>
          <w:szCs w:val="20"/>
        </w:rPr>
        <w:t xml:space="preserve">  </w:t>
      </w:r>
    </w:p>
    <w:p w14:paraId="26BFF6DE" w14:textId="77777777" w:rsidR="000F7D12" w:rsidRDefault="000F7D12">
      <w:pPr>
        <w:pStyle w:val="LetterTitle"/>
        <w:spacing w:before="1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19990518" w14:textId="43549280" w:rsidR="000F7D12" w:rsidRPr="001F72D1" w:rsidRDefault="000F7D12">
      <w:pPr>
        <w:pStyle w:val="LetterTitle"/>
        <w:spacing w:before="100" w:after="12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="007B2FAC">
        <w:rPr>
          <w:rFonts w:ascii="Times New Roman" w:hAnsi="Times New Roman" w:cs="Times New Roman"/>
          <w:color w:val="auto"/>
          <w:sz w:val="24"/>
          <w:szCs w:val="24"/>
        </w:rPr>
        <w:t>.../...</w:t>
      </w:r>
      <w:r>
        <w:rPr>
          <w:rFonts w:ascii="Times New Roman" w:hAnsi="Times New Roman" w:cs="Times New Roman"/>
          <w:color w:val="auto"/>
          <w:sz w:val="24"/>
          <w:szCs w:val="24"/>
        </w:rPr>
        <w:t>/</w:t>
      </w:r>
      <w:r w:rsidR="007B2FAC">
        <w:rPr>
          <w:rFonts w:ascii="Times New Roman" w:hAnsi="Times New Roman" w:cs="Times New Roman"/>
          <w:color w:val="auto"/>
          <w:sz w:val="24"/>
          <w:szCs w:val="24"/>
        </w:rPr>
        <w:t>20...</w:t>
      </w:r>
    </w:p>
    <w:p w14:paraId="5F796565" w14:textId="77777777" w:rsidR="00BC27DE" w:rsidRPr="00F50BA1" w:rsidRDefault="00000000">
      <w:pPr>
        <w:spacing w:after="80" w:line="252" w:lineRule="auto"/>
        <w:rPr>
          <w:rFonts w:ascii="Times New Roman" w:hAnsi="Times New Roman" w:cs="Times New Roman"/>
        </w:rPr>
      </w:pPr>
      <w:r w:rsidRPr="00F50BA1">
        <w:rPr>
          <w:rFonts w:ascii="Times New Roman" w:hAnsi="Times New Roman" w:cs="Times New Roman"/>
          <w:b/>
          <w:sz w:val="20"/>
        </w:rPr>
        <w:t>İLGİLİ MAKAMA,</w:t>
      </w:r>
    </w:p>
    <w:p w14:paraId="4F33B120" w14:textId="77777777" w:rsidR="00BC27DE" w:rsidRPr="00174C28" w:rsidRDefault="00000000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B2FAC">
        <w:rPr>
          <w:rFonts w:ascii="Times New Roman" w:hAnsi="Times New Roman" w:cs="Times New Roman"/>
          <w:sz w:val="18"/>
          <w:szCs w:val="18"/>
        </w:rPr>
        <w:t xml:space="preserve">Bu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yazı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aşağıda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bilgileri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yer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alan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Ankara Bilim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Üniversitesi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öğrencisinin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, Erasmus+ Öğrenci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Öğrenim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Hareketliliği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kapsamında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belirtilen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ev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sahibi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üniversitede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öğrenim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görmek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üzere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kurumumuz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tarafından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resmî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olarak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aday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gösterildiğini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teyit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etmek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amacıyla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düzenlenmiştir</w:t>
      </w:r>
      <w:proofErr w:type="spellEnd"/>
      <w:r w:rsidRPr="00174C28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60"/>
      </w:tblGrid>
      <w:tr w:rsidR="00BC27DE" w:rsidRPr="007B2FAC" w14:paraId="7A310F67" w14:textId="77777777" w:rsidTr="001F72D1">
        <w:trPr>
          <w:cantSplit/>
          <w:trHeight w:val="341"/>
          <w:jc w:val="center"/>
        </w:trPr>
        <w:tc>
          <w:tcPr>
            <w:tcW w:w="10376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vAlign w:val="center"/>
          </w:tcPr>
          <w:p w14:paraId="0D1F05E0" w14:textId="77777777" w:rsidR="00BC27DE" w:rsidRPr="007B2FAC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ÖĞRENCİ VE HAREKETLİLİK BİLGİLERİ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C27DE" w:rsidRPr="007B2FAC" w14:paraId="3140076C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4728E8FD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77F1472" w14:textId="07D1D3C1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35A8BD41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06981F2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T.C.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Kimlik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Pasaport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Numarası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AAACDDE" w14:textId="69729E26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03E62A3F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571354A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Öğrenci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Numarası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3162716" w14:textId="640D743A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554EFBA8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FEF6FA8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Fakülte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Yüksekokul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Enstitü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F9B566B" w14:textId="2367543E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315EB2F4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521947BD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Program</w:t>
            </w:r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EE20ECE" w14:textId="6FB55B5A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0EC981F5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1904045F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Öğrenim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Kademesi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4A288029" w14:textId="34040E1E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FA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7B2F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sz w:val="18"/>
                <w:szCs w:val="18"/>
              </w:rPr>
              <w:t>Ön</w:t>
            </w:r>
            <w:proofErr w:type="spellEnd"/>
            <w:r w:rsidRPr="007B2F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7B2FA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0F7D12" w:rsidRPr="007B2FA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0F7D12" w:rsidRPr="007B2F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7B2FAC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7B2FAC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7B2FAC">
              <w:rPr>
                <w:rFonts w:ascii="Times New Roman" w:hAnsi="Times New Roman" w:cs="Times New Roman"/>
                <w:sz w:val="18"/>
                <w:szCs w:val="18"/>
              </w:rPr>
              <w:t xml:space="preserve"> Yüksek </w:t>
            </w:r>
            <w:proofErr w:type="spellStart"/>
            <w:r w:rsidRPr="007B2FAC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</w:p>
        </w:tc>
      </w:tr>
      <w:tr w:rsidR="00BC27DE" w:rsidRPr="007B2FAC" w14:paraId="5DE50DFD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38B5E68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Ev Sahibi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Üniversite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74B1A3C7" w14:textId="16DEB23F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16E7D924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37569720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Ev Sahibi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Üniversitenin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Erasmus Kodu</w:t>
            </w:r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FF075E7" w14:textId="257F11E8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332671D3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5781F2B9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Ülke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2F498956" w14:textId="421E7519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532D3202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4E96D5D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Hareketlilik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Dönemi</w:t>
            </w:r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A156E16" w14:textId="38377208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27DE" w:rsidRPr="007B2FAC" w14:paraId="7098EAC7" w14:textId="77777777" w:rsidTr="007B2FAC">
        <w:trPr>
          <w:cantSplit/>
          <w:jc w:val="center"/>
        </w:trPr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07E465C6" w14:textId="77777777" w:rsidR="00BC27DE" w:rsidRPr="007B2FAC" w:rsidRDefault="000000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Planlanan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Hareketlilik</w:t>
            </w:r>
            <w:proofErr w:type="spellEnd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b/>
                <w:sz w:val="18"/>
                <w:szCs w:val="18"/>
              </w:rPr>
              <w:t>Tarihleri</w:t>
            </w:r>
            <w:proofErr w:type="spellEnd"/>
          </w:p>
        </w:tc>
        <w:tc>
          <w:tcPr>
            <w:tcW w:w="5188" w:type="dxa"/>
            <w:tcBorders>
              <w:top w:val="single" w:sz="6" w:space="0" w:color="98AAB7"/>
              <w:left w:val="single" w:sz="6" w:space="0" w:color="98AAB7"/>
              <w:bottom w:val="single" w:sz="6" w:space="0" w:color="98AAB7"/>
              <w:right w:val="single" w:sz="6" w:space="0" w:color="98AAB7"/>
            </w:tcBorders>
            <w:shd w:val="clear" w:color="auto" w:fill="FFFFFF" w:themeFill="background1"/>
            <w:tcMar>
              <w:top w:w="42" w:type="dxa"/>
              <w:left w:w="65" w:type="dxa"/>
              <w:bottom w:w="42" w:type="dxa"/>
              <w:right w:w="65" w:type="dxa"/>
            </w:tcMar>
            <w:vAlign w:val="center"/>
          </w:tcPr>
          <w:p w14:paraId="602117BF" w14:textId="4877D51C" w:rsidR="00BC27DE" w:rsidRPr="007B2FAC" w:rsidRDefault="00BC27D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1254305" w14:textId="77777777" w:rsidR="00F50BA1" w:rsidRPr="007B2FAC" w:rsidRDefault="00F50BA1">
      <w:pPr>
        <w:spacing w:before="80" w:after="60" w:line="252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573BFD1" w14:textId="760822A0" w:rsidR="00BC27DE" w:rsidRPr="007B2FAC" w:rsidRDefault="00000000" w:rsidP="00F50BA1">
      <w:pPr>
        <w:spacing w:before="80" w:after="60" w:line="252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Adı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geçen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öğrenci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, Ankara Bilim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Üniversitesi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tarafından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yürütülen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kurum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içi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seçim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sürecini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başarıyla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tamamlamış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ve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yürürlükteki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Erasmus+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kuralları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ile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ilgili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başvuru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ilanı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doğrultusunda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öğrenim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hareketliliğine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katılmaya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hak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kazanmıştır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.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Öğrencinin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Ankara Bilim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Üniversitesindeki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öğrencilik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kaydı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aktif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olup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hareketlilik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süresince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öğrencilik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statüsü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devam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edecektir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>.</w:t>
      </w:r>
    </w:p>
    <w:p w14:paraId="34928194" w14:textId="77777777" w:rsidR="00BC27DE" w:rsidRPr="007B2FAC" w:rsidRDefault="00000000" w:rsidP="00F50BA1">
      <w:pPr>
        <w:spacing w:after="60" w:line="252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B2FAC">
        <w:rPr>
          <w:rFonts w:ascii="Times New Roman" w:hAnsi="Times New Roman" w:cs="Times New Roman"/>
          <w:sz w:val="18"/>
          <w:szCs w:val="18"/>
        </w:rPr>
        <w:t xml:space="preserve">Bu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belge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öğrencinin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Erasmus+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adaylığını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ve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Ankara Bilim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Üniversitesi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tarafından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yurt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dışında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öğrenim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hareketliliğine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gönderildiğini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teyit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etmek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üzere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Göç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İdaresi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Başkanlığına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ve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ilgili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diğer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resmî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makamlara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sunulmak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amacıyla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hazırlanmıştır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>.</w:t>
      </w:r>
    </w:p>
    <w:p w14:paraId="7381DDA2" w14:textId="77777777" w:rsidR="00BC27DE" w:rsidRPr="007B2FAC" w:rsidRDefault="00000000" w:rsidP="00F50BA1">
      <w:pPr>
        <w:spacing w:after="100" w:line="252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Öğrencinin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ev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sahibi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üniversiteye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kesin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kabulü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ilgili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kurumun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başvuru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koşulları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, son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başvuru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tarihleri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ve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onay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süreçlerine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tabidir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>.</w:t>
      </w:r>
    </w:p>
    <w:p w14:paraId="58208C02" w14:textId="77777777" w:rsidR="00BC27DE" w:rsidRPr="007B2FAC" w:rsidRDefault="00000000" w:rsidP="00F50BA1">
      <w:pPr>
        <w:spacing w:after="100" w:line="252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7B2FAC">
        <w:rPr>
          <w:rFonts w:ascii="Times New Roman" w:hAnsi="Times New Roman" w:cs="Times New Roman"/>
          <w:sz w:val="18"/>
          <w:szCs w:val="18"/>
        </w:rPr>
        <w:t>Bilgilerinize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arz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B2FAC">
        <w:rPr>
          <w:rFonts w:ascii="Times New Roman" w:hAnsi="Times New Roman" w:cs="Times New Roman"/>
          <w:sz w:val="18"/>
          <w:szCs w:val="18"/>
        </w:rPr>
        <w:t>ederim</w:t>
      </w:r>
      <w:proofErr w:type="spellEnd"/>
      <w:r w:rsidRPr="007B2FAC">
        <w:rPr>
          <w:rFonts w:ascii="Times New Roman" w:hAnsi="Times New Roman" w:cs="Times New Roman"/>
          <w:sz w:val="18"/>
          <w:szCs w:val="18"/>
        </w:rPr>
        <w:t>.</w:t>
      </w:r>
    </w:p>
    <w:p w14:paraId="179F4EBF" w14:textId="77777777" w:rsidR="00F50BA1" w:rsidRPr="000F7D12" w:rsidRDefault="00F50BA1" w:rsidP="00F50BA1">
      <w:pPr>
        <w:spacing w:after="100" w:line="252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0EE987" w14:textId="36896C4B" w:rsidR="00F50BA1" w:rsidRPr="000F7D12" w:rsidRDefault="00F50BA1" w:rsidP="00F50BA1">
      <w:pPr>
        <w:spacing w:after="100" w:line="252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BC27DE" w:rsidRPr="000F7D12" w14:paraId="1F127AD1" w14:textId="77777777">
        <w:trPr>
          <w:cantSplit/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73A801D0" w14:textId="082C99D5" w:rsidR="00BC27DE" w:rsidRPr="007B2FAC" w:rsidRDefault="00A801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FAC">
              <w:rPr>
                <w:rFonts w:ascii="Times New Roman" w:hAnsi="Times New Roman" w:cs="Times New Roman"/>
                <w:b/>
                <w:sz w:val="20"/>
                <w:szCs w:val="20"/>
              </w:rPr>
              <w:t>Esra AKTAŞ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0F5A87A5" w14:textId="568BF4C2" w:rsidR="00BC27DE" w:rsidRPr="000F7D12" w:rsidRDefault="00BC27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DE" w:rsidRPr="000F7D12" w14:paraId="0D58342F" w14:textId="77777777">
        <w:trPr>
          <w:cantSplit/>
          <w:jc w:val="center"/>
        </w:trPr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AD91B98" w14:textId="35C7AE55" w:rsidR="00BC27DE" w:rsidRPr="007B2FAC" w:rsidRDefault="000F7D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2FAC">
              <w:rPr>
                <w:rFonts w:ascii="Times New Roman" w:hAnsi="Times New Roman" w:cs="Times New Roman"/>
                <w:sz w:val="20"/>
                <w:szCs w:val="20"/>
              </w:rPr>
              <w:t xml:space="preserve">Erasmus </w:t>
            </w:r>
            <w:proofErr w:type="spellStart"/>
            <w:r w:rsidRPr="007B2FAC">
              <w:rPr>
                <w:rFonts w:ascii="Times New Roman" w:hAnsi="Times New Roman" w:cs="Times New Roman"/>
                <w:sz w:val="20"/>
                <w:szCs w:val="20"/>
              </w:rPr>
              <w:t>Kurum</w:t>
            </w:r>
            <w:proofErr w:type="spellEnd"/>
            <w:r w:rsidRPr="007B2F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2FAC">
              <w:rPr>
                <w:rFonts w:ascii="Times New Roman" w:hAnsi="Times New Roman" w:cs="Times New Roman"/>
                <w:sz w:val="20"/>
                <w:szCs w:val="20"/>
              </w:rPr>
              <w:t>Koordinatörü</w:t>
            </w:r>
            <w:proofErr w:type="spellEnd"/>
          </w:p>
          <w:p w14:paraId="22FE6E68" w14:textId="2921CA25" w:rsidR="00F50BA1" w:rsidRPr="007B2FAC" w:rsidRDefault="00F50B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14:paraId="15DE5464" w14:textId="77777777" w:rsidR="00BC27DE" w:rsidRPr="000F7D12" w:rsidRDefault="000000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F7D1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F7D1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14:paraId="0BD696DD" w14:textId="77777777" w:rsidR="00833C89" w:rsidRPr="00F50BA1" w:rsidRDefault="00833C89">
      <w:pPr>
        <w:rPr>
          <w:rFonts w:ascii="Times New Roman" w:hAnsi="Times New Roman" w:cs="Times New Roman"/>
        </w:rPr>
      </w:pPr>
    </w:p>
    <w:sectPr w:rsidR="00833C89" w:rsidRPr="00F50BA1" w:rsidSect="007B2FAC">
      <w:headerReference w:type="default" r:id="rId8"/>
      <w:footerReference w:type="default" r:id="rId9"/>
      <w:pgSz w:w="11906" w:h="16838"/>
      <w:pgMar w:top="425" w:right="765" w:bottom="454" w:left="765" w:header="28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7F773" w14:textId="77777777" w:rsidR="00EC0D39" w:rsidRDefault="00EC0D39">
      <w:pPr>
        <w:spacing w:after="0" w:line="240" w:lineRule="auto"/>
      </w:pPr>
      <w:r>
        <w:separator/>
      </w:r>
    </w:p>
  </w:endnote>
  <w:endnote w:type="continuationSeparator" w:id="0">
    <w:p w14:paraId="08BC8B74" w14:textId="77777777" w:rsidR="00EC0D39" w:rsidRDefault="00EC0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04D0" w14:textId="77777777" w:rsidR="007B2FAC" w:rsidRPr="007B2FAC" w:rsidRDefault="007B2FAC" w:rsidP="007B2FAC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7B2FAC">
      <w:rPr>
        <w:rFonts w:ascii="Times New Roman" w:hAnsi="Times New Roman" w:cs="Times New Roman"/>
        <w:sz w:val="18"/>
        <w:szCs w:val="18"/>
      </w:rPr>
      <w:t xml:space="preserve">Şehit Gönenç Caddesi Maltepe Mah.No:5 Çankaya Ankara  </w:t>
    </w:r>
  </w:p>
  <w:p w14:paraId="09A55477" w14:textId="77777777" w:rsidR="007B2FAC" w:rsidRPr="007B2FAC" w:rsidRDefault="007B2FAC" w:rsidP="007B2FAC">
    <w:pPr>
      <w:pStyle w:val="AltBilgi"/>
      <w:jc w:val="center"/>
      <w:rPr>
        <w:rFonts w:ascii="Times New Roman" w:hAnsi="Times New Roman" w:cs="Times New Roman"/>
        <w:sz w:val="18"/>
        <w:szCs w:val="18"/>
      </w:rPr>
    </w:pPr>
    <w:r w:rsidRPr="007B2FAC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7B2FAC">
      <w:rPr>
        <w:rFonts w:ascii="Times New Roman" w:hAnsi="Times New Roman" w:cs="Times New Roman"/>
        <w:sz w:val="18"/>
        <w:szCs w:val="18"/>
      </w:rPr>
      <w:t>İletişim</w:t>
    </w:r>
    <w:proofErr w:type="spellEnd"/>
    <w:r w:rsidRPr="007B2FAC">
      <w:rPr>
        <w:rFonts w:ascii="Times New Roman" w:hAnsi="Times New Roman" w:cs="Times New Roman"/>
        <w:sz w:val="18"/>
        <w:szCs w:val="18"/>
      </w:rPr>
      <w:t xml:space="preserve"> :444 22 28 </w:t>
    </w:r>
    <w:hyperlink r:id="rId1" w:history="1">
      <w:r w:rsidRPr="007B2FAC">
        <w:rPr>
          <w:rStyle w:val="Kpr"/>
          <w:rFonts w:ascii="Times New Roman" w:hAnsi="Times New Roman" w:cs="Times New Roman"/>
          <w:color w:val="auto"/>
          <w:sz w:val="18"/>
          <w:szCs w:val="18"/>
        </w:rPr>
        <w:t>www.ankarabilim.edu.tr</w:t>
      </w:r>
    </w:hyperlink>
  </w:p>
  <w:p w14:paraId="34E14448" w14:textId="38A0AED5" w:rsidR="00BC27DE" w:rsidRPr="007B2FAC" w:rsidRDefault="00BC27DE" w:rsidP="007B2FAC">
    <w:pPr>
      <w:pStyle w:val="AltBilgi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3EE06" w14:textId="77777777" w:rsidR="00EC0D39" w:rsidRDefault="00EC0D39">
      <w:pPr>
        <w:spacing w:after="0" w:line="240" w:lineRule="auto"/>
      </w:pPr>
      <w:r>
        <w:separator/>
      </w:r>
    </w:p>
  </w:footnote>
  <w:footnote w:type="continuationSeparator" w:id="0">
    <w:p w14:paraId="19450301" w14:textId="77777777" w:rsidR="00EC0D39" w:rsidRDefault="00EC0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98434" w14:textId="77777777" w:rsidR="007B2FAC" w:rsidRDefault="007B2FAC">
    <w:pPr>
      <w:pStyle w:val="stBilgi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AA8BF2" wp14:editId="40BD4955">
          <wp:simplePos x="0" y="0"/>
          <wp:positionH relativeFrom="column">
            <wp:posOffset>-171450</wp:posOffset>
          </wp:positionH>
          <wp:positionV relativeFrom="paragraph">
            <wp:posOffset>-27305</wp:posOffset>
          </wp:positionV>
          <wp:extent cx="1460500" cy="238125"/>
          <wp:effectExtent l="0" t="0" r="6350" b="9525"/>
          <wp:wrapTight wrapText="bothSides">
            <wp:wrapPolygon edited="0">
              <wp:start x="845" y="0"/>
              <wp:lineTo x="0" y="13824"/>
              <wp:lineTo x="0" y="20736"/>
              <wp:lineTo x="21412" y="20736"/>
              <wp:lineTo x="21412" y="0"/>
              <wp:lineTo x="845" y="0"/>
            </wp:wrapPolygon>
          </wp:wrapTight>
          <wp:docPr id="640341281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0BA1">
      <w:t xml:space="preserve">                           </w:t>
    </w:r>
  </w:p>
  <w:p w14:paraId="327ABCF1" w14:textId="56200AC1" w:rsidR="00F50BA1" w:rsidRDefault="00F50BA1">
    <w:pPr>
      <w:pStyle w:val="stBilgi"/>
    </w:pPr>
    <w: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741210">
    <w:abstractNumId w:val="8"/>
  </w:num>
  <w:num w:numId="2" w16cid:durableId="1269433451">
    <w:abstractNumId w:val="6"/>
  </w:num>
  <w:num w:numId="3" w16cid:durableId="2065564490">
    <w:abstractNumId w:val="5"/>
  </w:num>
  <w:num w:numId="4" w16cid:durableId="1802109657">
    <w:abstractNumId w:val="4"/>
  </w:num>
  <w:num w:numId="5" w16cid:durableId="1490948006">
    <w:abstractNumId w:val="7"/>
  </w:num>
  <w:num w:numId="6" w16cid:durableId="1596282870">
    <w:abstractNumId w:val="3"/>
  </w:num>
  <w:num w:numId="7" w16cid:durableId="8794525">
    <w:abstractNumId w:val="2"/>
  </w:num>
  <w:num w:numId="8" w16cid:durableId="2040347789">
    <w:abstractNumId w:val="1"/>
  </w:num>
  <w:num w:numId="9" w16cid:durableId="92461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D12"/>
    <w:rsid w:val="0015074B"/>
    <w:rsid w:val="00174C28"/>
    <w:rsid w:val="001F72D1"/>
    <w:rsid w:val="0029639D"/>
    <w:rsid w:val="00326F90"/>
    <w:rsid w:val="00460C1E"/>
    <w:rsid w:val="005B172F"/>
    <w:rsid w:val="00633344"/>
    <w:rsid w:val="0069286B"/>
    <w:rsid w:val="00695648"/>
    <w:rsid w:val="006B5BB5"/>
    <w:rsid w:val="00727C5C"/>
    <w:rsid w:val="007B2FAC"/>
    <w:rsid w:val="00833C89"/>
    <w:rsid w:val="00A801FD"/>
    <w:rsid w:val="00AA1D8D"/>
    <w:rsid w:val="00B475AF"/>
    <w:rsid w:val="00B47730"/>
    <w:rsid w:val="00BC27DE"/>
    <w:rsid w:val="00CB0664"/>
    <w:rsid w:val="00D0296D"/>
    <w:rsid w:val="00EC0D39"/>
    <w:rsid w:val="00F50BA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87078"/>
  <w14:defaultImageDpi w14:val="300"/>
  <w15:docId w15:val="{CB38EDDC-775F-4FBD-BF04-F9700F2C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tterTitle">
    <w:name w:val="LetterTitle"/>
    <w:rPr>
      <w:rFonts w:ascii="Calibri" w:hAnsi="Calibri"/>
      <w:b/>
      <w:color w:val="173B5E"/>
      <w:sz w:val="29"/>
    </w:rPr>
  </w:style>
  <w:style w:type="character" w:styleId="Kpr">
    <w:name w:val="Hyperlink"/>
    <w:basedOn w:val="VarsaylanParagrafYazTipi"/>
    <w:uiPriority w:val="99"/>
    <w:unhideWhenUsed/>
    <w:rsid w:val="007B2F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karabilim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Erasmus+ Öğrenci Öğrenim Hareketliliği Aday Gösterme Mektubu</vt:lpstr>
      <vt:lpstr/>
    </vt:vector>
  </TitlesOfParts>
  <Manager/>
  <Company/>
  <LinksUpToDate>false</LinksUpToDate>
  <CharactersWithSpaces>1850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Öğrenci Öğrenim Hareketliliği Aday Gösterme Mektubu</dc:title>
  <dc:subject>Göç İdaresi ve ilgili resmî makamlar için aday gösterme mektubu</dc:subject>
  <dc:creator>Ankara Bilim Üniversitesi Erasmus+ Koordinatörlüğü</dc:creator>
  <cp:keywords>Erasmus+, Öğrenim Hareketliliği, Aday Gösterme Mektubu</cp:keywords>
  <dc:description>generated by python-docx</dc:description>
  <cp:lastModifiedBy>Esra Aktaş</cp:lastModifiedBy>
  <cp:revision>4</cp:revision>
  <cp:lastPrinted>2026-08-12T11:48:00Z</cp:lastPrinted>
  <dcterms:created xsi:type="dcterms:W3CDTF">2026-07-31T10:05:00Z</dcterms:created>
  <dcterms:modified xsi:type="dcterms:W3CDTF">2026-08-12T11:49:00Z</dcterms:modified>
  <cp:category/>
</cp:coreProperties>
</file>