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2F75D" w14:textId="49EB0D11" w:rsidR="009D3D0D" w:rsidRPr="002642CC" w:rsidRDefault="009D3D0D">
      <w:pPr>
        <w:spacing w:after="20"/>
        <w:jc w:val="center"/>
        <w:rPr>
          <w:rFonts w:ascii="Times New Roman" w:hAnsi="Times New Roman" w:cs="Times New Roman"/>
        </w:rPr>
      </w:pPr>
    </w:p>
    <w:p w14:paraId="4EC887C5" w14:textId="77777777" w:rsidR="009D3D0D" w:rsidRPr="002642CC" w:rsidRDefault="00000000">
      <w:pPr>
        <w:jc w:val="center"/>
        <w:rPr>
          <w:rFonts w:ascii="Times New Roman" w:hAnsi="Times New Roman" w:cs="Times New Roman"/>
        </w:rPr>
      </w:pPr>
      <w:r w:rsidRPr="002642CC">
        <w:rPr>
          <w:rFonts w:ascii="Times New Roman" w:hAnsi="Times New Roman" w:cs="Times New Roman"/>
          <w:b/>
          <w:sz w:val="16"/>
        </w:rPr>
        <w:t>T.C.</w:t>
      </w:r>
      <w:r w:rsidRPr="002642CC">
        <w:rPr>
          <w:rFonts w:ascii="Times New Roman" w:hAnsi="Times New Roman" w:cs="Times New Roman"/>
          <w:b/>
          <w:sz w:val="16"/>
        </w:rPr>
        <w:br/>
        <w:t>ANKARA BİLİM ÜNİVERSİTESİ</w:t>
      </w:r>
      <w:r w:rsidRPr="002642CC">
        <w:rPr>
          <w:rFonts w:ascii="Times New Roman" w:hAnsi="Times New Roman" w:cs="Times New Roman"/>
          <w:b/>
          <w:sz w:val="16"/>
        </w:rPr>
        <w:br/>
        <w:t>ERASMUS+ KOORDİNATÖRLÜĞÜ</w:t>
      </w:r>
    </w:p>
    <w:p w14:paraId="7E0D7A5D" w14:textId="77777777" w:rsidR="009D3D0D" w:rsidRPr="002642CC" w:rsidRDefault="00000000">
      <w:pPr>
        <w:spacing w:after="20"/>
        <w:jc w:val="center"/>
        <w:rPr>
          <w:rFonts w:ascii="Times New Roman" w:hAnsi="Times New Roman" w:cs="Times New Roman"/>
        </w:rPr>
      </w:pPr>
      <w:r w:rsidRPr="002642CC">
        <w:rPr>
          <w:rFonts w:ascii="Times New Roman" w:hAnsi="Times New Roman" w:cs="Times New Roman"/>
          <w:b/>
          <w:caps/>
          <w:sz w:val="17"/>
        </w:rPr>
        <w:t>ERASMUS+ ÖĞRENCİ ÖĞRENİM HAREKETLİLİĞİ</w:t>
      </w:r>
    </w:p>
    <w:p w14:paraId="661C2DE8" w14:textId="77777777" w:rsidR="009D3D0D" w:rsidRPr="002642CC" w:rsidRDefault="00000000">
      <w:pPr>
        <w:keepNext/>
        <w:spacing w:after="80"/>
        <w:jc w:val="center"/>
        <w:rPr>
          <w:rFonts w:ascii="Times New Roman" w:hAnsi="Times New Roman" w:cs="Times New Roman"/>
        </w:rPr>
      </w:pPr>
      <w:r w:rsidRPr="002642CC">
        <w:rPr>
          <w:rFonts w:ascii="Times New Roman" w:hAnsi="Times New Roman" w:cs="Times New Roman"/>
          <w:b/>
          <w:sz w:val="30"/>
        </w:rPr>
        <w:t>AKADEMİK ONAY FORMU - GİDİŞ</w:t>
      </w:r>
    </w:p>
    <w:tbl>
      <w:tblPr>
        <w:tblW w:w="10780" w:type="dxa"/>
        <w:jc w:val="center"/>
        <w:tblLayout w:type="fixed"/>
        <w:tblLook w:val="04A0" w:firstRow="1" w:lastRow="0" w:firstColumn="1" w:lastColumn="0" w:noHBand="0" w:noVBand="1"/>
      </w:tblPr>
      <w:tblGrid>
        <w:gridCol w:w="2050"/>
        <w:gridCol w:w="3567"/>
        <w:gridCol w:w="1433"/>
        <w:gridCol w:w="3730"/>
      </w:tblGrid>
      <w:tr w:rsidR="009D3D0D" w:rsidRPr="002642CC" w14:paraId="7883A4AB" w14:textId="77777777" w:rsidTr="002642CC">
        <w:trPr>
          <w:cantSplit/>
          <w:trHeight w:val="323"/>
          <w:tblHeader/>
          <w:jc w:val="center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219FB51" w14:textId="77777777" w:rsidR="009D3D0D" w:rsidRPr="002642CC" w:rsidRDefault="00000000">
            <w:pPr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2642CC">
              <w:rPr>
                <w:rFonts w:ascii="Times New Roman" w:hAnsi="Times New Roman" w:cs="Times New Roman"/>
                <w:b/>
                <w:szCs w:val="18"/>
              </w:rPr>
              <w:t>Öğrencinin</w:t>
            </w:r>
            <w:proofErr w:type="spellEnd"/>
            <w:r w:rsidRPr="002642CC">
              <w:rPr>
                <w:rFonts w:ascii="Times New Roman" w:hAnsi="Times New Roman" w:cs="Times New Roman"/>
                <w:b/>
                <w:szCs w:val="18"/>
              </w:rPr>
              <w:t xml:space="preserve"> </w:t>
            </w:r>
            <w:proofErr w:type="spellStart"/>
            <w:r w:rsidRPr="002642CC">
              <w:rPr>
                <w:rFonts w:ascii="Times New Roman" w:hAnsi="Times New Roman" w:cs="Times New Roman"/>
                <w:b/>
                <w:szCs w:val="18"/>
              </w:rPr>
              <w:t>Adı</w:t>
            </w:r>
            <w:proofErr w:type="spellEnd"/>
            <w:r w:rsidRPr="002642CC">
              <w:rPr>
                <w:rFonts w:ascii="Times New Roman" w:hAnsi="Times New Roman" w:cs="Times New Roman"/>
                <w:b/>
                <w:szCs w:val="18"/>
              </w:rPr>
              <w:t xml:space="preserve"> </w:t>
            </w:r>
            <w:proofErr w:type="spellStart"/>
            <w:r w:rsidRPr="002642CC">
              <w:rPr>
                <w:rFonts w:ascii="Times New Roman" w:hAnsi="Times New Roman" w:cs="Times New Roman"/>
                <w:b/>
                <w:szCs w:val="18"/>
              </w:rPr>
              <w:t>Soyadı</w:t>
            </w:r>
            <w:proofErr w:type="spellEnd"/>
          </w:p>
        </w:tc>
        <w:tc>
          <w:tcPr>
            <w:tcW w:w="3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9CB2AB2" w14:textId="77777777" w:rsidR="009D3D0D" w:rsidRPr="002642CC" w:rsidRDefault="009D3D0D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231A118" w14:textId="77777777" w:rsidR="009D3D0D" w:rsidRPr="002642CC" w:rsidRDefault="00000000">
            <w:pPr>
              <w:rPr>
                <w:rFonts w:ascii="Times New Roman" w:hAnsi="Times New Roman" w:cs="Times New Roman"/>
                <w:szCs w:val="18"/>
              </w:rPr>
            </w:pPr>
            <w:r w:rsidRPr="002642CC">
              <w:rPr>
                <w:rFonts w:ascii="Times New Roman" w:hAnsi="Times New Roman" w:cs="Times New Roman"/>
                <w:b/>
                <w:szCs w:val="18"/>
              </w:rPr>
              <w:t>Öğrenci Numarası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4FDD28F" w14:textId="77777777" w:rsidR="009D3D0D" w:rsidRPr="002642CC" w:rsidRDefault="009D3D0D">
            <w:pPr>
              <w:rPr>
                <w:rFonts w:ascii="Times New Roman" w:hAnsi="Times New Roman" w:cs="Times New Roman"/>
                <w:szCs w:val="18"/>
              </w:rPr>
            </w:pPr>
          </w:p>
        </w:tc>
      </w:tr>
      <w:tr w:rsidR="009D3D0D" w:rsidRPr="002642CC" w14:paraId="290F2BBC" w14:textId="77777777" w:rsidTr="002642CC">
        <w:trPr>
          <w:cantSplit/>
          <w:trHeight w:val="323"/>
          <w:jc w:val="center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D512376" w14:textId="77777777" w:rsidR="009D3D0D" w:rsidRPr="002642CC" w:rsidRDefault="00000000">
            <w:pPr>
              <w:rPr>
                <w:rFonts w:ascii="Times New Roman" w:hAnsi="Times New Roman" w:cs="Times New Roman"/>
                <w:szCs w:val="18"/>
              </w:rPr>
            </w:pPr>
            <w:r w:rsidRPr="002642CC">
              <w:rPr>
                <w:rFonts w:ascii="Times New Roman" w:hAnsi="Times New Roman" w:cs="Times New Roman"/>
                <w:b/>
                <w:szCs w:val="18"/>
              </w:rPr>
              <w:t>Fakülte / MYO / Enstitü</w:t>
            </w:r>
          </w:p>
        </w:tc>
        <w:tc>
          <w:tcPr>
            <w:tcW w:w="3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CCA6312" w14:textId="77777777" w:rsidR="009D3D0D" w:rsidRPr="002642CC" w:rsidRDefault="009D3D0D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B479775" w14:textId="77777777" w:rsidR="009D3D0D" w:rsidRPr="002642CC" w:rsidRDefault="00000000">
            <w:pPr>
              <w:rPr>
                <w:rFonts w:ascii="Times New Roman" w:hAnsi="Times New Roman" w:cs="Times New Roman"/>
                <w:szCs w:val="18"/>
              </w:rPr>
            </w:pPr>
            <w:r w:rsidRPr="002642CC">
              <w:rPr>
                <w:rFonts w:ascii="Times New Roman" w:hAnsi="Times New Roman" w:cs="Times New Roman"/>
                <w:b/>
                <w:szCs w:val="18"/>
              </w:rPr>
              <w:t>Bölüm / Program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48A4F40" w14:textId="77777777" w:rsidR="009D3D0D" w:rsidRPr="002642CC" w:rsidRDefault="009D3D0D">
            <w:pPr>
              <w:rPr>
                <w:rFonts w:ascii="Times New Roman" w:hAnsi="Times New Roman" w:cs="Times New Roman"/>
                <w:szCs w:val="18"/>
              </w:rPr>
            </w:pPr>
          </w:p>
        </w:tc>
      </w:tr>
      <w:tr w:rsidR="009D3D0D" w:rsidRPr="002642CC" w14:paraId="3641EAC1" w14:textId="77777777" w:rsidTr="002642CC">
        <w:trPr>
          <w:cantSplit/>
          <w:trHeight w:val="323"/>
          <w:jc w:val="center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60D8AD6" w14:textId="77777777" w:rsidR="009D3D0D" w:rsidRPr="002642CC" w:rsidRDefault="00000000">
            <w:pPr>
              <w:rPr>
                <w:rFonts w:ascii="Times New Roman" w:hAnsi="Times New Roman" w:cs="Times New Roman"/>
                <w:szCs w:val="18"/>
              </w:rPr>
            </w:pPr>
            <w:r w:rsidRPr="002642CC">
              <w:rPr>
                <w:rFonts w:ascii="Times New Roman" w:hAnsi="Times New Roman" w:cs="Times New Roman"/>
                <w:b/>
                <w:szCs w:val="18"/>
              </w:rPr>
              <w:t>Öğrenim Düzeyi</w:t>
            </w:r>
          </w:p>
        </w:tc>
        <w:tc>
          <w:tcPr>
            <w:tcW w:w="3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0940EC9" w14:textId="0D75A4CF" w:rsidR="009D3D0D" w:rsidRPr="002642CC" w:rsidRDefault="00000000">
            <w:pPr>
              <w:rPr>
                <w:rFonts w:ascii="Times New Roman" w:hAnsi="Times New Roman" w:cs="Times New Roman"/>
                <w:szCs w:val="18"/>
              </w:rPr>
            </w:pPr>
            <w:r w:rsidRPr="002642CC">
              <w:rPr>
                <w:rFonts w:ascii="Times New Roman" w:hAnsi="Times New Roman" w:cs="Times New Roman"/>
                <w:szCs w:val="18"/>
              </w:rPr>
              <w:t xml:space="preserve">Ön Lisans [  ]   Lisans [  ]   Yüksek Lisans [  ]  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B07DCBC" w14:textId="77777777" w:rsidR="009D3D0D" w:rsidRPr="002642CC" w:rsidRDefault="00000000">
            <w:pPr>
              <w:rPr>
                <w:rFonts w:ascii="Times New Roman" w:hAnsi="Times New Roman" w:cs="Times New Roman"/>
                <w:szCs w:val="18"/>
              </w:rPr>
            </w:pPr>
            <w:r w:rsidRPr="002642CC">
              <w:rPr>
                <w:rFonts w:ascii="Times New Roman" w:hAnsi="Times New Roman" w:cs="Times New Roman"/>
                <w:b/>
                <w:szCs w:val="18"/>
              </w:rPr>
              <w:t>Proje Türü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7ABD61E" w14:textId="77777777" w:rsidR="009D3D0D" w:rsidRPr="002642CC" w:rsidRDefault="00000000">
            <w:pPr>
              <w:rPr>
                <w:rFonts w:ascii="Times New Roman" w:hAnsi="Times New Roman" w:cs="Times New Roman"/>
                <w:szCs w:val="18"/>
              </w:rPr>
            </w:pPr>
            <w:r w:rsidRPr="002642CC">
              <w:rPr>
                <w:rFonts w:ascii="Times New Roman" w:hAnsi="Times New Roman" w:cs="Times New Roman"/>
                <w:szCs w:val="18"/>
              </w:rPr>
              <w:t>KA131 [  ]   KA171 [  ]</w:t>
            </w:r>
          </w:p>
        </w:tc>
      </w:tr>
      <w:tr w:rsidR="009D3D0D" w:rsidRPr="002642CC" w14:paraId="103863E6" w14:textId="77777777" w:rsidTr="002642CC">
        <w:trPr>
          <w:cantSplit/>
          <w:trHeight w:val="323"/>
          <w:jc w:val="center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9D7CE40" w14:textId="77777777" w:rsidR="009D3D0D" w:rsidRPr="002642CC" w:rsidRDefault="00000000">
            <w:pPr>
              <w:rPr>
                <w:rFonts w:ascii="Times New Roman" w:hAnsi="Times New Roman" w:cs="Times New Roman"/>
                <w:szCs w:val="18"/>
              </w:rPr>
            </w:pPr>
            <w:r w:rsidRPr="002642CC">
              <w:rPr>
                <w:rFonts w:ascii="Times New Roman" w:hAnsi="Times New Roman" w:cs="Times New Roman"/>
                <w:b/>
                <w:szCs w:val="18"/>
              </w:rPr>
              <w:t>Karşı Kurumun Adı ve Erasmus Kodu</w:t>
            </w:r>
          </w:p>
        </w:tc>
        <w:tc>
          <w:tcPr>
            <w:tcW w:w="3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7102274" w14:textId="77777777" w:rsidR="009D3D0D" w:rsidRPr="002642CC" w:rsidRDefault="009D3D0D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1066E45" w14:textId="77777777" w:rsidR="009D3D0D" w:rsidRPr="002642CC" w:rsidRDefault="00000000">
            <w:pPr>
              <w:rPr>
                <w:rFonts w:ascii="Times New Roman" w:hAnsi="Times New Roman" w:cs="Times New Roman"/>
                <w:szCs w:val="18"/>
              </w:rPr>
            </w:pPr>
            <w:r w:rsidRPr="002642CC">
              <w:rPr>
                <w:rFonts w:ascii="Times New Roman" w:hAnsi="Times New Roman" w:cs="Times New Roman"/>
                <w:b/>
                <w:szCs w:val="18"/>
              </w:rPr>
              <w:t>Ülke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EC11466" w14:textId="77777777" w:rsidR="009D3D0D" w:rsidRPr="002642CC" w:rsidRDefault="009D3D0D">
            <w:pPr>
              <w:rPr>
                <w:rFonts w:ascii="Times New Roman" w:hAnsi="Times New Roman" w:cs="Times New Roman"/>
                <w:szCs w:val="18"/>
              </w:rPr>
            </w:pPr>
          </w:p>
        </w:tc>
      </w:tr>
      <w:tr w:rsidR="009D3D0D" w:rsidRPr="002642CC" w14:paraId="11CEEEC1" w14:textId="77777777" w:rsidTr="002642CC">
        <w:trPr>
          <w:cantSplit/>
          <w:trHeight w:val="323"/>
          <w:jc w:val="center"/>
        </w:trPr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E5D3609" w14:textId="77777777" w:rsidR="009D3D0D" w:rsidRPr="002642CC" w:rsidRDefault="00000000">
            <w:pPr>
              <w:rPr>
                <w:rFonts w:ascii="Times New Roman" w:hAnsi="Times New Roman" w:cs="Times New Roman"/>
                <w:szCs w:val="18"/>
              </w:rPr>
            </w:pPr>
            <w:r w:rsidRPr="002642CC">
              <w:rPr>
                <w:rFonts w:ascii="Times New Roman" w:hAnsi="Times New Roman" w:cs="Times New Roman"/>
                <w:b/>
                <w:szCs w:val="18"/>
              </w:rPr>
              <w:t>Akademik Yıl</w:t>
            </w:r>
          </w:p>
        </w:tc>
        <w:tc>
          <w:tcPr>
            <w:tcW w:w="3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8EEDC0D" w14:textId="77777777" w:rsidR="009D3D0D" w:rsidRPr="002642CC" w:rsidRDefault="00000000">
            <w:pPr>
              <w:rPr>
                <w:rFonts w:ascii="Times New Roman" w:hAnsi="Times New Roman" w:cs="Times New Roman"/>
                <w:szCs w:val="18"/>
              </w:rPr>
            </w:pPr>
            <w:r w:rsidRPr="002642CC">
              <w:rPr>
                <w:rFonts w:ascii="Times New Roman" w:hAnsi="Times New Roman" w:cs="Times New Roman"/>
                <w:szCs w:val="18"/>
              </w:rPr>
              <w:t>20..... / 20.....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E7C9DF6" w14:textId="77777777" w:rsidR="009D3D0D" w:rsidRPr="002642CC" w:rsidRDefault="00000000">
            <w:pPr>
              <w:rPr>
                <w:rFonts w:ascii="Times New Roman" w:hAnsi="Times New Roman" w:cs="Times New Roman"/>
                <w:szCs w:val="18"/>
              </w:rPr>
            </w:pPr>
            <w:r w:rsidRPr="002642CC">
              <w:rPr>
                <w:rFonts w:ascii="Times New Roman" w:hAnsi="Times New Roman" w:cs="Times New Roman"/>
                <w:b/>
                <w:szCs w:val="18"/>
              </w:rPr>
              <w:t>Hareketlilik Dönemi</w:t>
            </w:r>
          </w:p>
        </w:tc>
        <w:tc>
          <w:tcPr>
            <w:tcW w:w="3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DC4CBE5" w14:textId="77777777" w:rsidR="009D3D0D" w:rsidRPr="002642CC" w:rsidRDefault="00000000">
            <w:pPr>
              <w:rPr>
                <w:rFonts w:ascii="Times New Roman" w:hAnsi="Times New Roman" w:cs="Times New Roman"/>
                <w:szCs w:val="18"/>
              </w:rPr>
            </w:pPr>
            <w:r w:rsidRPr="002642CC">
              <w:rPr>
                <w:rFonts w:ascii="Times New Roman" w:hAnsi="Times New Roman" w:cs="Times New Roman"/>
                <w:szCs w:val="18"/>
              </w:rPr>
              <w:t>Güz [  ]   Bahar [  ]   Tam Yıl [  ]</w:t>
            </w:r>
          </w:p>
        </w:tc>
      </w:tr>
    </w:tbl>
    <w:p w14:paraId="4AAA1E6E" w14:textId="77777777" w:rsidR="009D3D0D" w:rsidRPr="002642CC" w:rsidRDefault="00000000">
      <w:pPr>
        <w:spacing w:before="60" w:after="60"/>
        <w:rPr>
          <w:rFonts w:ascii="Times New Roman" w:hAnsi="Times New Roman" w:cs="Times New Roman"/>
        </w:rPr>
      </w:pPr>
      <w:r w:rsidRPr="002642CC">
        <w:rPr>
          <w:rFonts w:ascii="Times New Roman" w:hAnsi="Times New Roman" w:cs="Times New Roman"/>
          <w:i/>
          <w:sz w:val="16"/>
        </w:rPr>
        <w:t xml:space="preserve">Bu form, </w:t>
      </w:r>
      <w:proofErr w:type="spellStart"/>
      <w:r w:rsidRPr="002642CC">
        <w:rPr>
          <w:rFonts w:ascii="Times New Roman" w:hAnsi="Times New Roman" w:cs="Times New Roman"/>
          <w:i/>
          <w:sz w:val="16"/>
        </w:rPr>
        <w:t>hareketlilik</w:t>
      </w:r>
      <w:proofErr w:type="spellEnd"/>
      <w:r w:rsidRPr="002642CC">
        <w:rPr>
          <w:rFonts w:ascii="Times New Roman" w:hAnsi="Times New Roman" w:cs="Times New Roman"/>
          <w:i/>
          <w:sz w:val="16"/>
        </w:rPr>
        <w:t xml:space="preserve"> </w:t>
      </w:r>
      <w:proofErr w:type="spellStart"/>
      <w:r w:rsidRPr="002642CC">
        <w:rPr>
          <w:rFonts w:ascii="Times New Roman" w:hAnsi="Times New Roman" w:cs="Times New Roman"/>
          <w:i/>
          <w:sz w:val="16"/>
        </w:rPr>
        <w:t>başlamadan</w:t>
      </w:r>
      <w:proofErr w:type="spellEnd"/>
      <w:r w:rsidRPr="002642CC">
        <w:rPr>
          <w:rFonts w:ascii="Times New Roman" w:hAnsi="Times New Roman" w:cs="Times New Roman"/>
          <w:i/>
          <w:sz w:val="16"/>
        </w:rPr>
        <w:t xml:space="preserve"> önce karşı kurumda alınması planlanan derslerin Ankara Bilim Üniversitesindeki karşılıklarının belirlenmesi ve akademik tanınmanın önceden onaylanması amacıyla düzenlenir.</w:t>
      </w:r>
    </w:p>
    <w:tbl>
      <w:tblPr>
        <w:tblW w:w="10780" w:type="dxa"/>
        <w:jc w:val="center"/>
        <w:tblLayout w:type="fixed"/>
        <w:tblLook w:val="04A0" w:firstRow="1" w:lastRow="0" w:firstColumn="1" w:lastColumn="0" w:noHBand="0" w:noVBand="1"/>
      </w:tblPr>
      <w:tblGrid>
        <w:gridCol w:w="820"/>
        <w:gridCol w:w="2671"/>
        <w:gridCol w:w="992"/>
        <w:gridCol w:w="851"/>
        <w:gridCol w:w="3118"/>
        <w:gridCol w:w="993"/>
        <w:gridCol w:w="1275"/>
        <w:gridCol w:w="60"/>
      </w:tblGrid>
      <w:tr w:rsidR="009D3D0D" w:rsidRPr="002642CC" w14:paraId="10FF978E" w14:textId="77777777" w:rsidTr="002642CC">
        <w:trPr>
          <w:cantSplit/>
          <w:tblHeader/>
          <w:jc w:val="center"/>
        </w:trPr>
        <w:tc>
          <w:tcPr>
            <w:tcW w:w="44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B5E4443" w14:textId="77777777" w:rsidR="009D3D0D" w:rsidRPr="002642CC" w:rsidRDefault="00000000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642CC">
              <w:rPr>
                <w:rFonts w:ascii="Times New Roman" w:hAnsi="Times New Roman" w:cs="Times New Roman"/>
                <w:b/>
                <w:szCs w:val="18"/>
              </w:rPr>
              <w:t>KARŞI KURUMDA ALINMASI PLANLANAN DERSLER</w:t>
            </w:r>
          </w:p>
        </w:tc>
        <w:tc>
          <w:tcPr>
            <w:tcW w:w="62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A6DCA87" w14:textId="77777777" w:rsidR="009D3D0D" w:rsidRPr="002642CC" w:rsidRDefault="00000000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642CC">
              <w:rPr>
                <w:rFonts w:ascii="Times New Roman" w:hAnsi="Times New Roman" w:cs="Times New Roman"/>
                <w:b/>
                <w:szCs w:val="18"/>
              </w:rPr>
              <w:t>ANKARA BİLİM ÜNİVERSİTESİNDE YERİNE SAYILACAK DERSLER</w:t>
            </w:r>
          </w:p>
        </w:tc>
      </w:tr>
      <w:tr w:rsidR="002642CC" w:rsidRPr="002642CC" w14:paraId="59A0A7AD" w14:textId="77777777" w:rsidTr="002642CC">
        <w:trPr>
          <w:gridAfter w:val="1"/>
          <w:wAfter w:w="60" w:type="dxa"/>
          <w:cantSplit/>
          <w:tblHeader/>
          <w:jc w:val="center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865D563" w14:textId="77777777" w:rsidR="002642CC" w:rsidRPr="002642CC" w:rsidRDefault="002642CC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642CC">
              <w:rPr>
                <w:rFonts w:ascii="Times New Roman" w:hAnsi="Times New Roman" w:cs="Times New Roman"/>
                <w:b/>
                <w:szCs w:val="18"/>
              </w:rPr>
              <w:t>Ders</w:t>
            </w:r>
            <w:r w:rsidRPr="002642CC">
              <w:rPr>
                <w:rFonts w:ascii="Times New Roman" w:hAnsi="Times New Roman" w:cs="Times New Roman"/>
                <w:b/>
                <w:szCs w:val="18"/>
              </w:rPr>
              <w:br/>
              <w:t>Kodu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5B816A6" w14:textId="77777777" w:rsidR="002642CC" w:rsidRPr="002642CC" w:rsidRDefault="002642CC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2642CC">
              <w:rPr>
                <w:rFonts w:ascii="Times New Roman" w:hAnsi="Times New Roman" w:cs="Times New Roman"/>
                <w:b/>
                <w:szCs w:val="18"/>
              </w:rPr>
              <w:t>Dersin</w:t>
            </w:r>
            <w:proofErr w:type="spellEnd"/>
            <w:r w:rsidRPr="002642CC">
              <w:rPr>
                <w:rFonts w:ascii="Times New Roman" w:hAnsi="Times New Roman" w:cs="Times New Roman"/>
                <w:b/>
                <w:szCs w:val="18"/>
              </w:rPr>
              <w:t xml:space="preserve"> </w:t>
            </w:r>
            <w:proofErr w:type="spellStart"/>
            <w:r w:rsidRPr="002642CC">
              <w:rPr>
                <w:rFonts w:ascii="Times New Roman" w:hAnsi="Times New Roman" w:cs="Times New Roman"/>
                <w:b/>
                <w:szCs w:val="18"/>
              </w:rPr>
              <w:t>Adı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249B66B" w14:textId="40CF06F0" w:rsidR="002642CC" w:rsidRPr="002642CC" w:rsidRDefault="002642CC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642CC">
              <w:rPr>
                <w:rFonts w:ascii="Times New Roman" w:hAnsi="Times New Roman" w:cs="Times New Roman"/>
                <w:b/>
                <w:szCs w:val="18"/>
              </w:rPr>
              <w:t xml:space="preserve">AKTS </w:t>
            </w:r>
            <w:r w:rsidRPr="002642CC">
              <w:rPr>
                <w:rFonts w:ascii="Times New Roman" w:hAnsi="Times New Roman" w:cs="Times New Roman"/>
                <w:b/>
                <w:szCs w:val="18"/>
              </w:rPr>
              <w:br/>
            </w:r>
            <w:proofErr w:type="spellStart"/>
            <w:r w:rsidRPr="002642CC">
              <w:rPr>
                <w:rFonts w:ascii="Times New Roman" w:hAnsi="Times New Roman" w:cs="Times New Roman"/>
                <w:b/>
                <w:szCs w:val="18"/>
              </w:rPr>
              <w:t>Kredi</w:t>
            </w:r>
            <w:r>
              <w:rPr>
                <w:rFonts w:ascii="Times New Roman" w:hAnsi="Times New Roman" w:cs="Times New Roman"/>
                <w:b/>
                <w:szCs w:val="18"/>
              </w:rPr>
              <w:t>si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0E81817" w14:textId="77777777" w:rsidR="002642CC" w:rsidRPr="002642CC" w:rsidRDefault="002642CC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642CC">
              <w:rPr>
                <w:rFonts w:ascii="Times New Roman" w:hAnsi="Times New Roman" w:cs="Times New Roman"/>
                <w:b/>
                <w:szCs w:val="18"/>
              </w:rPr>
              <w:t>Ders</w:t>
            </w:r>
            <w:r w:rsidRPr="002642CC">
              <w:rPr>
                <w:rFonts w:ascii="Times New Roman" w:hAnsi="Times New Roman" w:cs="Times New Roman"/>
                <w:b/>
                <w:szCs w:val="18"/>
              </w:rPr>
              <w:br/>
              <w:t>Kodu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2F0EF84" w14:textId="77777777" w:rsidR="002642CC" w:rsidRPr="002642CC" w:rsidRDefault="002642CC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2642CC">
              <w:rPr>
                <w:rFonts w:ascii="Times New Roman" w:hAnsi="Times New Roman" w:cs="Times New Roman"/>
                <w:b/>
                <w:szCs w:val="18"/>
              </w:rPr>
              <w:t>Dersin</w:t>
            </w:r>
            <w:proofErr w:type="spellEnd"/>
            <w:r w:rsidRPr="002642CC">
              <w:rPr>
                <w:rFonts w:ascii="Times New Roman" w:hAnsi="Times New Roman" w:cs="Times New Roman"/>
                <w:b/>
                <w:szCs w:val="18"/>
              </w:rPr>
              <w:t xml:space="preserve"> </w:t>
            </w:r>
            <w:proofErr w:type="spellStart"/>
            <w:r w:rsidRPr="002642CC">
              <w:rPr>
                <w:rFonts w:ascii="Times New Roman" w:hAnsi="Times New Roman" w:cs="Times New Roman"/>
                <w:b/>
                <w:szCs w:val="18"/>
              </w:rPr>
              <w:t>Adı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C8D984E" w14:textId="19D21C72" w:rsidR="002642CC" w:rsidRPr="002642CC" w:rsidRDefault="002642CC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642CC">
              <w:rPr>
                <w:rFonts w:ascii="Times New Roman" w:hAnsi="Times New Roman" w:cs="Times New Roman"/>
                <w:b/>
                <w:szCs w:val="18"/>
              </w:rPr>
              <w:t>AKTS</w:t>
            </w:r>
            <w:r>
              <w:rPr>
                <w:rFonts w:ascii="Times New Roman" w:hAnsi="Times New Roman" w:cs="Times New Roman"/>
                <w:b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Cs w:val="18"/>
              </w:rPr>
              <w:t>Kredisi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F18E89D" w14:textId="77777777" w:rsidR="002642CC" w:rsidRPr="002642CC" w:rsidRDefault="002642CC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642CC">
              <w:rPr>
                <w:rFonts w:ascii="Times New Roman" w:hAnsi="Times New Roman" w:cs="Times New Roman"/>
                <w:b/>
                <w:szCs w:val="18"/>
              </w:rPr>
              <w:t>Sayılacağı</w:t>
            </w:r>
            <w:r w:rsidRPr="002642CC">
              <w:rPr>
                <w:rFonts w:ascii="Times New Roman" w:hAnsi="Times New Roman" w:cs="Times New Roman"/>
                <w:b/>
                <w:szCs w:val="18"/>
              </w:rPr>
              <w:br/>
              <w:t>Dönem</w:t>
            </w:r>
          </w:p>
        </w:tc>
      </w:tr>
      <w:tr w:rsidR="002642CC" w:rsidRPr="002642CC" w14:paraId="345B3EB9" w14:textId="77777777" w:rsidTr="002642CC">
        <w:trPr>
          <w:gridAfter w:val="1"/>
          <w:wAfter w:w="60" w:type="dxa"/>
          <w:cantSplit/>
          <w:trHeight w:val="476"/>
          <w:jc w:val="center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34D6D1F" w14:textId="77777777" w:rsidR="002642CC" w:rsidRPr="002642CC" w:rsidRDefault="002642C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C5FE67F" w14:textId="77777777" w:rsidR="002642CC" w:rsidRPr="002642CC" w:rsidRDefault="002642C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61A84BC" w14:textId="77777777" w:rsidR="002642CC" w:rsidRPr="002642CC" w:rsidRDefault="002642C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262EEAD" w14:textId="77777777" w:rsidR="002642CC" w:rsidRPr="002642CC" w:rsidRDefault="002642C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86B162C" w14:textId="77777777" w:rsidR="002642CC" w:rsidRPr="002642CC" w:rsidRDefault="002642C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BC48742" w14:textId="77777777" w:rsidR="002642CC" w:rsidRPr="002642CC" w:rsidRDefault="002642C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D85E2D1" w14:textId="77777777" w:rsidR="002642CC" w:rsidRPr="002642CC" w:rsidRDefault="002642CC">
            <w:pPr>
              <w:rPr>
                <w:rFonts w:ascii="Times New Roman" w:hAnsi="Times New Roman" w:cs="Times New Roman"/>
                <w:szCs w:val="18"/>
              </w:rPr>
            </w:pPr>
          </w:p>
        </w:tc>
      </w:tr>
      <w:tr w:rsidR="002642CC" w:rsidRPr="002642CC" w14:paraId="2A191A95" w14:textId="77777777" w:rsidTr="002642CC">
        <w:trPr>
          <w:gridAfter w:val="1"/>
          <w:wAfter w:w="60" w:type="dxa"/>
          <w:cantSplit/>
          <w:trHeight w:val="476"/>
          <w:jc w:val="center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B820E08" w14:textId="77777777" w:rsidR="002642CC" w:rsidRPr="002642CC" w:rsidRDefault="002642C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761260B" w14:textId="77777777" w:rsidR="002642CC" w:rsidRPr="002642CC" w:rsidRDefault="002642C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4FD455F" w14:textId="77777777" w:rsidR="002642CC" w:rsidRPr="002642CC" w:rsidRDefault="002642C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35B0B08" w14:textId="77777777" w:rsidR="002642CC" w:rsidRPr="002642CC" w:rsidRDefault="002642C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6C2EA40" w14:textId="77777777" w:rsidR="002642CC" w:rsidRPr="002642CC" w:rsidRDefault="002642C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632E3CB" w14:textId="77777777" w:rsidR="002642CC" w:rsidRPr="002642CC" w:rsidRDefault="002642C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9598390" w14:textId="77777777" w:rsidR="002642CC" w:rsidRPr="002642CC" w:rsidRDefault="002642CC">
            <w:pPr>
              <w:rPr>
                <w:rFonts w:ascii="Times New Roman" w:hAnsi="Times New Roman" w:cs="Times New Roman"/>
                <w:szCs w:val="18"/>
              </w:rPr>
            </w:pPr>
          </w:p>
        </w:tc>
      </w:tr>
      <w:tr w:rsidR="002642CC" w:rsidRPr="002642CC" w14:paraId="748C7084" w14:textId="77777777" w:rsidTr="002642CC">
        <w:trPr>
          <w:gridAfter w:val="1"/>
          <w:wAfter w:w="60" w:type="dxa"/>
          <w:cantSplit/>
          <w:trHeight w:val="476"/>
          <w:jc w:val="center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01D95DB" w14:textId="77777777" w:rsidR="002642CC" w:rsidRPr="002642CC" w:rsidRDefault="002642C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A0AB03A" w14:textId="77777777" w:rsidR="002642CC" w:rsidRPr="002642CC" w:rsidRDefault="002642C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717675A" w14:textId="77777777" w:rsidR="002642CC" w:rsidRPr="002642CC" w:rsidRDefault="002642C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7E4D012" w14:textId="77777777" w:rsidR="002642CC" w:rsidRPr="002642CC" w:rsidRDefault="002642C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00F1D6E" w14:textId="77777777" w:rsidR="002642CC" w:rsidRPr="002642CC" w:rsidRDefault="002642C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2DE3C82" w14:textId="77777777" w:rsidR="002642CC" w:rsidRPr="002642CC" w:rsidRDefault="002642C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2C401F8" w14:textId="77777777" w:rsidR="002642CC" w:rsidRPr="002642CC" w:rsidRDefault="002642CC">
            <w:pPr>
              <w:rPr>
                <w:rFonts w:ascii="Times New Roman" w:hAnsi="Times New Roman" w:cs="Times New Roman"/>
                <w:szCs w:val="18"/>
              </w:rPr>
            </w:pPr>
          </w:p>
        </w:tc>
      </w:tr>
      <w:tr w:rsidR="002642CC" w:rsidRPr="002642CC" w14:paraId="3D77CDD9" w14:textId="77777777" w:rsidTr="002642CC">
        <w:trPr>
          <w:gridAfter w:val="1"/>
          <w:wAfter w:w="60" w:type="dxa"/>
          <w:cantSplit/>
          <w:trHeight w:val="476"/>
          <w:jc w:val="center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AC56799" w14:textId="77777777" w:rsidR="002642CC" w:rsidRPr="002642CC" w:rsidRDefault="002642C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22424F0" w14:textId="77777777" w:rsidR="002642CC" w:rsidRPr="002642CC" w:rsidRDefault="002642C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FA9C230" w14:textId="77777777" w:rsidR="002642CC" w:rsidRPr="002642CC" w:rsidRDefault="002642C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E8B6B59" w14:textId="77777777" w:rsidR="002642CC" w:rsidRPr="002642CC" w:rsidRDefault="002642C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5A23336" w14:textId="77777777" w:rsidR="002642CC" w:rsidRPr="002642CC" w:rsidRDefault="002642C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766E7D5" w14:textId="77777777" w:rsidR="002642CC" w:rsidRPr="002642CC" w:rsidRDefault="002642C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1D89925" w14:textId="77777777" w:rsidR="002642CC" w:rsidRPr="002642CC" w:rsidRDefault="002642CC">
            <w:pPr>
              <w:rPr>
                <w:rFonts w:ascii="Times New Roman" w:hAnsi="Times New Roman" w:cs="Times New Roman"/>
                <w:szCs w:val="18"/>
              </w:rPr>
            </w:pPr>
          </w:p>
        </w:tc>
      </w:tr>
      <w:tr w:rsidR="002642CC" w:rsidRPr="002642CC" w14:paraId="5D4483C8" w14:textId="77777777" w:rsidTr="002642CC">
        <w:trPr>
          <w:gridAfter w:val="1"/>
          <w:wAfter w:w="60" w:type="dxa"/>
          <w:cantSplit/>
          <w:trHeight w:val="476"/>
          <w:jc w:val="center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820DA85" w14:textId="77777777" w:rsidR="002642CC" w:rsidRPr="002642CC" w:rsidRDefault="002642C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F6BEE3E" w14:textId="77777777" w:rsidR="002642CC" w:rsidRPr="002642CC" w:rsidRDefault="002642C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A9F96C4" w14:textId="77777777" w:rsidR="002642CC" w:rsidRPr="002642CC" w:rsidRDefault="002642C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767B9AA" w14:textId="77777777" w:rsidR="002642CC" w:rsidRPr="002642CC" w:rsidRDefault="002642C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14A8E25" w14:textId="77777777" w:rsidR="002642CC" w:rsidRPr="002642CC" w:rsidRDefault="002642C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7B45DEA" w14:textId="77777777" w:rsidR="002642CC" w:rsidRPr="002642CC" w:rsidRDefault="002642C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D839DAC" w14:textId="77777777" w:rsidR="002642CC" w:rsidRPr="002642CC" w:rsidRDefault="002642CC">
            <w:pPr>
              <w:rPr>
                <w:rFonts w:ascii="Times New Roman" w:hAnsi="Times New Roman" w:cs="Times New Roman"/>
                <w:szCs w:val="18"/>
              </w:rPr>
            </w:pPr>
          </w:p>
        </w:tc>
      </w:tr>
      <w:tr w:rsidR="002642CC" w:rsidRPr="002642CC" w14:paraId="0FD82007" w14:textId="77777777" w:rsidTr="002642CC">
        <w:trPr>
          <w:gridAfter w:val="1"/>
          <w:wAfter w:w="60" w:type="dxa"/>
          <w:cantSplit/>
          <w:trHeight w:val="476"/>
          <w:jc w:val="center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880879E" w14:textId="77777777" w:rsidR="002642CC" w:rsidRPr="002642CC" w:rsidRDefault="002642C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5DF8AD1" w14:textId="77777777" w:rsidR="002642CC" w:rsidRPr="002642CC" w:rsidRDefault="002642C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BDD6CA3" w14:textId="77777777" w:rsidR="002642CC" w:rsidRPr="002642CC" w:rsidRDefault="002642C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89D7499" w14:textId="77777777" w:rsidR="002642CC" w:rsidRPr="002642CC" w:rsidRDefault="002642C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B8EBAB8" w14:textId="77777777" w:rsidR="002642CC" w:rsidRPr="002642CC" w:rsidRDefault="002642C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FA543BD" w14:textId="77777777" w:rsidR="002642CC" w:rsidRPr="002642CC" w:rsidRDefault="002642C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22490E9" w14:textId="77777777" w:rsidR="002642CC" w:rsidRPr="002642CC" w:rsidRDefault="002642CC">
            <w:pPr>
              <w:rPr>
                <w:rFonts w:ascii="Times New Roman" w:hAnsi="Times New Roman" w:cs="Times New Roman"/>
                <w:szCs w:val="18"/>
              </w:rPr>
            </w:pPr>
          </w:p>
        </w:tc>
      </w:tr>
      <w:tr w:rsidR="002642CC" w:rsidRPr="002642CC" w14:paraId="1E6BB698" w14:textId="77777777" w:rsidTr="002642CC">
        <w:trPr>
          <w:gridAfter w:val="1"/>
          <w:wAfter w:w="60" w:type="dxa"/>
          <w:cantSplit/>
          <w:trHeight w:val="272"/>
          <w:jc w:val="center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15156CD" w14:textId="77777777" w:rsidR="002642CC" w:rsidRPr="002642CC" w:rsidRDefault="002642C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87BE165" w14:textId="3E42703A" w:rsidR="002642CC" w:rsidRPr="002642CC" w:rsidRDefault="002642CC">
            <w:pPr>
              <w:jc w:val="right"/>
              <w:rPr>
                <w:rFonts w:ascii="Times New Roman" w:hAnsi="Times New Roman" w:cs="Times New Roman"/>
                <w:szCs w:val="18"/>
              </w:rPr>
            </w:pPr>
            <w:r w:rsidRPr="002642CC">
              <w:rPr>
                <w:rFonts w:ascii="Times New Roman" w:hAnsi="Times New Roman" w:cs="Times New Roman"/>
                <w:b/>
                <w:szCs w:val="18"/>
              </w:rPr>
              <w:t>TOPLAM</w:t>
            </w:r>
            <w:r>
              <w:rPr>
                <w:rFonts w:ascii="Times New Roman" w:hAnsi="Times New Roman" w:cs="Times New Roman"/>
                <w:b/>
                <w:szCs w:val="18"/>
              </w:rPr>
              <w:t xml:space="preserve"> AKTS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382C153" w14:textId="77777777" w:rsidR="002642CC" w:rsidRPr="002642CC" w:rsidRDefault="002642CC">
            <w:pPr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A3F5AA0" w14:textId="77777777" w:rsidR="002642CC" w:rsidRPr="002642CC" w:rsidRDefault="002642CC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B84A549" w14:textId="056A6A3B" w:rsidR="002642CC" w:rsidRPr="002642CC" w:rsidRDefault="002642CC">
            <w:pPr>
              <w:jc w:val="right"/>
              <w:rPr>
                <w:rFonts w:ascii="Times New Roman" w:hAnsi="Times New Roman" w:cs="Times New Roman"/>
                <w:szCs w:val="18"/>
              </w:rPr>
            </w:pPr>
            <w:r w:rsidRPr="002642CC">
              <w:rPr>
                <w:rFonts w:ascii="Times New Roman" w:hAnsi="Times New Roman" w:cs="Times New Roman"/>
                <w:b/>
                <w:szCs w:val="18"/>
              </w:rPr>
              <w:t>TOPLAM</w:t>
            </w:r>
            <w:r>
              <w:rPr>
                <w:rFonts w:ascii="Times New Roman" w:hAnsi="Times New Roman" w:cs="Times New Roman"/>
                <w:b/>
                <w:szCs w:val="18"/>
              </w:rPr>
              <w:t xml:space="preserve"> AKTS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D0AFD1B" w14:textId="77777777" w:rsidR="002642CC" w:rsidRPr="002642CC" w:rsidRDefault="002642CC">
            <w:pPr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99CC62E" w14:textId="77777777" w:rsidR="002642CC" w:rsidRPr="002642CC" w:rsidRDefault="002642CC">
            <w:pPr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</w:tr>
    </w:tbl>
    <w:p w14:paraId="42F43D15" w14:textId="77777777" w:rsidR="002642CC" w:rsidRDefault="002642CC">
      <w:pPr>
        <w:keepNext/>
        <w:spacing w:before="60" w:after="40"/>
        <w:rPr>
          <w:rFonts w:ascii="Times New Roman" w:hAnsi="Times New Roman" w:cs="Times New Roman"/>
          <w:b/>
          <w:sz w:val="16"/>
        </w:rPr>
      </w:pPr>
    </w:p>
    <w:p w14:paraId="25489D91" w14:textId="4A087EC6" w:rsidR="009D3D0D" w:rsidRPr="002642CC" w:rsidRDefault="00000000">
      <w:pPr>
        <w:keepNext/>
        <w:spacing w:before="60" w:after="40"/>
        <w:rPr>
          <w:rFonts w:ascii="Times New Roman" w:hAnsi="Times New Roman" w:cs="Times New Roman"/>
        </w:rPr>
      </w:pPr>
      <w:proofErr w:type="spellStart"/>
      <w:r w:rsidRPr="002642CC">
        <w:rPr>
          <w:rFonts w:ascii="Times New Roman" w:hAnsi="Times New Roman" w:cs="Times New Roman"/>
          <w:b/>
          <w:sz w:val="16"/>
        </w:rPr>
        <w:t>Yukarıda</w:t>
      </w:r>
      <w:proofErr w:type="spellEnd"/>
      <w:r w:rsidRPr="002642CC">
        <w:rPr>
          <w:rFonts w:ascii="Times New Roman" w:hAnsi="Times New Roman" w:cs="Times New Roman"/>
          <w:b/>
          <w:sz w:val="16"/>
        </w:rPr>
        <w:t xml:space="preserve"> </w:t>
      </w:r>
      <w:proofErr w:type="spellStart"/>
      <w:r w:rsidRPr="002642CC">
        <w:rPr>
          <w:rFonts w:ascii="Times New Roman" w:hAnsi="Times New Roman" w:cs="Times New Roman"/>
          <w:b/>
          <w:sz w:val="16"/>
        </w:rPr>
        <w:t>belirtilen</w:t>
      </w:r>
      <w:proofErr w:type="spellEnd"/>
      <w:r w:rsidRPr="002642CC">
        <w:rPr>
          <w:rFonts w:ascii="Times New Roman" w:hAnsi="Times New Roman" w:cs="Times New Roman"/>
          <w:b/>
          <w:sz w:val="16"/>
        </w:rPr>
        <w:t xml:space="preserve"> </w:t>
      </w:r>
      <w:proofErr w:type="spellStart"/>
      <w:r w:rsidRPr="002642CC">
        <w:rPr>
          <w:rFonts w:ascii="Times New Roman" w:hAnsi="Times New Roman" w:cs="Times New Roman"/>
          <w:b/>
          <w:sz w:val="16"/>
        </w:rPr>
        <w:t>ders</w:t>
      </w:r>
      <w:proofErr w:type="spellEnd"/>
      <w:r w:rsidRPr="002642CC">
        <w:rPr>
          <w:rFonts w:ascii="Times New Roman" w:hAnsi="Times New Roman" w:cs="Times New Roman"/>
          <w:b/>
          <w:sz w:val="16"/>
        </w:rPr>
        <w:t xml:space="preserve"> </w:t>
      </w:r>
      <w:proofErr w:type="spellStart"/>
      <w:r w:rsidRPr="002642CC">
        <w:rPr>
          <w:rFonts w:ascii="Times New Roman" w:hAnsi="Times New Roman" w:cs="Times New Roman"/>
          <w:b/>
          <w:sz w:val="16"/>
        </w:rPr>
        <w:t>eşleştirmesi</w:t>
      </w:r>
      <w:proofErr w:type="spellEnd"/>
      <w:r w:rsidRPr="002642CC">
        <w:rPr>
          <w:rFonts w:ascii="Times New Roman" w:hAnsi="Times New Roman" w:cs="Times New Roman"/>
          <w:b/>
          <w:sz w:val="16"/>
        </w:rPr>
        <w:t xml:space="preserve"> </w:t>
      </w:r>
      <w:proofErr w:type="spellStart"/>
      <w:r w:rsidRPr="002642CC">
        <w:rPr>
          <w:rFonts w:ascii="Times New Roman" w:hAnsi="Times New Roman" w:cs="Times New Roman"/>
          <w:b/>
          <w:sz w:val="16"/>
        </w:rPr>
        <w:t>ve</w:t>
      </w:r>
      <w:proofErr w:type="spellEnd"/>
      <w:r w:rsidRPr="002642CC">
        <w:rPr>
          <w:rFonts w:ascii="Times New Roman" w:hAnsi="Times New Roman" w:cs="Times New Roman"/>
          <w:b/>
          <w:sz w:val="16"/>
        </w:rPr>
        <w:t xml:space="preserve"> akademik tanınma planı uygun bulunmuştur.</w:t>
      </w:r>
    </w:p>
    <w:tbl>
      <w:tblPr>
        <w:tblW w:w="10780" w:type="dxa"/>
        <w:jc w:val="center"/>
        <w:tblLayout w:type="fixed"/>
        <w:tblLook w:val="04A0" w:firstRow="1" w:lastRow="0" w:firstColumn="1" w:lastColumn="0" w:noHBand="0" w:noVBand="1"/>
      </w:tblPr>
      <w:tblGrid>
        <w:gridCol w:w="3593"/>
        <w:gridCol w:w="3594"/>
        <w:gridCol w:w="3593"/>
      </w:tblGrid>
      <w:tr w:rsidR="009D3D0D" w:rsidRPr="002642CC" w14:paraId="142504BF" w14:textId="77777777" w:rsidTr="002642CC">
        <w:trPr>
          <w:trHeight w:val="1067"/>
          <w:jc w:val="center"/>
        </w:trPr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5" w:type="dxa"/>
              <w:left w:w="80" w:type="dxa"/>
              <w:bottom w:w="55" w:type="dxa"/>
              <w:right w:w="80" w:type="dxa"/>
            </w:tcMar>
          </w:tcPr>
          <w:p w14:paraId="6DD18DED" w14:textId="77777777" w:rsidR="009D3D0D" w:rsidRPr="002642CC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42CC">
              <w:rPr>
                <w:rFonts w:ascii="Times New Roman" w:hAnsi="Times New Roman" w:cs="Times New Roman"/>
                <w:b/>
                <w:sz w:val="16"/>
                <w:szCs w:val="16"/>
              </w:rPr>
              <w:t>ÖĞRENCİ</w:t>
            </w:r>
            <w:r w:rsidRPr="002642CC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Ad </w:t>
            </w:r>
            <w:proofErr w:type="spellStart"/>
            <w:r w:rsidRPr="002642CC">
              <w:rPr>
                <w:rFonts w:ascii="Times New Roman" w:hAnsi="Times New Roman" w:cs="Times New Roman"/>
                <w:sz w:val="16"/>
                <w:szCs w:val="16"/>
              </w:rPr>
              <w:t>Soyad</w:t>
            </w:r>
            <w:proofErr w:type="spellEnd"/>
            <w:r w:rsidRPr="002642CC">
              <w:rPr>
                <w:rFonts w:ascii="Times New Roman" w:hAnsi="Times New Roman" w:cs="Times New Roman"/>
                <w:sz w:val="16"/>
                <w:szCs w:val="16"/>
              </w:rPr>
              <w:t xml:space="preserve"> / İmza / Tarih</w:t>
            </w:r>
          </w:p>
        </w:tc>
        <w:tc>
          <w:tcPr>
            <w:tcW w:w="3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5" w:type="dxa"/>
              <w:left w:w="80" w:type="dxa"/>
              <w:bottom w:w="55" w:type="dxa"/>
              <w:right w:w="80" w:type="dxa"/>
            </w:tcMar>
          </w:tcPr>
          <w:p w14:paraId="1B3EBD87" w14:textId="77777777" w:rsidR="009D3D0D" w:rsidRPr="002642CC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42CC">
              <w:rPr>
                <w:rFonts w:ascii="Times New Roman" w:hAnsi="Times New Roman" w:cs="Times New Roman"/>
                <w:b/>
                <w:sz w:val="16"/>
                <w:szCs w:val="16"/>
              </w:rPr>
              <w:t>FAKÜLTE / BÖLÜM ERASMUS+ KOORDİNATÖRÜ</w:t>
            </w:r>
            <w:r w:rsidRPr="002642CC">
              <w:rPr>
                <w:rFonts w:ascii="Times New Roman" w:hAnsi="Times New Roman" w:cs="Times New Roman"/>
                <w:sz w:val="16"/>
                <w:szCs w:val="16"/>
              </w:rPr>
              <w:br/>
              <w:t>Ad Soyad / İmza / Tarih</w:t>
            </w:r>
          </w:p>
        </w:tc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5" w:type="dxa"/>
              <w:left w:w="80" w:type="dxa"/>
              <w:bottom w:w="55" w:type="dxa"/>
              <w:right w:w="80" w:type="dxa"/>
            </w:tcMar>
          </w:tcPr>
          <w:p w14:paraId="50F9A468" w14:textId="77777777" w:rsidR="009D3D0D" w:rsidRPr="002642CC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42CC">
              <w:rPr>
                <w:rFonts w:ascii="Times New Roman" w:hAnsi="Times New Roman" w:cs="Times New Roman"/>
                <w:b/>
                <w:sz w:val="16"/>
                <w:szCs w:val="16"/>
              </w:rPr>
              <w:t>BÖLÜM / PROGRAM BAŞKANI</w:t>
            </w:r>
            <w:r w:rsidRPr="002642CC">
              <w:rPr>
                <w:rFonts w:ascii="Times New Roman" w:hAnsi="Times New Roman" w:cs="Times New Roman"/>
                <w:sz w:val="16"/>
                <w:szCs w:val="16"/>
              </w:rPr>
              <w:br/>
              <w:t>Ad Soyad / İmza / Tarih</w:t>
            </w:r>
          </w:p>
        </w:tc>
      </w:tr>
      <w:tr w:rsidR="009D3D0D" w:rsidRPr="002642CC" w14:paraId="474038BF" w14:textId="77777777">
        <w:trPr>
          <w:trHeight w:val="520"/>
          <w:jc w:val="center"/>
        </w:trPr>
        <w:tc>
          <w:tcPr>
            <w:tcW w:w="10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5" w:type="dxa"/>
              <w:left w:w="80" w:type="dxa"/>
              <w:bottom w:w="55" w:type="dxa"/>
              <w:right w:w="80" w:type="dxa"/>
            </w:tcMar>
          </w:tcPr>
          <w:p w14:paraId="6B33DA7E" w14:textId="75D1D217" w:rsidR="009D3D0D" w:rsidRPr="002642CC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42C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NOT: </w:t>
            </w:r>
            <w:proofErr w:type="spellStart"/>
            <w:r w:rsidRPr="002642CC">
              <w:rPr>
                <w:rFonts w:ascii="Times New Roman" w:hAnsi="Times New Roman" w:cs="Times New Roman"/>
                <w:sz w:val="16"/>
                <w:szCs w:val="16"/>
              </w:rPr>
              <w:t>Bölüm</w:t>
            </w:r>
            <w:proofErr w:type="spellEnd"/>
            <w:r w:rsidRPr="002642CC">
              <w:rPr>
                <w:rFonts w:ascii="Times New Roman" w:hAnsi="Times New Roman" w:cs="Times New Roman"/>
                <w:sz w:val="16"/>
                <w:szCs w:val="16"/>
              </w:rPr>
              <w:t xml:space="preserve"> Erasmus+ </w:t>
            </w:r>
            <w:proofErr w:type="spellStart"/>
            <w:r w:rsidR="002642CC">
              <w:rPr>
                <w:rFonts w:ascii="Times New Roman" w:hAnsi="Times New Roman" w:cs="Times New Roman"/>
                <w:sz w:val="16"/>
                <w:szCs w:val="16"/>
              </w:rPr>
              <w:t>Bölüm</w:t>
            </w:r>
            <w:proofErr w:type="spellEnd"/>
            <w:r w:rsidR="002642C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2642CC">
              <w:rPr>
                <w:rFonts w:ascii="Times New Roman" w:hAnsi="Times New Roman" w:cs="Times New Roman"/>
                <w:sz w:val="16"/>
                <w:szCs w:val="16"/>
              </w:rPr>
              <w:t>K</w:t>
            </w:r>
            <w:r w:rsidRPr="002642CC">
              <w:rPr>
                <w:rFonts w:ascii="Times New Roman" w:hAnsi="Times New Roman" w:cs="Times New Roman"/>
                <w:sz w:val="16"/>
                <w:szCs w:val="16"/>
              </w:rPr>
              <w:t>oordinatörünün</w:t>
            </w:r>
            <w:proofErr w:type="spellEnd"/>
            <w:r w:rsidRPr="002642C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642CC">
              <w:rPr>
                <w:rFonts w:ascii="Times New Roman" w:hAnsi="Times New Roman" w:cs="Times New Roman"/>
                <w:sz w:val="16"/>
                <w:szCs w:val="16"/>
              </w:rPr>
              <w:t>bulunmadığı</w:t>
            </w:r>
            <w:proofErr w:type="spellEnd"/>
            <w:r w:rsidRPr="002642C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642CC">
              <w:rPr>
                <w:rFonts w:ascii="Times New Roman" w:hAnsi="Times New Roman" w:cs="Times New Roman"/>
                <w:sz w:val="16"/>
                <w:szCs w:val="16"/>
              </w:rPr>
              <w:t>durumlarda</w:t>
            </w:r>
            <w:proofErr w:type="spellEnd"/>
            <w:r w:rsidRPr="002642CC">
              <w:rPr>
                <w:rFonts w:ascii="Times New Roman" w:hAnsi="Times New Roman" w:cs="Times New Roman"/>
                <w:sz w:val="16"/>
                <w:szCs w:val="16"/>
              </w:rPr>
              <w:t xml:space="preserve"> form, </w:t>
            </w:r>
            <w:proofErr w:type="spellStart"/>
            <w:r w:rsidRPr="002642CC">
              <w:rPr>
                <w:rFonts w:ascii="Times New Roman" w:hAnsi="Times New Roman" w:cs="Times New Roman"/>
                <w:sz w:val="16"/>
                <w:szCs w:val="16"/>
              </w:rPr>
              <w:t>ilgili</w:t>
            </w:r>
            <w:proofErr w:type="spellEnd"/>
            <w:r w:rsidRPr="002642C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642CC">
              <w:rPr>
                <w:rFonts w:ascii="Times New Roman" w:hAnsi="Times New Roman" w:cs="Times New Roman"/>
                <w:sz w:val="16"/>
                <w:szCs w:val="16"/>
              </w:rPr>
              <w:t>fakültenin</w:t>
            </w:r>
            <w:proofErr w:type="spellEnd"/>
            <w:r w:rsidRPr="002642CC">
              <w:rPr>
                <w:rFonts w:ascii="Times New Roman" w:hAnsi="Times New Roman" w:cs="Times New Roman"/>
                <w:sz w:val="16"/>
                <w:szCs w:val="16"/>
              </w:rPr>
              <w:t xml:space="preserve"> Erasmus+</w:t>
            </w:r>
            <w:r w:rsidR="002642C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2642CC">
              <w:rPr>
                <w:rFonts w:ascii="Times New Roman" w:hAnsi="Times New Roman" w:cs="Times New Roman"/>
                <w:sz w:val="16"/>
                <w:szCs w:val="16"/>
              </w:rPr>
              <w:t>Fakülte</w:t>
            </w:r>
            <w:proofErr w:type="spellEnd"/>
            <w:r w:rsidRPr="002642C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2642CC">
              <w:rPr>
                <w:rFonts w:ascii="Times New Roman" w:hAnsi="Times New Roman" w:cs="Times New Roman"/>
                <w:sz w:val="16"/>
                <w:szCs w:val="16"/>
              </w:rPr>
              <w:t>K</w:t>
            </w:r>
            <w:r w:rsidRPr="002642CC">
              <w:rPr>
                <w:rFonts w:ascii="Times New Roman" w:hAnsi="Times New Roman" w:cs="Times New Roman"/>
                <w:sz w:val="16"/>
                <w:szCs w:val="16"/>
              </w:rPr>
              <w:t>oordinatörü</w:t>
            </w:r>
            <w:proofErr w:type="spellEnd"/>
            <w:r w:rsidRPr="002642C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642CC">
              <w:rPr>
                <w:rFonts w:ascii="Times New Roman" w:hAnsi="Times New Roman" w:cs="Times New Roman"/>
                <w:sz w:val="16"/>
                <w:szCs w:val="16"/>
              </w:rPr>
              <w:t>tarafından</w:t>
            </w:r>
            <w:proofErr w:type="spellEnd"/>
            <w:r w:rsidRPr="002642C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642CC">
              <w:rPr>
                <w:rFonts w:ascii="Times New Roman" w:hAnsi="Times New Roman" w:cs="Times New Roman"/>
                <w:sz w:val="16"/>
                <w:szCs w:val="16"/>
              </w:rPr>
              <w:t>imzalanır</w:t>
            </w:r>
            <w:proofErr w:type="spellEnd"/>
            <w:r w:rsidRPr="002642C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3F51FC13" w14:textId="77777777" w:rsidR="009D3D0D" w:rsidRPr="002642CC" w:rsidRDefault="00000000">
            <w:pPr>
              <w:spacing w:before="20"/>
              <w:rPr>
                <w:rFonts w:ascii="Times New Roman" w:hAnsi="Times New Roman" w:cs="Times New Roman"/>
              </w:rPr>
            </w:pPr>
            <w:r w:rsidRPr="002642CC">
              <w:rPr>
                <w:rFonts w:ascii="Times New Roman" w:hAnsi="Times New Roman" w:cs="Times New Roman"/>
                <w:sz w:val="16"/>
                <w:szCs w:val="16"/>
              </w:rPr>
              <w:t>Varsa açıklama: ........................................................................................................................</w:t>
            </w:r>
          </w:p>
        </w:tc>
      </w:tr>
    </w:tbl>
    <w:p w14:paraId="624948AE" w14:textId="77777777" w:rsidR="002642CC" w:rsidRPr="002642CC" w:rsidRDefault="002642CC">
      <w:pPr>
        <w:spacing w:before="60" w:after="40"/>
        <w:rPr>
          <w:rFonts w:ascii="Times New Roman" w:eastAsia="Calibri" w:hAnsi="Times New Roman" w:cs="Times New Roman"/>
          <w:i/>
          <w:sz w:val="15"/>
        </w:rPr>
      </w:pPr>
    </w:p>
    <w:p w14:paraId="05CDDB0C" w14:textId="726D32F8" w:rsidR="009D3D0D" w:rsidRPr="002642CC" w:rsidRDefault="00000000">
      <w:pPr>
        <w:spacing w:before="60" w:after="40"/>
        <w:rPr>
          <w:rFonts w:ascii="Times New Roman" w:hAnsi="Times New Roman" w:cs="Times New Roman"/>
        </w:rPr>
      </w:pPr>
      <w:r w:rsidRPr="002642CC">
        <w:rPr>
          <w:rFonts w:ascii="Times New Roman" w:eastAsia="Calibri" w:hAnsi="Times New Roman" w:cs="Times New Roman"/>
          <w:i/>
          <w:sz w:val="15"/>
        </w:rPr>
        <w:t xml:space="preserve">Bu form </w:t>
      </w:r>
      <w:proofErr w:type="spellStart"/>
      <w:r w:rsidRPr="002642CC">
        <w:rPr>
          <w:rFonts w:ascii="Times New Roman" w:eastAsia="Calibri" w:hAnsi="Times New Roman" w:cs="Times New Roman"/>
          <w:i/>
          <w:sz w:val="15"/>
        </w:rPr>
        <w:t>iki</w:t>
      </w:r>
      <w:proofErr w:type="spellEnd"/>
      <w:r w:rsidRPr="002642CC">
        <w:rPr>
          <w:rFonts w:ascii="Times New Roman" w:eastAsia="Calibri" w:hAnsi="Times New Roman" w:cs="Times New Roman"/>
          <w:i/>
          <w:sz w:val="15"/>
        </w:rPr>
        <w:t xml:space="preserve"> </w:t>
      </w:r>
      <w:proofErr w:type="spellStart"/>
      <w:r w:rsidRPr="002642CC">
        <w:rPr>
          <w:rFonts w:ascii="Times New Roman" w:eastAsia="Calibri" w:hAnsi="Times New Roman" w:cs="Times New Roman"/>
          <w:i/>
          <w:sz w:val="15"/>
        </w:rPr>
        <w:t>asıl</w:t>
      </w:r>
      <w:proofErr w:type="spellEnd"/>
      <w:r w:rsidRPr="002642CC">
        <w:rPr>
          <w:rFonts w:ascii="Times New Roman" w:eastAsia="Calibri" w:hAnsi="Times New Roman" w:cs="Times New Roman"/>
          <w:i/>
          <w:sz w:val="15"/>
        </w:rPr>
        <w:t xml:space="preserve"> </w:t>
      </w:r>
      <w:proofErr w:type="spellStart"/>
      <w:r w:rsidRPr="002642CC">
        <w:rPr>
          <w:rFonts w:ascii="Times New Roman" w:eastAsia="Calibri" w:hAnsi="Times New Roman" w:cs="Times New Roman"/>
          <w:i/>
          <w:sz w:val="15"/>
        </w:rPr>
        <w:t>nüsha</w:t>
      </w:r>
      <w:proofErr w:type="spellEnd"/>
      <w:r w:rsidRPr="002642CC">
        <w:rPr>
          <w:rFonts w:ascii="Times New Roman" w:eastAsia="Calibri" w:hAnsi="Times New Roman" w:cs="Times New Roman"/>
          <w:i/>
          <w:sz w:val="15"/>
        </w:rPr>
        <w:t xml:space="preserve"> olarak düzenlenmiştir. Bir nüshası Erasmus Koordinatörlüğünde, diğer nüshası ilgili Fakülte/Bölüm/Program Sekreterliğinde muhafaza edilir.</w:t>
      </w:r>
    </w:p>
    <w:tbl>
      <w:tblPr>
        <w:tblStyle w:val="TabloKlavuzu"/>
        <w:tblW w:w="10886" w:type="dxa"/>
        <w:jc w:val="center"/>
        <w:tblLayout w:type="fixed"/>
        <w:tblLook w:val="04A0" w:firstRow="1" w:lastRow="0" w:firstColumn="1" w:lastColumn="0" w:noHBand="0" w:noVBand="1"/>
      </w:tblPr>
      <w:tblGrid>
        <w:gridCol w:w="2177"/>
        <w:gridCol w:w="6531"/>
        <w:gridCol w:w="2178"/>
      </w:tblGrid>
      <w:tr w:rsidR="009D3D0D" w:rsidRPr="002642CC" w14:paraId="0233D518" w14:textId="77777777">
        <w:trPr>
          <w:trHeight w:val="285"/>
          <w:jc w:val="center"/>
        </w:trPr>
        <w:tc>
          <w:tcPr>
            <w:tcW w:w="21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558FECD" w14:textId="77777777" w:rsidR="009D3D0D" w:rsidRPr="002642CC" w:rsidRDefault="00000000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642CC">
              <w:rPr>
                <w:rFonts w:ascii="Times New Roman" w:eastAsia="Calibri" w:hAnsi="Times New Roman" w:cs="Times New Roman"/>
                <w:b/>
                <w:szCs w:val="18"/>
              </w:rPr>
              <w:t>ERASMUS KOORDİNATÖRLÜĞÜ TESLİM KAYDI</w:t>
            </w:r>
          </w:p>
        </w:tc>
      </w:tr>
      <w:tr w:rsidR="009D3D0D" w:rsidRPr="002642CC" w14:paraId="611E6370" w14:textId="77777777" w:rsidTr="002642CC">
        <w:trPr>
          <w:trHeight w:val="705"/>
          <w:jc w:val="center"/>
        </w:trPr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1982AC4C" w14:textId="77777777" w:rsidR="009D3D0D" w:rsidRPr="002642CC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42C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Teslim </w:t>
            </w:r>
            <w:proofErr w:type="spellStart"/>
            <w:r w:rsidRPr="002642C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Tarihi</w:t>
            </w:r>
            <w:proofErr w:type="spellEnd"/>
            <w:r w:rsidRPr="002642C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br/>
            </w:r>
          </w:p>
        </w:tc>
        <w:tc>
          <w:tcPr>
            <w:tcW w:w="6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4518AA64" w14:textId="77777777" w:rsidR="009D3D0D" w:rsidRPr="002642CC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42C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Teslim Alanın Adı Soyadı / Unvanı</w:t>
            </w:r>
            <w:r w:rsidRPr="002642C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br/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5E4D9372" w14:textId="77777777" w:rsidR="009D3D0D" w:rsidRPr="002642CC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42C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İmza</w:t>
            </w:r>
            <w:r w:rsidRPr="002642C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br/>
            </w:r>
          </w:p>
        </w:tc>
      </w:tr>
    </w:tbl>
    <w:p w14:paraId="65D9B686" w14:textId="77777777" w:rsidR="00000000" w:rsidRDefault="00000000">
      <w:pPr>
        <w:rPr>
          <w:rFonts w:ascii="Times New Roman" w:hAnsi="Times New Roman" w:cs="Times New Roman"/>
        </w:rPr>
      </w:pPr>
    </w:p>
    <w:p w14:paraId="5D83D250" w14:textId="77777777" w:rsidR="00D20148" w:rsidRPr="00D20148" w:rsidRDefault="00D20148" w:rsidP="00D20148">
      <w:pPr>
        <w:rPr>
          <w:rFonts w:ascii="Times New Roman" w:hAnsi="Times New Roman" w:cs="Times New Roman"/>
        </w:rPr>
      </w:pPr>
    </w:p>
    <w:p w14:paraId="1448B8A1" w14:textId="77777777" w:rsidR="00D20148" w:rsidRPr="00D20148" w:rsidRDefault="00D20148" w:rsidP="00D20148">
      <w:pPr>
        <w:rPr>
          <w:rFonts w:ascii="Times New Roman" w:hAnsi="Times New Roman" w:cs="Times New Roman"/>
        </w:rPr>
      </w:pPr>
    </w:p>
    <w:p w14:paraId="71732218" w14:textId="77777777" w:rsidR="00D20148" w:rsidRPr="00D20148" w:rsidRDefault="00D20148" w:rsidP="00D20148">
      <w:pPr>
        <w:rPr>
          <w:rFonts w:ascii="Times New Roman" w:hAnsi="Times New Roman" w:cs="Times New Roman"/>
        </w:rPr>
      </w:pPr>
    </w:p>
    <w:p w14:paraId="57E83DD3" w14:textId="77777777" w:rsidR="00D20148" w:rsidRPr="00D20148" w:rsidRDefault="00D20148" w:rsidP="00D20148">
      <w:pPr>
        <w:rPr>
          <w:rFonts w:ascii="Times New Roman" w:hAnsi="Times New Roman" w:cs="Times New Roman"/>
        </w:rPr>
      </w:pPr>
    </w:p>
    <w:p w14:paraId="10DFD74E" w14:textId="77777777" w:rsidR="00D20148" w:rsidRDefault="00D20148" w:rsidP="00D20148">
      <w:pPr>
        <w:rPr>
          <w:rFonts w:ascii="Times New Roman" w:hAnsi="Times New Roman" w:cs="Times New Roman"/>
        </w:rPr>
      </w:pPr>
    </w:p>
    <w:p w14:paraId="7A603850" w14:textId="585D4215" w:rsidR="00D20148" w:rsidRPr="00D20148" w:rsidRDefault="00D20148" w:rsidP="00D20148">
      <w:pPr>
        <w:tabs>
          <w:tab w:val="left" w:pos="47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D20148" w:rsidRPr="00D20148" w:rsidSect="00D20148">
      <w:headerReference w:type="default" r:id="rId8"/>
      <w:footerReference w:type="default" r:id="rId9"/>
      <w:pgSz w:w="11906" w:h="16838"/>
      <w:pgMar w:top="425" w:right="510" w:bottom="425" w:left="510" w:header="142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81428" w14:textId="77777777" w:rsidR="00D017A3" w:rsidRDefault="00D017A3">
      <w:r>
        <w:separator/>
      </w:r>
    </w:p>
  </w:endnote>
  <w:endnote w:type="continuationSeparator" w:id="0">
    <w:p w14:paraId="05C8D28F" w14:textId="77777777" w:rsidR="00D017A3" w:rsidRDefault="00D01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C8B24" w14:textId="09F5A43C" w:rsidR="002642CC" w:rsidRPr="00A87CD7" w:rsidRDefault="002642CC" w:rsidP="002642CC">
    <w:pPr>
      <w:pStyle w:val="AltBilgi"/>
      <w:jc w:val="center"/>
      <w:rPr>
        <w:rFonts w:ascii="Times New Roman" w:hAnsi="Times New Roman" w:cs="Times New Roman"/>
        <w:szCs w:val="18"/>
      </w:rPr>
    </w:pPr>
    <w:r w:rsidRPr="00A87CD7">
      <w:rPr>
        <w:rFonts w:ascii="Times New Roman" w:hAnsi="Times New Roman" w:cs="Times New Roman"/>
        <w:szCs w:val="18"/>
      </w:rPr>
      <w:t>Şehit Gönenç Caddesi Maltepe Mah.No:5 Çankaya Ankara</w:t>
    </w:r>
  </w:p>
  <w:p w14:paraId="4236C90E" w14:textId="2FAA4161" w:rsidR="009D3D0D" w:rsidRPr="002642CC" w:rsidRDefault="002642CC" w:rsidP="002642CC">
    <w:pPr>
      <w:pStyle w:val="AltBilgi"/>
      <w:jc w:val="center"/>
    </w:pPr>
    <w:proofErr w:type="spellStart"/>
    <w:r w:rsidRPr="00A87CD7">
      <w:rPr>
        <w:rFonts w:ascii="Times New Roman" w:hAnsi="Times New Roman" w:cs="Times New Roman"/>
        <w:szCs w:val="18"/>
      </w:rPr>
      <w:t>İletişim</w:t>
    </w:r>
    <w:proofErr w:type="spellEnd"/>
    <w:r w:rsidRPr="00A87CD7">
      <w:rPr>
        <w:rFonts w:ascii="Times New Roman" w:hAnsi="Times New Roman" w:cs="Times New Roman"/>
        <w:szCs w:val="18"/>
      </w:rPr>
      <w:t xml:space="preserve"> :444 22 28 </w:t>
    </w:r>
    <w:hyperlink r:id="rId1" w:history="1">
      <w:r w:rsidRPr="00A87CD7">
        <w:rPr>
          <w:rStyle w:val="Kpr"/>
          <w:rFonts w:ascii="Times New Roman" w:hAnsi="Times New Roman" w:cs="Times New Roman"/>
          <w:color w:val="auto"/>
          <w:szCs w:val="18"/>
        </w:rPr>
        <w:t>www.ankarabilim.edu.tr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37426" w14:textId="77777777" w:rsidR="00D017A3" w:rsidRDefault="00D017A3">
      <w:r>
        <w:separator/>
      </w:r>
    </w:p>
  </w:footnote>
  <w:footnote w:type="continuationSeparator" w:id="0">
    <w:p w14:paraId="3A9991DF" w14:textId="77777777" w:rsidR="00D017A3" w:rsidRDefault="00D017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F73B8" w14:textId="57805C99" w:rsidR="002642CC" w:rsidRDefault="002642CC">
    <w:pPr>
      <w:pStyle w:val="stBilgi"/>
    </w:pPr>
    <w:r>
      <w:rPr>
        <w:noProof/>
      </w:rPr>
      <w:drawing>
        <wp:anchor distT="0" distB="0" distL="114300" distR="114300" simplePos="0" relativeHeight="251657216" behindDoc="1" locked="0" layoutInCell="1" allowOverlap="1" wp14:anchorId="26CD3BB7" wp14:editId="4083D99A">
          <wp:simplePos x="0" y="0"/>
          <wp:positionH relativeFrom="column">
            <wp:posOffset>-133350</wp:posOffset>
          </wp:positionH>
          <wp:positionV relativeFrom="paragraph">
            <wp:posOffset>81280</wp:posOffset>
          </wp:positionV>
          <wp:extent cx="1355090" cy="228600"/>
          <wp:effectExtent l="0" t="0" r="0" b="0"/>
          <wp:wrapTight wrapText="bothSides">
            <wp:wrapPolygon edited="0">
              <wp:start x="0" y="0"/>
              <wp:lineTo x="0" y="19800"/>
              <wp:lineTo x="21256" y="19800"/>
              <wp:lineTo x="21256" y="0"/>
              <wp:lineTo x="0" y="0"/>
            </wp:wrapPolygon>
          </wp:wrapTight>
          <wp:docPr id="1" name="Picture 1" descr="Ankara Bilim Üniversitesi logosu" title="Ankara Bilim Üniversite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55090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9413113" w14:textId="0ACF8DD2" w:rsidR="002642CC" w:rsidRDefault="002642CC">
    <w:pPr>
      <w:pStyle w:val="stBilgi"/>
    </w:pPr>
  </w:p>
  <w:p w14:paraId="7C3E425E" w14:textId="77777777" w:rsidR="002642CC" w:rsidRDefault="002642C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46175347">
    <w:abstractNumId w:val="8"/>
  </w:num>
  <w:num w:numId="2" w16cid:durableId="531191049">
    <w:abstractNumId w:val="6"/>
  </w:num>
  <w:num w:numId="3" w16cid:durableId="1977029491">
    <w:abstractNumId w:val="5"/>
  </w:num>
  <w:num w:numId="4" w16cid:durableId="984628454">
    <w:abstractNumId w:val="4"/>
  </w:num>
  <w:num w:numId="5" w16cid:durableId="1755272942">
    <w:abstractNumId w:val="7"/>
  </w:num>
  <w:num w:numId="6" w16cid:durableId="505901355">
    <w:abstractNumId w:val="3"/>
  </w:num>
  <w:num w:numId="7" w16cid:durableId="1578248815">
    <w:abstractNumId w:val="2"/>
  </w:num>
  <w:num w:numId="8" w16cid:durableId="1082873819">
    <w:abstractNumId w:val="1"/>
  </w:num>
  <w:num w:numId="9" w16cid:durableId="2128306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1BE9"/>
    <w:rsid w:val="0006063C"/>
    <w:rsid w:val="0015074B"/>
    <w:rsid w:val="002642CC"/>
    <w:rsid w:val="0029639D"/>
    <w:rsid w:val="00326F90"/>
    <w:rsid w:val="00730548"/>
    <w:rsid w:val="009D3D0D"/>
    <w:rsid w:val="00AA1D8D"/>
    <w:rsid w:val="00B47730"/>
    <w:rsid w:val="00CB0664"/>
    <w:rsid w:val="00CB1B30"/>
    <w:rsid w:val="00D017A3"/>
    <w:rsid w:val="00D2014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FED03E"/>
  <w14:defaultImageDpi w14:val="300"/>
  <w15:docId w15:val="{80CA4C05-F183-4522-9F09-B8A388FCA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Calibri" w:hAnsi="Calibri"/>
      <w:color w:val="000000"/>
      <w:sz w:val="18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000000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000000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000000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000000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000000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rPr>
      <w:b/>
      <w:bCs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000000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000000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000000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000000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000000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FFFFF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FFFFF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FFFFF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FFFFF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FFFFF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FFFFF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FFFFF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FFFFF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FFFFF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FFFFF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FFFFF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FFFFF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FFFF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FFFF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/>
        <w:bCs/>
        <w:color w:val="000000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shd w:val="clear" w:color="auto" w:fill="FFFFFF"/>
      </w:tcPr>
    </w:tblStylePr>
    <w:tblStylePr w:type="neCell"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  <w:tblStylePr w:type="nwCell">
      <w:rPr>
        <w:color w:val="000000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/>
        <w:bCs/>
        <w:color w:val="000000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shd w:val="clear" w:color="auto" w:fill="FFFFFF"/>
      </w:tcPr>
    </w:tblStylePr>
    <w:tblStylePr w:type="neCell"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  <w:tblStylePr w:type="nwCell">
      <w:rPr>
        <w:color w:val="000000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/>
        <w:bCs/>
        <w:color w:val="000000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shd w:val="clear" w:color="auto" w:fill="FFFFFF"/>
      </w:tcPr>
    </w:tblStylePr>
    <w:tblStylePr w:type="neCell"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  <w:tblStylePr w:type="nwCell">
      <w:rPr>
        <w:color w:val="000000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/>
        <w:bCs/>
        <w:color w:val="000000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shd w:val="clear" w:color="auto" w:fill="FFFFFF"/>
      </w:tcPr>
    </w:tblStylePr>
    <w:tblStylePr w:type="neCell"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  <w:tblStylePr w:type="nwCell">
      <w:rPr>
        <w:color w:val="000000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/>
        <w:bCs/>
        <w:color w:val="000000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shd w:val="clear" w:color="auto" w:fill="FFFFFF"/>
      </w:tcPr>
    </w:tblStylePr>
    <w:tblStylePr w:type="neCell"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  <w:tblStylePr w:type="nwCell">
      <w:rPr>
        <w:color w:val="000000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/>
        <w:bCs/>
        <w:color w:val="000000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shd w:val="clear" w:color="auto" w:fill="FFFFFF"/>
      </w:tcPr>
    </w:tblStylePr>
    <w:tblStylePr w:type="neCell"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  <w:tblStylePr w:type="nwCell">
      <w:rPr>
        <w:color w:val="000000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000000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/>
        <w:bCs/>
        <w:color w:val="000000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shd w:val="clear" w:color="auto" w:fill="FFFFFF"/>
      </w:tcPr>
    </w:tblStylePr>
    <w:tblStylePr w:type="neCell"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  <w:tblStylePr w:type="nwCell">
      <w:rPr>
        <w:color w:val="000000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FFFF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FFFF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FFFF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FFFF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FFFF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FFFF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FFF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FFFFFF"/>
    </w:tcPr>
    <w:tblStylePr w:type="firstRow">
      <w:rPr>
        <w:b/>
        <w:bCs/>
        <w:color w:val="000000"/>
      </w:rPr>
      <w:tblPr/>
      <w:tcPr>
        <w:shd w:val="clear" w:color="auto" w:fill="FFFFF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FFFFFF"/>
      </w:tcPr>
    </w:tblStylePr>
    <w:tblStylePr w:type="nwCell">
      <w:tblPr/>
      <w:tcPr>
        <w:shd w:val="clear" w:color="auto" w:fill="FFFFFF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FFFFFF"/>
    </w:tcPr>
    <w:tblStylePr w:type="firstRow">
      <w:rPr>
        <w:b/>
        <w:bCs/>
        <w:color w:val="000000"/>
      </w:rPr>
      <w:tblPr/>
      <w:tcPr>
        <w:shd w:val="clear" w:color="auto" w:fill="FFFFF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FFFFFF"/>
      </w:tcPr>
    </w:tblStylePr>
    <w:tblStylePr w:type="nwCell">
      <w:tblPr/>
      <w:tcPr>
        <w:shd w:val="clear" w:color="auto" w:fill="FFFFFF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FFFFFF"/>
    </w:tcPr>
    <w:tblStylePr w:type="firstRow">
      <w:rPr>
        <w:b/>
        <w:bCs/>
        <w:color w:val="000000"/>
      </w:rPr>
      <w:tblPr/>
      <w:tcPr>
        <w:shd w:val="clear" w:color="auto" w:fill="FFFFF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FFFFFF"/>
      </w:tcPr>
    </w:tblStylePr>
    <w:tblStylePr w:type="nwCell">
      <w:tblPr/>
      <w:tcPr>
        <w:shd w:val="clear" w:color="auto" w:fill="FFFFFF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FFFFFF"/>
    </w:tcPr>
    <w:tblStylePr w:type="firstRow">
      <w:rPr>
        <w:b/>
        <w:bCs/>
        <w:color w:val="000000"/>
      </w:rPr>
      <w:tblPr/>
      <w:tcPr>
        <w:shd w:val="clear" w:color="auto" w:fill="FFFFF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FFFFFF"/>
      </w:tcPr>
    </w:tblStylePr>
    <w:tblStylePr w:type="nwCell">
      <w:tblPr/>
      <w:tcPr>
        <w:shd w:val="clear" w:color="auto" w:fill="FFFFFF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FFFFFF"/>
    </w:tcPr>
    <w:tblStylePr w:type="firstRow">
      <w:rPr>
        <w:b/>
        <w:bCs/>
        <w:color w:val="000000"/>
      </w:rPr>
      <w:tblPr/>
      <w:tcPr>
        <w:shd w:val="clear" w:color="auto" w:fill="FFFFF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FFFFFF"/>
      </w:tcPr>
    </w:tblStylePr>
    <w:tblStylePr w:type="nwCell">
      <w:tblPr/>
      <w:tcPr>
        <w:shd w:val="clear" w:color="auto" w:fill="FFFFFF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FFFFFF"/>
    </w:tcPr>
    <w:tblStylePr w:type="firstRow">
      <w:rPr>
        <w:b/>
        <w:bCs/>
        <w:color w:val="000000"/>
      </w:rPr>
      <w:tblPr/>
      <w:tcPr>
        <w:shd w:val="clear" w:color="auto" w:fill="FFFFF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FFFFFF"/>
      </w:tcPr>
    </w:tblStylePr>
    <w:tblStylePr w:type="nwCell">
      <w:tblPr/>
      <w:tcPr>
        <w:shd w:val="clear" w:color="auto" w:fill="FFFFFF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FFFFF"/>
    </w:tcPr>
    <w:tblStylePr w:type="firstRow">
      <w:rPr>
        <w:b/>
        <w:bCs/>
        <w:color w:val="000000"/>
      </w:rPr>
      <w:tblPr/>
      <w:tcPr>
        <w:shd w:val="clear" w:color="auto" w:fill="FFFFF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FFFFF"/>
      </w:tcPr>
    </w:tblStylePr>
    <w:tblStylePr w:type="nwCell">
      <w:tblPr/>
      <w:tcPr>
        <w:shd w:val="clear" w:color="auto" w:fill="FFFFFF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/>
    </w:tcPr>
    <w:tblStylePr w:type="firstRow">
      <w:rPr>
        <w:b/>
        <w:bCs/>
        <w:i w:val="0"/>
        <w:iCs w:val="0"/>
        <w:color w:val="000000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/>
      </w:tcPr>
    </w:tblStylePr>
    <w:tblStylePr w:type="lastRow">
      <w:rPr>
        <w:b/>
        <w:bCs/>
        <w:i w:val="0"/>
        <w:iCs w:val="0"/>
        <w:color w:val="000000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/>
      </w:tcPr>
    </w:tblStylePr>
    <w:tblStylePr w:type="firstCol">
      <w:rPr>
        <w:b/>
        <w:bCs/>
        <w:i w:val="0"/>
        <w:iCs w:val="0"/>
        <w:color w:val="000000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/>
      </w:tcPr>
    </w:tblStylePr>
    <w:tblStylePr w:type="lastCol">
      <w:rPr>
        <w:b/>
        <w:bCs/>
        <w:i w:val="0"/>
        <w:iCs w:val="0"/>
        <w:color w:val="000000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/>
    </w:tcPr>
    <w:tblStylePr w:type="firstRow">
      <w:rPr>
        <w:b/>
        <w:bCs/>
        <w:i w:val="0"/>
        <w:iCs w:val="0"/>
        <w:color w:val="000000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/>
      </w:tcPr>
    </w:tblStylePr>
    <w:tblStylePr w:type="lastRow">
      <w:rPr>
        <w:b/>
        <w:bCs/>
        <w:i w:val="0"/>
        <w:iCs w:val="0"/>
        <w:color w:val="000000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/>
      </w:tcPr>
    </w:tblStylePr>
    <w:tblStylePr w:type="firstCol">
      <w:rPr>
        <w:b/>
        <w:bCs/>
        <w:i w:val="0"/>
        <w:iCs w:val="0"/>
        <w:color w:val="000000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/>
      </w:tcPr>
    </w:tblStylePr>
    <w:tblStylePr w:type="lastCol">
      <w:rPr>
        <w:b/>
        <w:bCs/>
        <w:i w:val="0"/>
        <w:iCs w:val="0"/>
        <w:color w:val="000000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/>
    </w:tcPr>
    <w:tblStylePr w:type="firstRow">
      <w:rPr>
        <w:b/>
        <w:bCs/>
        <w:i w:val="0"/>
        <w:iCs w:val="0"/>
        <w:color w:val="000000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/>
      </w:tcPr>
    </w:tblStylePr>
    <w:tblStylePr w:type="lastRow">
      <w:rPr>
        <w:b/>
        <w:bCs/>
        <w:i w:val="0"/>
        <w:iCs w:val="0"/>
        <w:color w:val="000000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/>
      </w:tcPr>
    </w:tblStylePr>
    <w:tblStylePr w:type="firstCol">
      <w:rPr>
        <w:b/>
        <w:bCs/>
        <w:i w:val="0"/>
        <w:iCs w:val="0"/>
        <w:color w:val="000000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/>
      </w:tcPr>
    </w:tblStylePr>
    <w:tblStylePr w:type="lastCol">
      <w:rPr>
        <w:b/>
        <w:bCs/>
        <w:i w:val="0"/>
        <w:iCs w:val="0"/>
        <w:color w:val="000000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/>
    </w:tcPr>
    <w:tblStylePr w:type="firstRow">
      <w:rPr>
        <w:b/>
        <w:bCs/>
        <w:i w:val="0"/>
        <w:iCs w:val="0"/>
        <w:color w:val="000000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/>
      </w:tcPr>
    </w:tblStylePr>
    <w:tblStylePr w:type="lastRow">
      <w:rPr>
        <w:b/>
        <w:bCs/>
        <w:i w:val="0"/>
        <w:iCs w:val="0"/>
        <w:color w:val="000000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/>
      </w:tcPr>
    </w:tblStylePr>
    <w:tblStylePr w:type="firstCol">
      <w:rPr>
        <w:b/>
        <w:bCs/>
        <w:i w:val="0"/>
        <w:iCs w:val="0"/>
        <w:color w:val="000000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/>
      </w:tcPr>
    </w:tblStylePr>
    <w:tblStylePr w:type="lastCol">
      <w:rPr>
        <w:b/>
        <w:bCs/>
        <w:i w:val="0"/>
        <w:iCs w:val="0"/>
        <w:color w:val="000000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/>
    </w:tcPr>
    <w:tblStylePr w:type="firstRow">
      <w:rPr>
        <w:b/>
        <w:bCs/>
        <w:i w:val="0"/>
        <w:iCs w:val="0"/>
        <w:color w:val="000000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/>
      </w:tcPr>
    </w:tblStylePr>
    <w:tblStylePr w:type="lastRow">
      <w:rPr>
        <w:b/>
        <w:bCs/>
        <w:i w:val="0"/>
        <w:iCs w:val="0"/>
        <w:color w:val="000000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/>
      </w:tcPr>
    </w:tblStylePr>
    <w:tblStylePr w:type="firstCol">
      <w:rPr>
        <w:b/>
        <w:bCs/>
        <w:i w:val="0"/>
        <w:iCs w:val="0"/>
        <w:color w:val="000000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/>
      </w:tcPr>
    </w:tblStylePr>
    <w:tblStylePr w:type="lastCol">
      <w:rPr>
        <w:b/>
        <w:bCs/>
        <w:i w:val="0"/>
        <w:iCs w:val="0"/>
        <w:color w:val="000000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/>
    </w:tcPr>
    <w:tblStylePr w:type="firstRow">
      <w:rPr>
        <w:b/>
        <w:bCs/>
        <w:i w:val="0"/>
        <w:iCs w:val="0"/>
        <w:color w:val="000000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/>
      </w:tcPr>
    </w:tblStylePr>
    <w:tblStylePr w:type="lastRow">
      <w:rPr>
        <w:b/>
        <w:bCs/>
        <w:i w:val="0"/>
        <w:iCs w:val="0"/>
        <w:color w:val="000000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/>
      </w:tcPr>
    </w:tblStylePr>
    <w:tblStylePr w:type="firstCol">
      <w:rPr>
        <w:b/>
        <w:bCs/>
        <w:i w:val="0"/>
        <w:iCs w:val="0"/>
        <w:color w:val="000000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/>
      </w:tcPr>
    </w:tblStylePr>
    <w:tblStylePr w:type="lastCol">
      <w:rPr>
        <w:b/>
        <w:bCs/>
        <w:i w:val="0"/>
        <w:iCs w:val="0"/>
        <w:color w:val="000000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/>
    </w:tcPr>
    <w:tblStylePr w:type="firstRow">
      <w:rPr>
        <w:b/>
        <w:bCs/>
        <w:i w:val="0"/>
        <w:iCs w:val="0"/>
        <w:color w:val="000000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/>
      </w:tcPr>
    </w:tblStylePr>
    <w:tblStylePr w:type="lastRow">
      <w:rPr>
        <w:b/>
        <w:bCs/>
        <w:i w:val="0"/>
        <w:iCs w:val="0"/>
        <w:color w:val="000000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/>
      </w:tcPr>
    </w:tblStylePr>
    <w:tblStylePr w:type="firstCol">
      <w:rPr>
        <w:b/>
        <w:bCs/>
        <w:i w:val="0"/>
        <w:iCs w:val="0"/>
        <w:color w:val="000000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/>
      </w:tcPr>
    </w:tblStylePr>
    <w:tblStylePr w:type="lastCol">
      <w:rPr>
        <w:b/>
        <w:bCs/>
        <w:i w:val="0"/>
        <w:iCs w:val="0"/>
        <w:color w:val="000000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000000"/>
      </w:rPr>
      <w:tblPr/>
      <w:tcPr>
        <w:tcBorders>
          <w:top w:val="single" w:sz="6" w:space="0" w:color="FFFFFF" w:themeColor="background1"/>
        </w:tcBorders>
        <w:shd w:val="clear" w:color="auto" w:fill="FFFFFF"/>
      </w:tcPr>
    </w:tblStylePr>
    <w:tblStylePr w:type="fir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FFFFFF"/>
      </w:tcPr>
    </w:tblStylePr>
    <w:tblStylePr w:type="la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000000"/>
      </w:rPr>
      <w:tblPr/>
      <w:tcPr>
        <w:tcBorders>
          <w:top w:val="single" w:sz="6" w:space="0" w:color="FFFFFF" w:themeColor="background1"/>
        </w:tcBorders>
        <w:shd w:val="clear" w:color="auto" w:fill="FFFFFF"/>
      </w:tcPr>
    </w:tblStylePr>
    <w:tblStylePr w:type="fir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FFFFFF"/>
      </w:tcPr>
    </w:tblStylePr>
    <w:tblStylePr w:type="la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000000"/>
      </w:rPr>
      <w:tblPr/>
      <w:tcPr>
        <w:tcBorders>
          <w:top w:val="single" w:sz="6" w:space="0" w:color="FFFFFF" w:themeColor="background1"/>
        </w:tcBorders>
        <w:shd w:val="clear" w:color="auto" w:fill="FFFFFF"/>
      </w:tcPr>
    </w:tblStylePr>
    <w:tblStylePr w:type="fir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FFFFFF"/>
      </w:tcPr>
    </w:tblStylePr>
    <w:tblStylePr w:type="la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000000"/>
      </w:rPr>
      <w:tblPr/>
      <w:tcPr>
        <w:tcBorders>
          <w:top w:val="single" w:sz="6" w:space="0" w:color="FFFFFF" w:themeColor="background1"/>
        </w:tcBorders>
        <w:shd w:val="clear" w:color="auto" w:fill="FFFFFF"/>
      </w:tcPr>
    </w:tblStylePr>
    <w:tblStylePr w:type="fir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FFFFFF"/>
      </w:tcPr>
    </w:tblStylePr>
    <w:tblStylePr w:type="la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000000"/>
      </w:rPr>
      <w:tblPr/>
      <w:tcPr>
        <w:tcBorders>
          <w:top w:val="single" w:sz="6" w:space="0" w:color="FFFFFF" w:themeColor="background1"/>
        </w:tcBorders>
        <w:shd w:val="clear" w:color="auto" w:fill="FFFFFF"/>
      </w:tcPr>
    </w:tblStylePr>
    <w:tblStylePr w:type="fir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FFFFFF"/>
      </w:tcPr>
    </w:tblStylePr>
    <w:tblStylePr w:type="la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000000"/>
      </w:rPr>
      <w:tblPr/>
      <w:tcPr>
        <w:tcBorders>
          <w:top w:val="single" w:sz="6" w:space="0" w:color="FFFFFF" w:themeColor="background1"/>
        </w:tcBorders>
        <w:shd w:val="clear" w:color="auto" w:fill="FFFFFF"/>
      </w:tcPr>
    </w:tblStylePr>
    <w:tblStylePr w:type="fir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FFFFFF"/>
      </w:tcPr>
    </w:tblStylePr>
    <w:tblStylePr w:type="la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000000"/>
      </w:rPr>
      <w:tblPr/>
      <w:tcPr>
        <w:tcBorders>
          <w:top w:val="single" w:sz="6" w:space="0" w:color="FFFFFF" w:themeColor="background1"/>
        </w:tcBorders>
        <w:shd w:val="clear" w:color="auto" w:fill="FFFFFF"/>
      </w:tcPr>
    </w:tblStylePr>
    <w:tblStylePr w:type="fir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FFFFFF"/>
      </w:tcPr>
    </w:tblStylePr>
    <w:tblStylePr w:type="lastCol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000000"/>
      </w:rPr>
      <w:tblPr/>
      <w:tcPr>
        <w:tcBorders>
          <w:bottom w:val="single" w:sz="12" w:space="0" w:color="FFFFFF" w:themeColor="background1"/>
        </w:tcBorders>
        <w:shd w:val="clear" w:color="auto" w:fill="FFFFF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000000"/>
      </w:rPr>
      <w:tblPr/>
      <w:tcPr>
        <w:tcBorders>
          <w:bottom w:val="single" w:sz="12" w:space="0" w:color="FFFFFF" w:themeColor="background1"/>
        </w:tcBorders>
        <w:shd w:val="clear" w:color="auto" w:fill="FFFFF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000000"/>
      </w:rPr>
      <w:tblPr/>
      <w:tcPr>
        <w:tcBorders>
          <w:bottom w:val="single" w:sz="12" w:space="0" w:color="FFFFFF" w:themeColor="background1"/>
        </w:tcBorders>
        <w:shd w:val="clear" w:color="auto" w:fill="FFFFF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000000"/>
      </w:rPr>
      <w:tblPr/>
      <w:tcPr>
        <w:tcBorders>
          <w:bottom w:val="single" w:sz="12" w:space="0" w:color="FFFFFF" w:themeColor="background1"/>
        </w:tcBorders>
        <w:shd w:val="clear" w:color="auto" w:fill="FFFFF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000000"/>
      </w:rPr>
      <w:tblPr/>
      <w:tcPr>
        <w:tcBorders>
          <w:bottom w:val="single" w:sz="12" w:space="0" w:color="FFFFFF" w:themeColor="background1"/>
        </w:tcBorders>
        <w:shd w:val="clear" w:color="auto" w:fill="FFFFF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000000"/>
      </w:rPr>
      <w:tblPr/>
      <w:tcPr>
        <w:tcBorders>
          <w:bottom w:val="single" w:sz="12" w:space="0" w:color="FFFFFF" w:themeColor="background1"/>
        </w:tcBorders>
        <w:shd w:val="clear" w:color="auto" w:fill="FFFFF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000000"/>
      </w:rPr>
      <w:tblPr/>
      <w:tcPr>
        <w:tcBorders>
          <w:bottom w:val="single" w:sz="12" w:space="0" w:color="FFFFFF" w:themeColor="background1"/>
        </w:tcBorders>
        <w:shd w:val="clear" w:color="auto" w:fill="FFFFFF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/>
    </w:tcPr>
    <w:tblStylePr w:type="firstRow">
      <w:rPr>
        <w:b/>
        <w:bCs/>
      </w:rPr>
      <w:tblPr/>
      <w:tcPr>
        <w:shd w:val="clear" w:color="auto" w:fill="FFFFFF"/>
      </w:tcPr>
    </w:tblStylePr>
    <w:tblStylePr w:type="lastRow">
      <w:rPr>
        <w:b/>
        <w:bCs/>
        <w:color w:val="000000"/>
      </w:rPr>
      <w:tblPr/>
      <w:tcPr>
        <w:shd w:val="clear" w:color="auto" w:fill="FFFFFF"/>
      </w:tcPr>
    </w:tblStylePr>
    <w:tblStylePr w:type="firstCol">
      <w:rPr>
        <w:color w:val="000000"/>
      </w:rPr>
      <w:tblPr/>
      <w:tcPr>
        <w:shd w:val="clear" w:color="auto" w:fill="FFFFFF"/>
      </w:tcPr>
    </w:tblStylePr>
    <w:tblStylePr w:type="lastCol">
      <w:rPr>
        <w:color w:val="000000"/>
      </w:rPr>
      <w:tblPr/>
      <w:tcPr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/>
    </w:tcPr>
    <w:tblStylePr w:type="firstRow">
      <w:rPr>
        <w:b/>
        <w:bCs/>
      </w:rPr>
      <w:tblPr/>
      <w:tcPr>
        <w:shd w:val="clear" w:color="auto" w:fill="FFFFFF"/>
      </w:tcPr>
    </w:tblStylePr>
    <w:tblStylePr w:type="lastRow">
      <w:rPr>
        <w:b/>
        <w:bCs/>
        <w:color w:val="000000"/>
      </w:rPr>
      <w:tblPr/>
      <w:tcPr>
        <w:shd w:val="clear" w:color="auto" w:fill="FFFFFF"/>
      </w:tcPr>
    </w:tblStylePr>
    <w:tblStylePr w:type="firstCol">
      <w:rPr>
        <w:color w:val="000000"/>
      </w:rPr>
      <w:tblPr/>
      <w:tcPr>
        <w:shd w:val="clear" w:color="auto" w:fill="FFFFFF"/>
      </w:tcPr>
    </w:tblStylePr>
    <w:tblStylePr w:type="lastCol">
      <w:rPr>
        <w:color w:val="000000"/>
      </w:rPr>
      <w:tblPr/>
      <w:tcPr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/>
    </w:tcPr>
    <w:tblStylePr w:type="firstRow">
      <w:rPr>
        <w:b/>
        <w:bCs/>
      </w:rPr>
      <w:tblPr/>
      <w:tcPr>
        <w:shd w:val="clear" w:color="auto" w:fill="FFFFFF"/>
      </w:tcPr>
    </w:tblStylePr>
    <w:tblStylePr w:type="lastRow">
      <w:rPr>
        <w:b/>
        <w:bCs/>
        <w:color w:val="000000"/>
      </w:rPr>
      <w:tblPr/>
      <w:tcPr>
        <w:shd w:val="clear" w:color="auto" w:fill="FFFFFF"/>
      </w:tcPr>
    </w:tblStylePr>
    <w:tblStylePr w:type="firstCol">
      <w:rPr>
        <w:color w:val="000000"/>
      </w:rPr>
      <w:tblPr/>
      <w:tcPr>
        <w:shd w:val="clear" w:color="auto" w:fill="FFFFFF"/>
      </w:tcPr>
    </w:tblStylePr>
    <w:tblStylePr w:type="lastCol">
      <w:rPr>
        <w:color w:val="000000"/>
      </w:rPr>
      <w:tblPr/>
      <w:tcPr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/>
    </w:tcPr>
    <w:tblStylePr w:type="firstRow">
      <w:rPr>
        <w:b/>
        <w:bCs/>
      </w:rPr>
      <w:tblPr/>
      <w:tcPr>
        <w:shd w:val="clear" w:color="auto" w:fill="FFFFFF"/>
      </w:tcPr>
    </w:tblStylePr>
    <w:tblStylePr w:type="lastRow">
      <w:rPr>
        <w:b/>
        <w:bCs/>
        <w:color w:val="000000"/>
      </w:rPr>
      <w:tblPr/>
      <w:tcPr>
        <w:shd w:val="clear" w:color="auto" w:fill="FFFFFF"/>
      </w:tcPr>
    </w:tblStylePr>
    <w:tblStylePr w:type="firstCol">
      <w:rPr>
        <w:color w:val="000000"/>
      </w:rPr>
      <w:tblPr/>
      <w:tcPr>
        <w:shd w:val="clear" w:color="auto" w:fill="FFFFFF"/>
      </w:tcPr>
    </w:tblStylePr>
    <w:tblStylePr w:type="lastCol">
      <w:rPr>
        <w:color w:val="000000"/>
      </w:rPr>
      <w:tblPr/>
      <w:tcPr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/>
    </w:tcPr>
    <w:tblStylePr w:type="firstRow">
      <w:rPr>
        <w:b/>
        <w:bCs/>
      </w:rPr>
      <w:tblPr/>
      <w:tcPr>
        <w:shd w:val="clear" w:color="auto" w:fill="FFFFFF"/>
      </w:tcPr>
    </w:tblStylePr>
    <w:tblStylePr w:type="lastRow">
      <w:rPr>
        <w:b/>
        <w:bCs/>
        <w:color w:val="000000"/>
      </w:rPr>
      <w:tblPr/>
      <w:tcPr>
        <w:shd w:val="clear" w:color="auto" w:fill="FFFFFF"/>
      </w:tcPr>
    </w:tblStylePr>
    <w:tblStylePr w:type="firstCol">
      <w:rPr>
        <w:color w:val="000000"/>
      </w:rPr>
      <w:tblPr/>
      <w:tcPr>
        <w:shd w:val="clear" w:color="auto" w:fill="FFFFFF"/>
      </w:tcPr>
    </w:tblStylePr>
    <w:tblStylePr w:type="lastCol">
      <w:rPr>
        <w:color w:val="000000"/>
      </w:rPr>
      <w:tblPr/>
      <w:tcPr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/>
    </w:tcPr>
    <w:tblStylePr w:type="firstRow">
      <w:rPr>
        <w:b/>
        <w:bCs/>
      </w:rPr>
      <w:tblPr/>
      <w:tcPr>
        <w:shd w:val="clear" w:color="auto" w:fill="FFFFFF"/>
      </w:tcPr>
    </w:tblStylePr>
    <w:tblStylePr w:type="lastRow">
      <w:rPr>
        <w:b/>
        <w:bCs/>
        <w:color w:val="000000"/>
      </w:rPr>
      <w:tblPr/>
      <w:tcPr>
        <w:shd w:val="clear" w:color="auto" w:fill="FFFFFF"/>
      </w:tcPr>
    </w:tblStylePr>
    <w:tblStylePr w:type="firstCol">
      <w:rPr>
        <w:color w:val="000000"/>
      </w:rPr>
      <w:tblPr/>
      <w:tcPr>
        <w:shd w:val="clear" w:color="auto" w:fill="FFFFFF"/>
      </w:tcPr>
    </w:tblStylePr>
    <w:tblStylePr w:type="lastCol">
      <w:rPr>
        <w:color w:val="000000"/>
      </w:rPr>
      <w:tblPr/>
      <w:tcPr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/>
    </w:tcPr>
    <w:tblStylePr w:type="firstRow">
      <w:rPr>
        <w:b/>
        <w:bCs/>
      </w:rPr>
      <w:tblPr/>
      <w:tcPr>
        <w:shd w:val="clear" w:color="auto" w:fill="FFFFFF"/>
      </w:tcPr>
    </w:tblStylePr>
    <w:tblStylePr w:type="lastRow">
      <w:rPr>
        <w:b/>
        <w:bCs/>
        <w:color w:val="000000"/>
      </w:rPr>
      <w:tblPr/>
      <w:tcPr>
        <w:shd w:val="clear" w:color="auto" w:fill="FFFFFF"/>
      </w:tcPr>
    </w:tblStylePr>
    <w:tblStylePr w:type="firstCol">
      <w:rPr>
        <w:color w:val="000000"/>
      </w:rPr>
      <w:tblPr/>
      <w:tcPr>
        <w:shd w:val="clear" w:color="auto" w:fill="FFFFFF"/>
      </w:tcPr>
    </w:tblStylePr>
    <w:tblStylePr w:type="lastCol">
      <w:rPr>
        <w:color w:val="000000"/>
      </w:rPr>
      <w:tblPr/>
      <w:tcPr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character" w:styleId="Kpr">
    <w:name w:val="Hyperlink"/>
    <w:basedOn w:val="VarsaylanParagrafYazTipi"/>
    <w:uiPriority w:val="99"/>
    <w:unhideWhenUsed/>
    <w:rsid w:val="002642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karabilim.edu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Esra Aktaş</cp:lastModifiedBy>
  <cp:revision>6</cp:revision>
  <dcterms:created xsi:type="dcterms:W3CDTF">2013-12-23T23:15:00Z</dcterms:created>
  <dcterms:modified xsi:type="dcterms:W3CDTF">2026-08-12T08:53:00Z</dcterms:modified>
  <cp:category/>
</cp:coreProperties>
</file>