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EEF1A" w14:textId="77777777" w:rsidR="006F1384" w:rsidRPr="00B10150" w:rsidRDefault="006D5E73" w:rsidP="00E6684D">
      <w:pPr>
        <w:jc w:val="center"/>
        <w:rPr>
          <w:rFonts w:ascii="Times New Roman" w:hAnsi="Times New Roman" w:cs="Times New Roman"/>
          <w:color w:val="auto"/>
        </w:rPr>
      </w:pPr>
      <w:r w:rsidRPr="00B10150">
        <w:rPr>
          <w:rFonts w:ascii="Times New Roman" w:hAnsi="Times New Roman" w:cs="Times New Roman"/>
          <w:b/>
          <w:color w:val="auto"/>
          <w:sz w:val="16"/>
        </w:rPr>
        <w:t>T.C.</w:t>
      </w:r>
      <w:r w:rsidRPr="00B10150">
        <w:rPr>
          <w:rFonts w:ascii="Times New Roman" w:hAnsi="Times New Roman" w:cs="Times New Roman"/>
          <w:b/>
          <w:color w:val="auto"/>
          <w:sz w:val="16"/>
        </w:rPr>
        <w:br/>
        <w:t>ANKARA BİLİM ÜNİVERSİTESİ</w:t>
      </w:r>
      <w:r w:rsidRPr="00B10150">
        <w:rPr>
          <w:rFonts w:ascii="Times New Roman" w:hAnsi="Times New Roman" w:cs="Times New Roman"/>
          <w:b/>
          <w:color w:val="auto"/>
          <w:sz w:val="16"/>
        </w:rPr>
        <w:br/>
        <w:t>ERASMUS+ KOORDİNATÖRLÜĞÜ</w:t>
      </w:r>
    </w:p>
    <w:p w14:paraId="79F778CE" w14:textId="77777777" w:rsidR="006F1384" w:rsidRPr="00B10150" w:rsidRDefault="00000000" w:rsidP="00E6684D">
      <w:pPr>
        <w:spacing w:after="20"/>
        <w:jc w:val="center"/>
        <w:rPr>
          <w:rFonts w:ascii="Times New Roman" w:hAnsi="Times New Roman" w:cs="Times New Roman"/>
          <w:color w:val="auto"/>
        </w:rPr>
      </w:pPr>
      <w:r w:rsidRPr="00B10150">
        <w:rPr>
          <w:rFonts w:ascii="Times New Roman" w:hAnsi="Times New Roman" w:cs="Times New Roman"/>
          <w:b/>
          <w:caps/>
          <w:color w:val="auto"/>
          <w:sz w:val="17"/>
        </w:rPr>
        <w:t>ERASMUS+ ÖĞRENCİ ÖĞRENİM HAREKETLİLİĞİ</w:t>
      </w:r>
    </w:p>
    <w:p w14:paraId="25E2782A" w14:textId="77777777" w:rsidR="00E6684D" w:rsidRPr="00B10150" w:rsidRDefault="00000000" w:rsidP="006D5E73">
      <w:pPr>
        <w:keepNext/>
        <w:spacing w:after="80"/>
        <w:jc w:val="center"/>
        <w:rPr>
          <w:rFonts w:ascii="Times New Roman" w:hAnsi="Times New Roman" w:cs="Times New Roman"/>
          <w:b/>
          <w:color w:val="auto"/>
          <w:sz w:val="30"/>
        </w:rPr>
      </w:pPr>
      <w:r w:rsidRPr="00B10150">
        <w:rPr>
          <w:rFonts w:ascii="Times New Roman" w:hAnsi="Times New Roman" w:cs="Times New Roman"/>
          <w:b/>
          <w:color w:val="auto"/>
          <w:sz w:val="30"/>
        </w:rPr>
        <w:t xml:space="preserve">AKADEMİK ONAY FORMU </w:t>
      </w:r>
      <w:r w:rsidR="00E6684D" w:rsidRPr="00B10150">
        <w:rPr>
          <w:rFonts w:ascii="Times New Roman" w:hAnsi="Times New Roman" w:cs="Times New Roman"/>
          <w:b/>
          <w:color w:val="auto"/>
          <w:sz w:val="30"/>
        </w:rPr>
        <w:t>–</w:t>
      </w:r>
      <w:r w:rsidRPr="00B10150">
        <w:rPr>
          <w:rFonts w:ascii="Times New Roman" w:hAnsi="Times New Roman" w:cs="Times New Roman"/>
          <w:b/>
          <w:color w:val="auto"/>
          <w:sz w:val="30"/>
        </w:rPr>
        <w:t xml:space="preserve"> DÖNÜŞ</w:t>
      </w:r>
    </w:p>
    <w:tbl>
      <w:tblPr>
        <w:tblW w:w="10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3400"/>
        <w:gridCol w:w="1600"/>
        <w:gridCol w:w="3730"/>
      </w:tblGrid>
      <w:tr w:rsidR="006F1384" w:rsidRPr="00B10150" w14:paraId="5A07EF61" w14:textId="77777777" w:rsidTr="00E6684D">
        <w:trPr>
          <w:cantSplit/>
          <w:trHeight w:val="323"/>
          <w:tblHeader/>
          <w:jc w:val="center"/>
        </w:trPr>
        <w:tc>
          <w:tcPr>
            <w:tcW w:w="205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C28AA83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Öğrencinin Adı Soyadı</w:t>
            </w:r>
          </w:p>
        </w:tc>
        <w:tc>
          <w:tcPr>
            <w:tcW w:w="340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2259D4" w14:textId="77777777" w:rsidR="006F1384" w:rsidRPr="00B10150" w:rsidRDefault="006F138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60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3DCE5C5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Öğrenci Numarası</w:t>
            </w:r>
          </w:p>
        </w:tc>
        <w:tc>
          <w:tcPr>
            <w:tcW w:w="373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C67828B" w14:textId="77777777" w:rsidR="006F1384" w:rsidRPr="00B10150" w:rsidRDefault="006F138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F1384" w:rsidRPr="00B10150" w14:paraId="61EE9D58" w14:textId="77777777" w:rsidTr="00E6684D">
        <w:trPr>
          <w:cantSplit/>
          <w:trHeight w:val="323"/>
          <w:jc w:val="center"/>
        </w:trPr>
        <w:tc>
          <w:tcPr>
            <w:tcW w:w="205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D7730D4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Fakülte / MYO / Enstitü</w:t>
            </w:r>
          </w:p>
        </w:tc>
        <w:tc>
          <w:tcPr>
            <w:tcW w:w="340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09937FD" w14:textId="77777777" w:rsidR="006F1384" w:rsidRPr="00B10150" w:rsidRDefault="006F138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60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105D23A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Bölüm / Program</w:t>
            </w:r>
          </w:p>
        </w:tc>
        <w:tc>
          <w:tcPr>
            <w:tcW w:w="373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75EFBCD" w14:textId="77777777" w:rsidR="006F1384" w:rsidRPr="00B10150" w:rsidRDefault="006F138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F1384" w:rsidRPr="00B10150" w14:paraId="51FE38FA" w14:textId="77777777" w:rsidTr="00E6684D">
        <w:trPr>
          <w:cantSplit/>
          <w:trHeight w:val="323"/>
          <w:jc w:val="center"/>
        </w:trPr>
        <w:tc>
          <w:tcPr>
            <w:tcW w:w="205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A1729D0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Öğrenim Düzeyi</w:t>
            </w:r>
          </w:p>
        </w:tc>
        <w:tc>
          <w:tcPr>
            <w:tcW w:w="340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5ABD92C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Ön Lisans [  ]   Lisans [  ]   Yüksek Lisans [  ]   </w:t>
            </w:r>
          </w:p>
        </w:tc>
        <w:tc>
          <w:tcPr>
            <w:tcW w:w="160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CB720D6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 Türü</w:t>
            </w:r>
          </w:p>
        </w:tc>
        <w:tc>
          <w:tcPr>
            <w:tcW w:w="373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8737FE5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KA131 [  ]   KA171 [  ]</w:t>
            </w:r>
          </w:p>
        </w:tc>
      </w:tr>
      <w:tr w:rsidR="006F1384" w:rsidRPr="00B10150" w14:paraId="2048A1B4" w14:textId="77777777" w:rsidTr="00E6684D">
        <w:trPr>
          <w:cantSplit/>
          <w:trHeight w:val="323"/>
          <w:jc w:val="center"/>
        </w:trPr>
        <w:tc>
          <w:tcPr>
            <w:tcW w:w="205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0DC9EEC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Karşı Kurumun Adı ve Erasmus Kodu</w:t>
            </w:r>
          </w:p>
        </w:tc>
        <w:tc>
          <w:tcPr>
            <w:tcW w:w="340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AC97DE1" w14:textId="77777777" w:rsidR="006F1384" w:rsidRPr="00B10150" w:rsidRDefault="006F138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60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EEF8C8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Ülke</w:t>
            </w:r>
          </w:p>
        </w:tc>
        <w:tc>
          <w:tcPr>
            <w:tcW w:w="373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0CAD48B" w14:textId="77777777" w:rsidR="006F1384" w:rsidRPr="00B10150" w:rsidRDefault="006F138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F1384" w:rsidRPr="00B10150" w14:paraId="676BF135" w14:textId="77777777" w:rsidTr="00E6684D">
        <w:trPr>
          <w:cantSplit/>
          <w:trHeight w:val="323"/>
          <w:jc w:val="center"/>
        </w:trPr>
        <w:tc>
          <w:tcPr>
            <w:tcW w:w="205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D703BA0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Akademik Yıl</w:t>
            </w:r>
          </w:p>
        </w:tc>
        <w:tc>
          <w:tcPr>
            <w:tcW w:w="340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5AC3CAB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</w:t>
            </w:r>
            <w:proofErr w:type="gramStart"/>
            <w:r w:rsidRPr="00B1015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.....</w:t>
            </w:r>
            <w:proofErr w:type="gramEnd"/>
            <w:r w:rsidRPr="00B1015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20</w:t>
            </w:r>
            <w:proofErr w:type="gramStart"/>
            <w:r w:rsidRPr="00B1015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.....</w:t>
            </w:r>
            <w:proofErr w:type="gramEnd"/>
          </w:p>
        </w:tc>
        <w:tc>
          <w:tcPr>
            <w:tcW w:w="160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BA05A43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Hareketlilik Dönemi</w:t>
            </w:r>
          </w:p>
        </w:tc>
        <w:tc>
          <w:tcPr>
            <w:tcW w:w="373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1B3BD25" w14:textId="77777777" w:rsidR="006F1384" w:rsidRPr="00B10150" w:rsidRDefault="0000000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Güz [  ]   Bahar [  ]   Tam Yıl [  ]</w:t>
            </w:r>
          </w:p>
        </w:tc>
      </w:tr>
    </w:tbl>
    <w:p w14:paraId="33116403" w14:textId="77777777" w:rsidR="00E6684D" w:rsidRPr="00B10150" w:rsidRDefault="00000000">
      <w:pPr>
        <w:spacing w:before="60" w:after="60"/>
        <w:rPr>
          <w:rFonts w:ascii="Times New Roman" w:hAnsi="Times New Roman" w:cs="Times New Roman"/>
          <w:i/>
          <w:color w:val="auto"/>
          <w:sz w:val="16"/>
        </w:rPr>
      </w:pPr>
      <w:r w:rsidRPr="00B10150">
        <w:rPr>
          <w:rFonts w:ascii="Times New Roman" w:hAnsi="Times New Roman" w:cs="Times New Roman"/>
          <w:i/>
          <w:color w:val="auto"/>
          <w:sz w:val="16"/>
        </w:rPr>
        <w:t xml:space="preserve">Bu form, karşı kurumun resmî transkriptinde yer alan başarılı ve başarısız tüm derslerin kayıt altına alınması ve başarılı derslere ilişkin akademik tanınmanın onaylanması amacıyla düzenlenir. Not </w:t>
      </w:r>
      <w:proofErr w:type="spellStart"/>
      <w:r w:rsidRPr="00B10150">
        <w:rPr>
          <w:rFonts w:ascii="Times New Roman" w:hAnsi="Times New Roman" w:cs="Times New Roman"/>
          <w:i/>
          <w:color w:val="auto"/>
          <w:sz w:val="16"/>
        </w:rPr>
        <w:t>dönüşümü</w:t>
      </w:r>
      <w:proofErr w:type="spellEnd"/>
      <w:r w:rsidRPr="00B10150">
        <w:rPr>
          <w:rFonts w:ascii="Times New Roman" w:hAnsi="Times New Roman" w:cs="Times New Roman"/>
          <w:i/>
          <w:color w:val="auto"/>
          <w:sz w:val="16"/>
        </w:rPr>
        <w:t xml:space="preserve">, Ankara Bilim </w:t>
      </w:r>
      <w:proofErr w:type="spellStart"/>
      <w:r w:rsidRPr="00B10150">
        <w:rPr>
          <w:rFonts w:ascii="Times New Roman" w:hAnsi="Times New Roman" w:cs="Times New Roman"/>
          <w:i/>
          <w:color w:val="auto"/>
          <w:sz w:val="16"/>
        </w:rPr>
        <w:t>Üniversitesinin</w:t>
      </w:r>
      <w:proofErr w:type="spellEnd"/>
      <w:r w:rsidRPr="00B10150">
        <w:rPr>
          <w:rFonts w:ascii="Times New Roman" w:hAnsi="Times New Roman" w:cs="Times New Roman"/>
          <w:i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i/>
          <w:color w:val="auto"/>
          <w:sz w:val="16"/>
        </w:rPr>
        <w:t>ilgili</w:t>
      </w:r>
      <w:proofErr w:type="spellEnd"/>
      <w:r w:rsidRPr="00B10150">
        <w:rPr>
          <w:rFonts w:ascii="Times New Roman" w:hAnsi="Times New Roman" w:cs="Times New Roman"/>
          <w:i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i/>
          <w:color w:val="auto"/>
          <w:sz w:val="16"/>
        </w:rPr>
        <w:t>mevzuatı</w:t>
      </w:r>
      <w:proofErr w:type="spellEnd"/>
      <w:r w:rsidRPr="00B10150">
        <w:rPr>
          <w:rFonts w:ascii="Times New Roman" w:hAnsi="Times New Roman" w:cs="Times New Roman"/>
          <w:i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i/>
          <w:color w:val="auto"/>
          <w:sz w:val="16"/>
        </w:rPr>
        <w:t>ve</w:t>
      </w:r>
      <w:proofErr w:type="spellEnd"/>
      <w:r w:rsidRPr="00B10150">
        <w:rPr>
          <w:rFonts w:ascii="Times New Roman" w:hAnsi="Times New Roman" w:cs="Times New Roman"/>
          <w:i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i/>
          <w:color w:val="auto"/>
          <w:sz w:val="16"/>
        </w:rPr>
        <w:t>yetkili</w:t>
      </w:r>
      <w:proofErr w:type="spellEnd"/>
      <w:r w:rsidRPr="00B10150">
        <w:rPr>
          <w:rFonts w:ascii="Times New Roman" w:hAnsi="Times New Roman" w:cs="Times New Roman"/>
          <w:i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i/>
          <w:color w:val="auto"/>
          <w:sz w:val="16"/>
        </w:rPr>
        <w:t>kurul</w:t>
      </w:r>
      <w:proofErr w:type="spellEnd"/>
      <w:r w:rsidRPr="00B10150">
        <w:rPr>
          <w:rFonts w:ascii="Times New Roman" w:hAnsi="Times New Roman" w:cs="Times New Roman"/>
          <w:i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i/>
          <w:color w:val="auto"/>
          <w:sz w:val="16"/>
        </w:rPr>
        <w:t>kararı</w:t>
      </w:r>
      <w:proofErr w:type="spellEnd"/>
      <w:r w:rsidRPr="00B10150">
        <w:rPr>
          <w:rFonts w:ascii="Times New Roman" w:hAnsi="Times New Roman" w:cs="Times New Roman"/>
          <w:i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i/>
          <w:color w:val="auto"/>
          <w:sz w:val="16"/>
        </w:rPr>
        <w:t>doğrultusunda</w:t>
      </w:r>
      <w:proofErr w:type="spellEnd"/>
      <w:r w:rsidRPr="00B10150">
        <w:rPr>
          <w:rFonts w:ascii="Times New Roman" w:hAnsi="Times New Roman" w:cs="Times New Roman"/>
          <w:i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i/>
          <w:color w:val="auto"/>
          <w:sz w:val="16"/>
        </w:rPr>
        <w:t>yapılır</w:t>
      </w:r>
      <w:proofErr w:type="spellEnd"/>
      <w:r w:rsidRPr="00B10150">
        <w:rPr>
          <w:rFonts w:ascii="Times New Roman" w:hAnsi="Times New Roman" w:cs="Times New Roman"/>
          <w:i/>
          <w:color w:val="auto"/>
          <w:sz w:val="16"/>
        </w:rPr>
        <w:t>.</w:t>
      </w:r>
    </w:p>
    <w:tbl>
      <w:tblPr>
        <w:tblW w:w="10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2032"/>
        <w:gridCol w:w="661"/>
        <w:gridCol w:w="851"/>
        <w:gridCol w:w="708"/>
        <w:gridCol w:w="2977"/>
        <w:gridCol w:w="851"/>
        <w:gridCol w:w="992"/>
        <w:gridCol w:w="850"/>
        <w:gridCol w:w="60"/>
      </w:tblGrid>
      <w:tr w:rsidR="006F1384" w:rsidRPr="00B10150" w14:paraId="68F580BD" w14:textId="77777777" w:rsidTr="00E6684D">
        <w:trPr>
          <w:cantSplit/>
          <w:tblHeader/>
          <w:jc w:val="center"/>
        </w:trPr>
        <w:tc>
          <w:tcPr>
            <w:tcW w:w="4342" w:type="dxa"/>
            <w:gridSpan w:val="4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D3684D5" w14:textId="77777777" w:rsidR="006F1384" w:rsidRPr="00B10150" w:rsidRDefault="000000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</w:rPr>
              <w:t>KARŞI KURUMDA BAŞARILI OLUNAN DERSLER</w:t>
            </w:r>
          </w:p>
        </w:tc>
        <w:tc>
          <w:tcPr>
            <w:tcW w:w="6438" w:type="dxa"/>
            <w:gridSpan w:val="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F92ACA1" w14:textId="77777777" w:rsidR="006F1384" w:rsidRPr="00B10150" w:rsidRDefault="00E6684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</w:rPr>
              <w:t>ANKARA BİLİM ÜNİVERSİTESİNDE YERİNE SAYILACAK DERSLER</w:t>
            </w:r>
          </w:p>
        </w:tc>
      </w:tr>
      <w:tr w:rsidR="00E6684D" w:rsidRPr="00B10150" w14:paraId="471B7C18" w14:textId="77777777" w:rsidTr="00197F34">
        <w:trPr>
          <w:gridAfter w:val="1"/>
          <w:wAfter w:w="60" w:type="dxa"/>
          <w:cantSplit/>
          <w:tblHeader/>
          <w:jc w:val="center"/>
        </w:trPr>
        <w:tc>
          <w:tcPr>
            <w:tcW w:w="79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D58D45D" w14:textId="77777777" w:rsidR="00E6684D" w:rsidRPr="00B10150" w:rsidRDefault="00E6684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Ders</w:t>
            </w: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br/>
              <w:t>Kodu</w:t>
            </w:r>
          </w:p>
        </w:tc>
        <w:tc>
          <w:tcPr>
            <w:tcW w:w="203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3D7B75F" w14:textId="77777777" w:rsidR="00E6684D" w:rsidRPr="00B10150" w:rsidRDefault="00E6684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Dersin</w:t>
            </w:r>
            <w:proofErr w:type="spellEnd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Adı</w:t>
            </w:r>
            <w:proofErr w:type="spellEnd"/>
          </w:p>
        </w:tc>
        <w:tc>
          <w:tcPr>
            <w:tcW w:w="66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5A28B35" w14:textId="77777777" w:rsidR="00E6684D" w:rsidRPr="00B10150" w:rsidRDefault="00E6684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AKTS </w:t>
            </w: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br/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Kredisi</w:t>
            </w:r>
            <w:proofErr w:type="spellEnd"/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7C345FA" w14:textId="77777777" w:rsidR="00E6684D" w:rsidRPr="00B10150" w:rsidRDefault="00E6684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Karşı</w:t>
            </w:r>
            <w:proofErr w:type="spellEnd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Kurum</w:t>
            </w:r>
            <w:proofErr w:type="spellEnd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br/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Başarı</w:t>
            </w:r>
            <w:proofErr w:type="spellEnd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Notu</w:t>
            </w:r>
            <w:proofErr w:type="spellEnd"/>
          </w:p>
        </w:tc>
        <w:tc>
          <w:tcPr>
            <w:tcW w:w="70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9603380" w14:textId="77777777" w:rsidR="00E6684D" w:rsidRPr="00B10150" w:rsidRDefault="00E6684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Ders</w:t>
            </w: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br/>
              <w:t>Kodu</w:t>
            </w:r>
          </w:p>
        </w:tc>
        <w:tc>
          <w:tcPr>
            <w:tcW w:w="297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AA4B1BC" w14:textId="77777777" w:rsidR="00E6684D" w:rsidRPr="00B10150" w:rsidRDefault="00E6684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Dersin</w:t>
            </w:r>
            <w:proofErr w:type="spellEnd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Adı</w:t>
            </w:r>
            <w:proofErr w:type="spellEnd"/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B4332EC" w14:textId="77777777" w:rsidR="00E6684D" w:rsidRPr="00B10150" w:rsidRDefault="00E6684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AKTS </w:t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Kredisi</w:t>
            </w:r>
            <w:proofErr w:type="spellEnd"/>
          </w:p>
        </w:tc>
        <w:tc>
          <w:tcPr>
            <w:tcW w:w="99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C052F00" w14:textId="77777777" w:rsidR="00E6684D" w:rsidRPr="00B10150" w:rsidRDefault="00E6684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ABÜ</w:t>
            </w: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br/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Karşılık</w:t>
            </w:r>
            <w:proofErr w:type="spellEnd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Notu</w:t>
            </w:r>
            <w:proofErr w:type="spellEnd"/>
          </w:p>
        </w:tc>
        <w:tc>
          <w:tcPr>
            <w:tcW w:w="85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55C4BCF" w14:textId="77777777" w:rsidR="002D5BF8" w:rsidRDefault="00E6684D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Sayılacağı</w:t>
            </w:r>
            <w:proofErr w:type="spellEnd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br/>
              <w:t>Dönem</w:t>
            </w:r>
            <w:r w:rsidR="002D5B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  <w:p w14:paraId="5DE8CD5E" w14:textId="2CFBDD0F" w:rsidR="00E6684D" w:rsidRPr="00B10150" w:rsidRDefault="002D5BF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Rakam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ile)</w:t>
            </w:r>
          </w:p>
        </w:tc>
      </w:tr>
      <w:tr w:rsidR="00E6684D" w:rsidRPr="00B10150" w14:paraId="48ECE9EA" w14:textId="77777777" w:rsidTr="00197F34">
        <w:trPr>
          <w:gridAfter w:val="1"/>
          <w:wAfter w:w="60" w:type="dxa"/>
          <w:cantSplit/>
          <w:trHeight w:val="408"/>
          <w:jc w:val="center"/>
        </w:trPr>
        <w:tc>
          <w:tcPr>
            <w:tcW w:w="79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474829C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3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4C33EA4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146D43F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5495758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A89860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3EA4057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CB31C8C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5B29FC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A667D96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84D" w:rsidRPr="00B10150" w14:paraId="0EFC194F" w14:textId="77777777" w:rsidTr="00197F34">
        <w:trPr>
          <w:gridAfter w:val="1"/>
          <w:wAfter w:w="60" w:type="dxa"/>
          <w:cantSplit/>
          <w:trHeight w:val="408"/>
          <w:jc w:val="center"/>
        </w:trPr>
        <w:tc>
          <w:tcPr>
            <w:tcW w:w="79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3D68AC0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3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895D24D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6B192B0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555450D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346D8C4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FF6B742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6E159F0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E44026F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21E49A4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84D" w:rsidRPr="00B10150" w14:paraId="6C8DAEB5" w14:textId="77777777" w:rsidTr="00197F34">
        <w:trPr>
          <w:gridAfter w:val="1"/>
          <w:wAfter w:w="60" w:type="dxa"/>
          <w:cantSplit/>
          <w:trHeight w:val="408"/>
          <w:jc w:val="center"/>
        </w:trPr>
        <w:tc>
          <w:tcPr>
            <w:tcW w:w="79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63A192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3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13A4EE2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4F0FCDB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2145B6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37C1D06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B725B14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D1CD752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67D4273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E6B1190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84D" w:rsidRPr="00B10150" w14:paraId="5CDC973B" w14:textId="77777777" w:rsidTr="00197F34">
        <w:trPr>
          <w:gridAfter w:val="1"/>
          <w:wAfter w:w="60" w:type="dxa"/>
          <w:cantSplit/>
          <w:trHeight w:val="408"/>
          <w:jc w:val="center"/>
        </w:trPr>
        <w:tc>
          <w:tcPr>
            <w:tcW w:w="79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743717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3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F721F09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81D6028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FEA7BD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75C2E6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5C29EBE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6508072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95C4957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47663B9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84D" w:rsidRPr="00B10150" w14:paraId="4BDACF0B" w14:textId="77777777" w:rsidTr="00197F34">
        <w:trPr>
          <w:gridAfter w:val="1"/>
          <w:wAfter w:w="60" w:type="dxa"/>
          <w:cantSplit/>
          <w:trHeight w:val="408"/>
          <w:jc w:val="center"/>
        </w:trPr>
        <w:tc>
          <w:tcPr>
            <w:tcW w:w="79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5A2A946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3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C44990E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EB07186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1FFE771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15E91A5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4065E9A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36816EF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449243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0ABDA19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84D" w:rsidRPr="00B10150" w14:paraId="4ACA6036" w14:textId="77777777" w:rsidTr="00197F34">
        <w:trPr>
          <w:gridAfter w:val="1"/>
          <w:wAfter w:w="60" w:type="dxa"/>
          <w:cantSplit/>
          <w:trHeight w:val="272"/>
          <w:jc w:val="center"/>
        </w:trPr>
        <w:tc>
          <w:tcPr>
            <w:tcW w:w="79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445AA4C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3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FA2DC29" w14:textId="77777777" w:rsidR="00E6684D" w:rsidRPr="00B10150" w:rsidRDefault="00E6684D">
            <w:pPr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TOPLAM AKTS</w:t>
            </w:r>
          </w:p>
        </w:tc>
        <w:tc>
          <w:tcPr>
            <w:tcW w:w="66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5E4CD5D" w14:textId="77777777" w:rsidR="00E6684D" w:rsidRPr="00B10150" w:rsidRDefault="00E6684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5A732A9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A4F8158" w14:textId="77777777" w:rsidR="00E6684D" w:rsidRPr="00B10150" w:rsidRDefault="00E6684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721E1DD" w14:textId="77777777" w:rsidR="00E6684D" w:rsidRPr="00B10150" w:rsidRDefault="00E6684D">
            <w:pPr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TOPLAM AKTS</w:t>
            </w:r>
          </w:p>
        </w:tc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E2AD67" w14:textId="77777777" w:rsidR="00E6684D" w:rsidRPr="00B10150" w:rsidRDefault="00E6684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8234B9F" w14:textId="77777777" w:rsidR="00E6684D" w:rsidRPr="00B10150" w:rsidRDefault="00E6684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18C856" w14:textId="77777777" w:rsidR="00E6684D" w:rsidRPr="00B10150" w:rsidRDefault="00E6684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4F288878" w14:textId="7AC64F15" w:rsidR="006F1384" w:rsidRPr="00B10150" w:rsidRDefault="006F1384">
      <w:pPr>
        <w:keepNext/>
        <w:spacing w:before="60" w:after="40"/>
        <w:rPr>
          <w:rFonts w:ascii="Times New Roman" w:hAnsi="Times New Roman" w:cs="Times New Roman"/>
          <w:color w:val="auto"/>
          <w:szCs w:val="18"/>
        </w:rPr>
      </w:pPr>
    </w:p>
    <w:tbl>
      <w:tblPr>
        <w:tblW w:w="10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3"/>
        <w:gridCol w:w="709"/>
        <w:gridCol w:w="708"/>
        <w:gridCol w:w="709"/>
        <w:gridCol w:w="3119"/>
        <w:gridCol w:w="1134"/>
        <w:gridCol w:w="1150"/>
      </w:tblGrid>
      <w:tr w:rsidR="00E67A93" w:rsidRPr="00B10150" w14:paraId="11902BF4" w14:textId="77777777" w:rsidTr="00DA109A">
        <w:trPr>
          <w:cantSplit/>
          <w:tblHeader/>
          <w:jc w:val="center"/>
        </w:trPr>
        <w:tc>
          <w:tcPr>
            <w:tcW w:w="4531" w:type="dxa"/>
            <w:gridSpan w:val="4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F533BF" w14:textId="77777777" w:rsidR="00E67A93" w:rsidRPr="00E67A93" w:rsidRDefault="00E67A93" w:rsidP="00E67A93">
            <w:pP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  <w:p w14:paraId="2540ED35" w14:textId="4ECF1E32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E67A93">
              <w:rPr>
                <w:rFonts w:ascii="Times New Roman" w:hAnsi="Times New Roman" w:cs="Times New Roman"/>
                <w:b/>
                <w:color w:val="auto"/>
                <w:sz w:val="16"/>
              </w:rPr>
              <w:t>KARŞI KURUMDA ALINAN BAŞARISIZ DERSLER</w:t>
            </w:r>
          </w:p>
        </w:tc>
        <w:tc>
          <w:tcPr>
            <w:tcW w:w="6112" w:type="dxa"/>
            <w:gridSpan w:val="4"/>
            <w:vAlign w:val="center"/>
          </w:tcPr>
          <w:p w14:paraId="26D31200" w14:textId="77777777" w:rsidR="00E67A93" w:rsidRDefault="00E67A93" w:rsidP="00E67A93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</w:rPr>
            </w:pPr>
          </w:p>
          <w:p w14:paraId="6A6DCE4C" w14:textId="7C7B720B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</w:rPr>
              <w:t xml:space="preserve">ANKARA BİLİM ÜNİVERSİTESİNDE </w:t>
            </w:r>
            <w:r w:rsidRPr="00E67A9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BAŞARISIZ 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OLUNAN </w:t>
            </w:r>
            <w:r w:rsidRPr="00B10150">
              <w:rPr>
                <w:rFonts w:ascii="Times New Roman" w:hAnsi="Times New Roman" w:cs="Times New Roman"/>
                <w:b/>
                <w:color w:val="auto"/>
                <w:sz w:val="16"/>
              </w:rPr>
              <w:t>DERSLER</w:t>
            </w:r>
          </w:p>
        </w:tc>
      </w:tr>
      <w:tr w:rsidR="00E67A93" w:rsidRPr="00B10150" w14:paraId="4A410B20" w14:textId="67F46321" w:rsidTr="00E67A93">
        <w:trPr>
          <w:cantSplit/>
          <w:tblHeader/>
          <w:jc w:val="center"/>
        </w:trPr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1083FD4" w14:textId="77777777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Dersin</w:t>
            </w:r>
            <w:proofErr w:type="spellEnd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Kodu</w:t>
            </w:r>
          </w:p>
        </w:tc>
        <w:tc>
          <w:tcPr>
            <w:tcW w:w="2263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48598DC" w14:textId="77777777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Dersin</w:t>
            </w:r>
            <w:proofErr w:type="spellEnd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Adı</w:t>
            </w:r>
            <w:proofErr w:type="spellEnd"/>
          </w:p>
        </w:tc>
        <w:tc>
          <w:tcPr>
            <w:tcW w:w="70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445F887" w14:textId="77777777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AKTS  </w:t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Kredisi</w:t>
            </w:r>
            <w:proofErr w:type="spellEnd"/>
          </w:p>
        </w:tc>
        <w:tc>
          <w:tcPr>
            <w:tcW w:w="70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B5C2D41" w14:textId="77777777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Karşı</w:t>
            </w:r>
            <w:proofErr w:type="spellEnd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Kurum</w:t>
            </w:r>
            <w:proofErr w:type="spellEnd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Notu</w:t>
            </w:r>
            <w:proofErr w:type="spellEnd"/>
          </w:p>
        </w:tc>
        <w:tc>
          <w:tcPr>
            <w:tcW w:w="709" w:type="dxa"/>
            <w:vAlign w:val="center"/>
          </w:tcPr>
          <w:p w14:paraId="3850F86E" w14:textId="647A97DD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Ders</w:t>
            </w: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br/>
              <w:t>Kodu</w:t>
            </w:r>
          </w:p>
        </w:tc>
        <w:tc>
          <w:tcPr>
            <w:tcW w:w="3119" w:type="dxa"/>
            <w:vAlign w:val="center"/>
          </w:tcPr>
          <w:p w14:paraId="2C26AF79" w14:textId="4E20F464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Dersin</w:t>
            </w:r>
            <w:proofErr w:type="spellEnd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Adı</w:t>
            </w:r>
            <w:proofErr w:type="spellEnd"/>
          </w:p>
        </w:tc>
        <w:tc>
          <w:tcPr>
            <w:tcW w:w="1134" w:type="dxa"/>
            <w:vAlign w:val="center"/>
          </w:tcPr>
          <w:p w14:paraId="51723844" w14:textId="614C8AE0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AKTS </w:t>
            </w:r>
            <w:proofErr w:type="spellStart"/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Kredisi</w:t>
            </w:r>
            <w:proofErr w:type="spellEnd"/>
          </w:p>
        </w:tc>
        <w:tc>
          <w:tcPr>
            <w:tcW w:w="1150" w:type="dxa"/>
            <w:vAlign w:val="center"/>
          </w:tcPr>
          <w:p w14:paraId="258BDBC8" w14:textId="50789874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ABÜ</w:t>
            </w: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br/>
              <w:t>Karşılık Notu</w:t>
            </w:r>
          </w:p>
        </w:tc>
      </w:tr>
      <w:tr w:rsidR="00E67A93" w:rsidRPr="00B10150" w14:paraId="63BDA275" w14:textId="017B45A0" w:rsidTr="00E67A93">
        <w:trPr>
          <w:cantSplit/>
          <w:trHeight w:val="351"/>
          <w:jc w:val="center"/>
        </w:trPr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54B5D9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3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8D11CE7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94E7FF1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38F18F7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</w:tcPr>
          <w:p w14:paraId="57B730A6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5597E3F1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6B9DA4B1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50" w:type="dxa"/>
          </w:tcPr>
          <w:p w14:paraId="712AC6EA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7A93" w:rsidRPr="00B10150" w14:paraId="3BEE02F8" w14:textId="111DFD44" w:rsidTr="00E67A93">
        <w:trPr>
          <w:cantSplit/>
          <w:trHeight w:val="351"/>
          <w:jc w:val="center"/>
        </w:trPr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D0E3D77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3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658EBB4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571A67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49CBC3A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</w:tcPr>
          <w:p w14:paraId="0242559B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7473437B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11C6C95F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50" w:type="dxa"/>
          </w:tcPr>
          <w:p w14:paraId="4689DB44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7A93" w:rsidRPr="00B10150" w14:paraId="0F3F8B12" w14:textId="31AD9712" w:rsidTr="00E67A93">
        <w:trPr>
          <w:cantSplit/>
          <w:trHeight w:val="351"/>
          <w:jc w:val="center"/>
        </w:trPr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4F4AE59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3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9D16666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1521744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5537F18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</w:tcPr>
          <w:p w14:paraId="73648769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215AC471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2321F1BF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50" w:type="dxa"/>
          </w:tcPr>
          <w:p w14:paraId="6B895F6F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7A93" w:rsidRPr="00B10150" w14:paraId="0B53D791" w14:textId="101F139F" w:rsidTr="00E67A93">
        <w:trPr>
          <w:cantSplit/>
          <w:jc w:val="center"/>
        </w:trPr>
        <w:tc>
          <w:tcPr>
            <w:tcW w:w="85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3C6F2BB" w14:textId="77777777" w:rsidR="00E67A93" w:rsidRPr="00B10150" w:rsidRDefault="00E67A93" w:rsidP="00E67A9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3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25AA475" w14:textId="77777777" w:rsidR="00E67A93" w:rsidRPr="00B10150" w:rsidRDefault="00E67A93" w:rsidP="00E67A93">
            <w:pPr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TOPLAM AKTS</w:t>
            </w:r>
          </w:p>
        </w:tc>
        <w:tc>
          <w:tcPr>
            <w:tcW w:w="70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A640301" w14:textId="77777777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9D429C8" w14:textId="77777777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</w:tcPr>
          <w:p w14:paraId="41B28299" w14:textId="77777777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4C7B0D19" w14:textId="096B40B8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                            </w:t>
            </w:r>
            <w:r w:rsidRPr="00B1015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TOPLAM AKTS</w:t>
            </w:r>
          </w:p>
        </w:tc>
        <w:tc>
          <w:tcPr>
            <w:tcW w:w="1134" w:type="dxa"/>
          </w:tcPr>
          <w:p w14:paraId="11C7323E" w14:textId="77777777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50" w:type="dxa"/>
          </w:tcPr>
          <w:p w14:paraId="13407CA0" w14:textId="77777777" w:rsidR="00E67A93" w:rsidRPr="00B10150" w:rsidRDefault="00E67A93" w:rsidP="00E67A9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A819D75" w14:textId="77777777" w:rsidR="00E6684D" w:rsidRPr="00B10150" w:rsidRDefault="00E6684D">
      <w:pPr>
        <w:keepNext/>
        <w:spacing w:before="60" w:after="40"/>
        <w:rPr>
          <w:rFonts w:ascii="Times New Roman" w:hAnsi="Times New Roman" w:cs="Times New Roman"/>
          <w:b/>
          <w:color w:val="auto"/>
          <w:sz w:val="16"/>
        </w:rPr>
      </w:pPr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Karşı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kurum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transkriptinde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yer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alan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tüm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dersler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bu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forma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işlenmiş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ve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yukarıdaki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akademik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tanınma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işlemi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uygun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 xml:space="preserve"> </w:t>
      </w:r>
      <w:proofErr w:type="spellStart"/>
      <w:r w:rsidRPr="00B10150">
        <w:rPr>
          <w:rFonts w:ascii="Times New Roman" w:hAnsi="Times New Roman" w:cs="Times New Roman"/>
          <w:b/>
          <w:color w:val="auto"/>
          <w:sz w:val="16"/>
        </w:rPr>
        <w:t>bulunmuştur</w:t>
      </w:r>
      <w:proofErr w:type="spellEnd"/>
      <w:r w:rsidRPr="00B10150">
        <w:rPr>
          <w:rFonts w:ascii="Times New Roman" w:hAnsi="Times New Roman" w:cs="Times New Roman"/>
          <w:b/>
          <w:color w:val="auto"/>
          <w:sz w:val="16"/>
        </w:rPr>
        <w:t>.</w:t>
      </w:r>
    </w:p>
    <w:tbl>
      <w:tblPr>
        <w:tblW w:w="10780" w:type="dxa"/>
        <w:jc w:val="center"/>
        <w:tblLayout w:type="fixed"/>
        <w:tblLook w:val="04A0" w:firstRow="1" w:lastRow="0" w:firstColumn="1" w:lastColumn="0" w:noHBand="0" w:noVBand="1"/>
      </w:tblPr>
      <w:tblGrid>
        <w:gridCol w:w="3593"/>
        <w:gridCol w:w="3594"/>
        <w:gridCol w:w="3593"/>
      </w:tblGrid>
      <w:tr w:rsidR="00255CAC" w:rsidRPr="00B10150" w14:paraId="56E7F589" w14:textId="77777777">
        <w:trPr>
          <w:trHeight w:val="840"/>
          <w:jc w:val="center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5" w:type="dxa"/>
              <w:left w:w="80" w:type="dxa"/>
              <w:bottom w:w="55" w:type="dxa"/>
              <w:right w:w="80" w:type="dxa"/>
            </w:tcMar>
          </w:tcPr>
          <w:p w14:paraId="49826BCB" w14:textId="77777777" w:rsidR="00255CAC" w:rsidRPr="00B10150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ÖĞRENCİ</w:t>
            </w:r>
            <w:r w:rsidRPr="00B10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Ad Soyad / İmza / Tarih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5" w:type="dxa"/>
              <w:left w:w="80" w:type="dxa"/>
              <w:bottom w:w="55" w:type="dxa"/>
              <w:right w:w="80" w:type="dxa"/>
            </w:tcMar>
          </w:tcPr>
          <w:p w14:paraId="6FE1A88A" w14:textId="77777777" w:rsidR="00255CAC" w:rsidRDefault="0000000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FAKÜLTE / BÖLÜM ERASMUS+ KOORDİNATÖRÜ</w:t>
            </w:r>
            <w:r w:rsidRPr="00B10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Ad </w:t>
            </w:r>
            <w:proofErr w:type="spellStart"/>
            <w:r w:rsidRPr="00B10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Soyad</w:t>
            </w:r>
            <w:proofErr w:type="spellEnd"/>
            <w:r w:rsidRPr="00B10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/ </w:t>
            </w:r>
            <w:proofErr w:type="spellStart"/>
            <w:r w:rsidRPr="00B10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İmza</w:t>
            </w:r>
            <w:proofErr w:type="spellEnd"/>
            <w:r w:rsidRPr="00B10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/ Tarih</w:t>
            </w:r>
          </w:p>
          <w:p w14:paraId="3E78DD56" w14:textId="77777777" w:rsidR="00B10150" w:rsidRDefault="00B101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B6E1FDE" w14:textId="77777777" w:rsidR="00B10150" w:rsidRPr="00B10150" w:rsidRDefault="00B101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5" w:type="dxa"/>
              <w:left w:w="80" w:type="dxa"/>
              <w:bottom w:w="55" w:type="dxa"/>
              <w:right w:w="80" w:type="dxa"/>
            </w:tcMar>
          </w:tcPr>
          <w:p w14:paraId="3AC94850" w14:textId="77777777" w:rsidR="00255CAC" w:rsidRPr="00B10150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BÖLÜM / PROGRAM BAŞKANI</w:t>
            </w:r>
            <w:r w:rsidRPr="00B10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Ad Soyad / İmza / Tarih</w:t>
            </w:r>
          </w:p>
        </w:tc>
      </w:tr>
      <w:tr w:rsidR="00255CAC" w:rsidRPr="00B10150" w14:paraId="17FB84C5" w14:textId="77777777">
        <w:trPr>
          <w:trHeight w:val="520"/>
          <w:jc w:val="center"/>
        </w:trPr>
        <w:tc>
          <w:tcPr>
            <w:tcW w:w="10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5" w:type="dxa"/>
              <w:left w:w="80" w:type="dxa"/>
              <w:bottom w:w="55" w:type="dxa"/>
              <w:right w:w="80" w:type="dxa"/>
            </w:tcMar>
          </w:tcPr>
          <w:p w14:paraId="1BC365C2" w14:textId="77777777" w:rsidR="00255CAC" w:rsidRPr="00B10150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015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NOT: </w:t>
            </w:r>
            <w:r w:rsidRPr="00B10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Bölüm Erasmus+ koordinatörünün bulunmadığı durumlarda form, ilgili fakültenin Erasmus+ koordinatörü tarafından imzalanır.</w:t>
            </w:r>
          </w:p>
          <w:p w14:paraId="322386EA" w14:textId="77777777" w:rsidR="00255CAC" w:rsidRPr="00B10150" w:rsidRDefault="00000000">
            <w:pPr>
              <w:spacing w:before="20"/>
              <w:rPr>
                <w:rFonts w:ascii="Times New Roman" w:hAnsi="Times New Roman" w:cs="Times New Roman"/>
              </w:rPr>
            </w:pPr>
            <w:r w:rsidRPr="00B101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Varsa açıklama: ........................................................................................................................</w:t>
            </w:r>
          </w:p>
        </w:tc>
      </w:tr>
    </w:tbl>
    <w:p w14:paraId="6F2A54F2" w14:textId="77777777" w:rsidR="00B10150" w:rsidRDefault="00B10150">
      <w:pPr>
        <w:spacing w:before="60" w:after="20"/>
        <w:rPr>
          <w:rFonts w:ascii="Times New Roman" w:eastAsia="Times New Roman" w:hAnsi="Times New Roman" w:cs="Times New Roman"/>
          <w:i/>
          <w:sz w:val="16"/>
        </w:rPr>
      </w:pPr>
    </w:p>
    <w:p w14:paraId="2721312A" w14:textId="3DCFFD04" w:rsidR="00255CAC" w:rsidRPr="00B10150" w:rsidRDefault="00000000">
      <w:pPr>
        <w:spacing w:before="60" w:after="20"/>
        <w:rPr>
          <w:rFonts w:ascii="Times New Roman" w:hAnsi="Times New Roman" w:cs="Times New Roman"/>
        </w:rPr>
      </w:pPr>
      <w:r w:rsidRPr="00B10150">
        <w:rPr>
          <w:rFonts w:ascii="Times New Roman" w:eastAsia="Times New Roman" w:hAnsi="Times New Roman" w:cs="Times New Roman"/>
          <w:i/>
          <w:sz w:val="16"/>
        </w:rPr>
        <w:t xml:space="preserve">Bu form </w:t>
      </w:r>
      <w:proofErr w:type="spellStart"/>
      <w:r w:rsidRPr="00B10150">
        <w:rPr>
          <w:rFonts w:ascii="Times New Roman" w:eastAsia="Times New Roman" w:hAnsi="Times New Roman" w:cs="Times New Roman"/>
          <w:i/>
          <w:sz w:val="16"/>
        </w:rPr>
        <w:t>iki</w:t>
      </w:r>
      <w:proofErr w:type="spellEnd"/>
      <w:r w:rsidRPr="00B10150">
        <w:rPr>
          <w:rFonts w:ascii="Times New Roman" w:eastAsia="Times New Roman" w:hAnsi="Times New Roman" w:cs="Times New Roman"/>
          <w:i/>
          <w:sz w:val="16"/>
        </w:rPr>
        <w:t xml:space="preserve"> </w:t>
      </w:r>
      <w:proofErr w:type="spellStart"/>
      <w:r w:rsidRPr="00B10150">
        <w:rPr>
          <w:rFonts w:ascii="Times New Roman" w:eastAsia="Times New Roman" w:hAnsi="Times New Roman" w:cs="Times New Roman"/>
          <w:i/>
          <w:sz w:val="16"/>
        </w:rPr>
        <w:t>asıl</w:t>
      </w:r>
      <w:proofErr w:type="spellEnd"/>
      <w:r w:rsidRPr="00B10150">
        <w:rPr>
          <w:rFonts w:ascii="Times New Roman" w:eastAsia="Times New Roman" w:hAnsi="Times New Roman" w:cs="Times New Roman"/>
          <w:i/>
          <w:sz w:val="16"/>
        </w:rPr>
        <w:t xml:space="preserve"> </w:t>
      </w:r>
      <w:proofErr w:type="spellStart"/>
      <w:r w:rsidRPr="00B10150">
        <w:rPr>
          <w:rFonts w:ascii="Times New Roman" w:eastAsia="Times New Roman" w:hAnsi="Times New Roman" w:cs="Times New Roman"/>
          <w:i/>
          <w:sz w:val="16"/>
        </w:rPr>
        <w:t>nüsha</w:t>
      </w:r>
      <w:proofErr w:type="spellEnd"/>
      <w:r w:rsidRPr="00B10150">
        <w:rPr>
          <w:rFonts w:ascii="Times New Roman" w:eastAsia="Times New Roman" w:hAnsi="Times New Roman" w:cs="Times New Roman"/>
          <w:i/>
          <w:sz w:val="16"/>
        </w:rPr>
        <w:t xml:space="preserve"> </w:t>
      </w:r>
      <w:proofErr w:type="spellStart"/>
      <w:r w:rsidRPr="00B10150">
        <w:rPr>
          <w:rFonts w:ascii="Times New Roman" w:eastAsia="Times New Roman" w:hAnsi="Times New Roman" w:cs="Times New Roman"/>
          <w:i/>
          <w:sz w:val="16"/>
        </w:rPr>
        <w:t>olarak</w:t>
      </w:r>
      <w:proofErr w:type="spellEnd"/>
      <w:r w:rsidRPr="00B10150">
        <w:rPr>
          <w:rFonts w:ascii="Times New Roman" w:eastAsia="Times New Roman" w:hAnsi="Times New Roman" w:cs="Times New Roman"/>
          <w:i/>
          <w:sz w:val="16"/>
        </w:rPr>
        <w:t xml:space="preserve"> düzenlenmiştir. Bir nüshası Erasmus Koordinatörlüğünde, diğer nüshası ilgili Fakülte/Bölüm/Program Sekreterliğinde muhafaza edilir.</w:t>
      </w:r>
    </w:p>
    <w:tbl>
      <w:tblPr>
        <w:tblStyle w:val="TabloKlavuzu"/>
        <w:tblW w:w="10886" w:type="dxa"/>
        <w:tblLayout w:type="fixed"/>
        <w:tblLook w:val="04A0" w:firstRow="1" w:lastRow="0" w:firstColumn="1" w:lastColumn="0" w:noHBand="0" w:noVBand="1"/>
      </w:tblPr>
      <w:tblGrid>
        <w:gridCol w:w="2177"/>
        <w:gridCol w:w="6531"/>
        <w:gridCol w:w="2178"/>
      </w:tblGrid>
      <w:tr w:rsidR="00255CAC" w:rsidRPr="00B10150" w14:paraId="1077C980" w14:textId="77777777">
        <w:tc>
          <w:tcPr>
            <w:tcW w:w="2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67E98E" w14:textId="77777777" w:rsidR="00255CAC" w:rsidRPr="00B10150" w:rsidRDefault="00000000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B10150">
              <w:rPr>
                <w:rFonts w:ascii="Times New Roman" w:eastAsia="Times New Roman" w:hAnsi="Times New Roman" w:cs="Times New Roman"/>
                <w:b/>
                <w:szCs w:val="18"/>
              </w:rPr>
              <w:t>ERASMUS KOORDİNATÖRLÜĞÜ TESLİM KAYDI</w:t>
            </w:r>
          </w:p>
        </w:tc>
      </w:tr>
      <w:tr w:rsidR="00255CAC" w:rsidRPr="00B10150" w14:paraId="0ED5A6D1" w14:textId="77777777">
        <w:trPr>
          <w:trHeight w:val="300"/>
        </w:trPr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79EFF7" w14:textId="77777777" w:rsidR="00255CAC" w:rsidRPr="00B10150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015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Teslim Tarihi</w:t>
            </w:r>
            <w:r w:rsidRPr="00B1015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F7C6FA" w14:textId="77777777" w:rsidR="00255CAC" w:rsidRPr="00B10150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015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Teslim Alanın Adı Soyadı / Unvanı</w:t>
            </w:r>
            <w:r w:rsidRPr="00B1015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A991C0A" w14:textId="77777777" w:rsidR="00255CAC" w:rsidRPr="00B10150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015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İmza</w:t>
            </w:r>
            <w:r w:rsidRPr="00B1015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</w:tc>
      </w:tr>
    </w:tbl>
    <w:p w14:paraId="356D6B14" w14:textId="77777777" w:rsidR="00B01536" w:rsidRPr="00B10150" w:rsidRDefault="00B01536">
      <w:pPr>
        <w:rPr>
          <w:rFonts w:ascii="Times New Roman" w:hAnsi="Times New Roman" w:cs="Times New Roman"/>
        </w:rPr>
      </w:pPr>
    </w:p>
    <w:sectPr w:rsidR="00B01536" w:rsidRPr="00B10150" w:rsidSect="00E6684D">
      <w:headerReference w:type="default" r:id="rId8"/>
      <w:footerReference w:type="default" r:id="rId9"/>
      <w:pgSz w:w="11906" w:h="16838"/>
      <w:pgMar w:top="425" w:right="510" w:bottom="425" w:left="510" w:header="142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BD8A5" w14:textId="77777777" w:rsidR="00FF6CAE" w:rsidRDefault="00FF6CAE">
      <w:r>
        <w:separator/>
      </w:r>
    </w:p>
  </w:endnote>
  <w:endnote w:type="continuationSeparator" w:id="0">
    <w:p w14:paraId="1163B4A4" w14:textId="77777777" w:rsidR="00FF6CAE" w:rsidRDefault="00FF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B11C2" w14:textId="77777777" w:rsidR="006D5E73" w:rsidRPr="006D5E73" w:rsidRDefault="006D5E73" w:rsidP="006D5E73">
    <w:pPr>
      <w:pStyle w:val="AltBilgi"/>
      <w:jc w:val="center"/>
      <w:rPr>
        <w:rFonts w:ascii="Times New Roman" w:hAnsi="Times New Roman" w:cs="Times New Roman"/>
        <w:color w:val="auto"/>
      </w:rPr>
    </w:pPr>
    <w:r w:rsidRPr="006D5E73">
      <w:rPr>
        <w:rFonts w:ascii="Times New Roman" w:hAnsi="Times New Roman" w:cs="Times New Roman"/>
        <w:color w:val="auto"/>
      </w:rPr>
      <w:t xml:space="preserve">Şehit Gönenç Caddesi Maltepe Mah.No:5 Çankaya Ankara  </w:t>
    </w:r>
  </w:p>
  <w:p w14:paraId="2414F234" w14:textId="77777777" w:rsidR="006D5E73" w:rsidRPr="006D5E73" w:rsidRDefault="006D5E73" w:rsidP="006D5E73">
    <w:pPr>
      <w:pStyle w:val="AltBilgi"/>
      <w:jc w:val="center"/>
      <w:rPr>
        <w:color w:val="auto"/>
      </w:rPr>
    </w:pPr>
    <w:r w:rsidRPr="006D5E73">
      <w:rPr>
        <w:rFonts w:ascii="Times New Roman" w:hAnsi="Times New Roman" w:cs="Times New Roman"/>
        <w:color w:val="auto"/>
      </w:rPr>
      <w:t xml:space="preserve"> </w:t>
    </w:r>
    <w:proofErr w:type="spellStart"/>
    <w:r w:rsidRPr="006D5E73">
      <w:rPr>
        <w:rFonts w:ascii="Times New Roman" w:hAnsi="Times New Roman" w:cs="Times New Roman"/>
        <w:color w:val="auto"/>
      </w:rPr>
      <w:t>İletişim</w:t>
    </w:r>
    <w:proofErr w:type="spellEnd"/>
    <w:r w:rsidRPr="006D5E73">
      <w:rPr>
        <w:rFonts w:ascii="Times New Roman" w:hAnsi="Times New Roman" w:cs="Times New Roman"/>
        <w:color w:val="auto"/>
      </w:rPr>
      <w:t xml:space="preserve"> :444 22 28 </w:t>
    </w:r>
    <w:hyperlink r:id="rId1" w:history="1">
      <w:r w:rsidRPr="006D5E73">
        <w:rPr>
          <w:rStyle w:val="Kpr"/>
          <w:rFonts w:ascii="Times New Roman" w:hAnsi="Times New Roman" w:cs="Times New Roman"/>
          <w:color w:val="auto"/>
        </w:rPr>
        <w:t>www.ankarabilim.edu.tr</w:t>
      </w:r>
    </w:hyperlink>
  </w:p>
  <w:p w14:paraId="529C8D9B" w14:textId="77777777" w:rsidR="006F1384" w:rsidRPr="006D5E73" w:rsidRDefault="006F1384" w:rsidP="006D5E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BB588" w14:textId="77777777" w:rsidR="00FF6CAE" w:rsidRDefault="00FF6CAE">
      <w:r>
        <w:separator/>
      </w:r>
    </w:p>
  </w:footnote>
  <w:footnote w:type="continuationSeparator" w:id="0">
    <w:p w14:paraId="52AD7C99" w14:textId="77777777" w:rsidR="00FF6CAE" w:rsidRDefault="00FF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65EE" w14:textId="77777777" w:rsidR="00E6684D" w:rsidRDefault="00E6684D">
    <w:pPr>
      <w:pStyle w:val="stBilgi"/>
    </w:pPr>
  </w:p>
  <w:p w14:paraId="247436A7" w14:textId="77777777" w:rsidR="00E6684D" w:rsidRDefault="00E6684D">
    <w:pPr>
      <w:pStyle w:val="stBilgi"/>
    </w:pPr>
    <w:r w:rsidRPr="00E6684D">
      <w:rPr>
        <w:rFonts w:ascii="Times New Roman" w:hAnsi="Times New Roman" w:cs="Times New Roman"/>
        <w:noProof/>
        <w:color w:val="auto"/>
      </w:rPr>
      <w:drawing>
        <wp:inline distT="0" distB="0" distL="0" distR="0" wp14:anchorId="58B16643" wp14:editId="643681BE">
          <wp:extent cx="1257300" cy="212075"/>
          <wp:effectExtent l="0" t="0" r="0" b="0"/>
          <wp:docPr id="1" name="Picture 1" descr="Ankara Bilim Üniversitesi logosu" title="Ankara Bilim Üniversite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5908" cy="228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615A52" w14:textId="77777777" w:rsidR="00E6684D" w:rsidRDefault="00E6684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2500728">
    <w:abstractNumId w:val="8"/>
  </w:num>
  <w:num w:numId="2" w16cid:durableId="1712218385">
    <w:abstractNumId w:val="6"/>
  </w:num>
  <w:num w:numId="3" w16cid:durableId="615646953">
    <w:abstractNumId w:val="5"/>
  </w:num>
  <w:num w:numId="4" w16cid:durableId="1551920166">
    <w:abstractNumId w:val="4"/>
  </w:num>
  <w:num w:numId="5" w16cid:durableId="1819955717">
    <w:abstractNumId w:val="7"/>
  </w:num>
  <w:num w:numId="6" w16cid:durableId="1934048067">
    <w:abstractNumId w:val="3"/>
  </w:num>
  <w:num w:numId="7" w16cid:durableId="453643542">
    <w:abstractNumId w:val="2"/>
  </w:num>
  <w:num w:numId="8" w16cid:durableId="1206144184">
    <w:abstractNumId w:val="1"/>
  </w:num>
  <w:num w:numId="9" w16cid:durableId="58577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7F34"/>
    <w:rsid w:val="00255CAC"/>
    <w:rsid w:val="0029639D"/>
    <w:rsid w:val="002D5BF8"/>
    <w:rsid w:val="00326F90"/>
    <w:rsid w:val="003C0608"/>
    <w:rsid w:val="00477BF7"/>
    <w:rsid w:val="005E0C64"/>
    <w:rsid w:val="006D5E73"/>
    <w:rsid w:val="006F1384"/>
    <w:rsid w:val="008E4C71"/>
    <w:rsid w:val="00AA1D8D"/>
    <w:rsid w:val="00B01536"/>
    <w:rsid w:val="00B10150"/>
    <w:rsid w:val="00B47730"/>
    <w:rsid w:val="00C07F83"/>
    <w:rsid w:val="00CB0664"/>
    <w:rsid w:val="00E6684D"/>
    <w:rsid w:val="00E67A93"/>
    <w:rsid w:val="00EA17E5"/>
    <w:rsid w:val="00F023BA"/>
    <w:rsid w:val="00FC100F"/>
    <w:rsid w:val="00FC693F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573E7"/>
  <w14:defaultImageDpi w14:val="300"/>
  <w15:docId w15:val="{BF41D549-8A54-40CE-8636-D81F2E92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hAnsi="Calibri"/>
      <w:color w:val="172033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6D5E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4</cp:revision>
  <cp:lastPrinted>2026-08-12T09:02:00Z</cp:lastPrinted>
  <dcterms:created xsi:type="dcterms:W3CDTF">2026-08-12T09:03:00Z</dcterms:created>
  <dcterms:modified xsi:type="dcterms:W3CDTF">2026-08-17T12:47:00Z</dcterms:modified>
  <cp:category/>
</cp:coreProperties>
</file>