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59ABD" w14:textId="735FFD8D" w:rsidR="005F4D87" w:rsidRPr="00043445" w:rsidRDefault="005F4D87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1B8B3B07" w14:textId="77777777" w:rsidR="008B6D65" w:rsidRPr="00043445" w:rsidRDefault="008B6D65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36783363" w14:textId="0D0990EC" w:rsidR="008B6D65" w:rsidRPr="00043445" w:rsidRDefault="008337B4" w:rsidP="008337B4">
      <w:pPr>
        <w:pStyle w:val="FormTitle"/>
        <w:spacing w:after="0"/>
        <w:jc w:val="center"/>
        <w:rPr>
          <w:rFonts w:ascii="Times New Roman" w:hAnsi="Times New Roman" w:cs="Times New Roman"/>
          <w:color w:val="000000" w:themeColor="text1"/>
        </w:rPr>
      </w:pPr>
      <w:r w:rsidRPr="00043445">
        <w:rPr>
          <w:rFonts w:ascii="Times New Roman" w:hAnsi="Times New Roman" w:cs="Times New Roman"/>
          <w:color w:val="000000" w:themeColor="text1"/>
        </w:rPr>
        <w:t xml:space="preserve">   ANKARA BİLİM ÜNİVERSİTESİ</w:t>
      </w:r>
    </w:p>
    <w:p w14:paraId="78715402" w14:textId="42C4A563" w:rsidR="005F4D87" w:rsidRPr="00043445" w:rsidRDefault="008337B4">
      <w:pPr>
        <w:pStyle w:val="FormTitle"/>
        <w:spacing w:after="40"/>
        <w:jc w:val="center"/>
        <w:rPr>
          <w:rFonts w:ascii="Times New Roman" w:hAnsi="Times New Roman" w:cs="Times New Roman"/>
          <w:color w:val="000000" w:themeColor="text1"/>
        </w:rPr>
      </w:pPr>
      <w:r w:rsidRPr="00043445">
        <w:rPr>
          <w:rFonts w:ascii="Times New Roman" w:hAnsi="Times New Roman" w:cs="Times New Roman"/>
          <w:color w:val="000000" w:themeColor="text1"/>
        </w:rPr>
        <w:t xml:space="preserve">  ERASMUS KOORDİNATÖRLÜĞÜNE</w:t>
      </w:r>
    </w:p>
    <w:p w14:paraId="2EB0BD13" w14:textId="77777777" w:rsidR="005F4D87" w:rsidRPr="00043445" w:rsidRDefault="00000000">
      <w:pPr>
        <w:pStyle w:val="FormSubTitle"/>
        <w:spacing w:after="60"/>
        <w:jc w:val="center"/>
        <w:rPr>
          <w:rFonts w:ascii="Times New Roman" w:hAnsi="Times New Roman" w:cs="Times New Roman"/>
          <w:color w:val="000000" w:themeColor="text1"/>
        </w:rPr>
      </w:pPr>
      <w:r w:rsidRPr="00043445">
        <w:rPr>
          <w:rFonts w:ascii="Times New Roman" w:hAnsi="Times New Roman" w:cs="Times New Roman"/>
          <w:color w:val="000000" w:themeColor="text1"/>
        </w:rPr>
        <w:t>ERASMUS+ PERSONEL HAREKETLİLİĞİ İTİRAZ DİLEKÇESİ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82"/>
      </w:tblGrid>
      <w:tr w:rsidR="005F4D87" w:rsidRPr="00043445" w14:paraId="699C7074" w14:textId="77777777" w:rsidTr="00043445">
        <w:trPr>
          <w:trHeight w:val="28"/>
          <w:jc w:val="center"/>
        </w:trPr>
        <w:tc>
          <w:tcPr>
            <w:tcW w:w="104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4E8E" w14:textId="77777777" w:rsidR="005F4D87" w:rsidRPr="00043445" w:rsidRDefault="005F4D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4"/>
        <w:gridCol w:w="3175"/>
        <w:gridCol w:w="1786"/>
        <w:gridCol w:w="3175"/>
      </w:tblGrid>
      <w:tr w:rsidR="005F4D87" w:rsidRPr="00043445" w14:paraId="16DD2290" w14:textId="77777777" w:rsidTr="00043445">
        <w:trPr>
          <w:trHeight w:val="310"/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930E4C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Akademik </w:t>
            </w:r>
            <w:proofErr w:type="spellStart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Yıl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98529F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20… / 20…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A695DE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Proje Türü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D06C72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KA131   </w:t>
            </w: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KA171</w:t>
            </w:r>
          </w:p>
        </w:tc>
      </w:tr>
      <w:tr w:rsidR="005F4D87" w:rsidRPr="00043445" w14:paraId="0CB86B09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83BD4A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Hareketlilik</w:t>
            </w:r>
            <w:proofErr w:type="spellEnd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Türü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018498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Ders Verme   </w:t>
            </w: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Eğitim Alma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488459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İtiraz Edilen Sonuç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0A2EF5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Ön Değerlendirme   </w:t>
            </w:r>
            <w:r w:rsidRPr="00043445">
              <w:rPr>
                <w:rFonts w:ascii="Segoe UI Symbol" w:hAnsi="Segoe UI Symbol" w:cs="Segoe UI Symbol"/>
                <w:color w:val="000000" w:themeColor="text1"/>
                <w:sz w:val="20"/>
                <w:szCs w:val="20"/>
              </w:rPr>
              <w:t>☐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Nihai Değerlendirme</w:t>
            </w:r>
          </w:p>
        </w:tc>
      </w:tr>
      <w:tr w:rsidR="005F4D87" w:rsidRPr="00043445" w14:paraId="0FBC7240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EEFFAE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Başvuru / İlan Adı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D36DA9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2AFC1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Başvuru No (varsa)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D6445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</w:tr>
    </w:tbl>
    <w:p w14:paraId="0FBE5EDF" w14:textId="77777777" w:rsidR="008B6D65" w:rsidRPr="00043445" w:rsidRDefault="008B6D65">
      <w:pPr>
        <w:spacing w:before="60" w:after="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B77CA28" w14:textId="6D77B558" w:rsidR="005F4D87" w:rsidRPr="00043445" w:rsidRDefault="008B6D65">
      <w:pPr>
        <w:spacing w:before="60" w:after="40"/>
        <w:rPr>
          <w:rFonts w:ascii="Times New Roman" w:hAnsi="Times New Roman" w:cs="Times New Roman"/>
          <w:color w:val="000000" w:themeColor="text1"/>
          <w:sz w:val="22"/>
        </w:rPr>
      </w:pPr>
      <w:r w:rsidRPr="00043445">
        <w:rPr>
          <w:rFonts w:ascii="Times New Roman" w:hAnsi="Times New Roman" w:cs="Times New Roman"/>
          <w:b/>
          <w:color w:val="000000" w:themeColor="text1"/>
          <w:sz w:val="22"/>
        </w:rPr>
        <w:t xml:space="preserve">     PERSONEL BİLGİLERİ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14"/>
        <w:gridCol w:w="3175"/>
        <w:gridCol w:w="1786"/>
        <w:gridCol w:w="3175"/>
      </w:tblGrid>
      <w:tr w:rsidR="005F4D87" w:rsidRPr="00043445" w14:paraId="16919C72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933041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Adı</w:t>
            </w:r>
            <w:proofErr w:type="spellEnd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AF11A5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44AD3A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Unvanı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B64C15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</w:tr>
      <w:tr w:rsidR="005F4D87" w:rsidRPr="00043445" w14:paraId="5DA61C9C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2B7A95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Fakülte / Birim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0A96AB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4317BA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Bölüm / Program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F23347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</w:tr>
      <w:tr w:rsidR="005F4D87" w:rsidRPr="00043445" w14:paraId="4364D90B" w14:textId="77777777" w:rsidTr="00043445">
        <w:trPr>
          <w:jc w:val="center"/>
        </w:trPr>
        <w:tc>
          <w:tcPr>
            <w:tcW w:w="2214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A46324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E-posta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7C2714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  <w:tc>
          <w:tcPr>
            <w:tcW w:w="1786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F423A6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Telefon</w:t>
            </w:r>
          </w:p>
        </w:tc>
        <w:tc>
          <w:tcPr>
            <w:tcW w:w="3175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087B09" w14:textId="77777777" w:rsidR="005F4D87" w:rsidRPr="00043445" w:rsidRDefault="000000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……………………………………………………</w:t>
            </w:r>
          </w:p>
        </w:tc>
      </w:tr>
    </w:tbl>
    <w:p w14:paraId="04D64A39" w14:textId="591BEDB0" w:rsidR="00043445" w:rsidRDefault="00000000">
      <w:p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Yukarıda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bilgileri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belirtilen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Erasmus+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personel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hareketliliği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ilanına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yapmış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olduğum başvurunun değerlendirme sonuçlarına, aşağıda açıkladığım gerekçeler doğrultusunda itiraz ediyorum. Başvurumun ve sunduğum belgelerin yeniden incelenerek sonucunun tarafıma bildirilmesi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hususunda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bilgilerinizi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ve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gereğini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saygılarımla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arz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ederim</w:t>
      </w:r>
      <w:proofErr w:type="spellEnd"/>
      <w:r w:rsidRPr="00043445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3247F3A8" w14:textId="77777777" w:rsidR="00043445" w:rsidRPr="00043445" w:rsidRDefault="00043445">
      <w:pPr>
        <w:spacing w:before="60" w:after="6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A94B416" w14:textId="77777777" w:rsidR="005F4D87" w:rsidRPr="00043445" w:rsidRDefault="00000000">
      <w:pPr>
        <w:spacing w:after="40"/>
        <w:rPr>
          <w:rFonts w:ascii="Times New Roman" w:hAnsi="Times New Roman" w:cs="Times New Roman"/>
          <w:color w:val="000000" w:themeColor="text1"/>
          <w:sz w:val="22"/>
        </w:rPr>
      </w:pPr>
      <w:r w:rsidRPr="00043445">
        <w:rPr>
          <w:rFonts w:ascii="Times New Roman" w:hAnsi="Times New Roman" w:cs="Times New Roman"/>
          <w:b/>
          <w:color w:val="000000" w:themeColor="text1"/>
          <w:sz w:val="22"/>
        </w:rPr>
        <w:t>İTİRAZIN KONUSU VE GEREKÇESİ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0"/>
      </w:tblGrid>
      <w:tr w:rsidR="005F4D87" w:rsidRPr="00043445" w14:paraId="6B17FA7E" w14:textId="77777777">
        <w:trPr>
          <w:jc w:val="center"/>
        </w:trPr>
        <w:tc>
          <w:tcPr>
            <w:tcW w:w="10482" w:type="dxa"/>
            <w:tcBorders>
              <w:top w:val="single" w:sz="5" w:space="0" w:color="8FA9B8"/>
              <w:left w:val="single" w:sz="5" w:space="0" w:color="8FA9B8"/>
              <w:bottom w:val="single" w:sz="5" w:space="0" w:color="8FA9B8"/>
              <w:right w:val="single" w:sz="5" w:space="0" w:color="8FA9B8"/>
            </w:tcBorders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CD9D9D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0C245FEA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6A80393F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54210A4A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  <w:p w14:paraId="1294A203" w14:textId="77777777" w:rsidR="005F4D87" w:rsidRPr="00043445" w:rsidRDefault="00000000">
            <w:pPr>
              <w:spacing w:after="6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</w:tbl>
    <w:p w14:paraId="11F1B6D3" w14:textId="77777777" w:rsidR="005F4D87" w:rsidRPr="00043445" w:rsidRDefault="00000000">
      <w:pPr>
        <w:spacing w:before="60" w:after="20"/>
        <w:rPr>
          <w:rFonts w:ascii="Times New Roman" w:hAnsi="Times New Roman" w:cs="Times New Roman"/>
          <w:color w:val="000000" w:themeColor="text1"/>
          <w:sz w:val="22"/>
        </w:rPr>
      </w:pPr>
      <w:r w:rsidRPr="00043445">
        <w:rPr>
          <w:rFonts w:ascii="Times New Roman" w:hAnsi="Times New Roman" w:cs="Times New Roman"/>
          <w:b/>
          <w:color w:val="000000" w:themeColor="text1"/>
          <w:sz w:val="22"/>
        </w:rPr>
        <w:t>EKLER / KANITLAYICI BELGELER (varsa)</w:t>
      </w:r>
    </w:p>
    <w:p w14:paraId="6922B150" w14:textId="77777777" w:rsidR="008B6D65" w:rsidRPr="00043445" w:rsidRDefault="00000000">
      <w:pPr>
        <w:spacing w:after="20"/>
        <w:rPr>
          <w:rFonts w:ascii="Times New Roman" w:hAnsi="Times New Roman" w:cs="Times New Roman"/>
          <w:color w:val="000000" w:themeColor="text1"/>
          <w:sz w:val="22"/>
        </w:rPr>
      </w:pPr>
      <w:r w:rsidRPr="00043445">
        <w:rPr>
          <w:rFonts w:ascii="Times New Roman" w:hAnsi="Times New Roman" w:cs="Times New Roman"/>
          <w:color w:val="000000" w:themeColor="text1"/>
          <w:sz w:val="22"/>
        </w:rPr>
        <w:t xml:space="preserve">1. ……………………………………………………………………   </w:t>
      </w:r>
    </w:p>
    <w:p w14:paraId="00FF8AA8" w14:textId="76DF0931" w:rsidR="005F4D87" w:rsidRPr="00043445" w:rsidRDefault="00000000" w:rsidP="008B6D65">
      <w:pPr>
        <w:spacing w:after="20"/>
        <w:ind w:left="-142" w:firstLine="142"/>
        <w:rPr>
          <w:rFonts w:ascii="Times New Roman" w:hAnsi="Times New Roman" w:cs="Times New Roman"/>
          <w:color w:val="000000" w:themeColor="text1"/>
          <w:sz w:val="22"/>
        </w:rPr>
      </w:pPr>
      <w:r w:rsidRPr="00043445">
        <w:rPr>
          <w:rFonts w:ascii="Times New Roman" w:hAnsi="Times New Roman" w:cs="Times New Roman"/>
          <w:color w:val="000000" w:themeColor="text1"/>
          <w:sz w:val="22"/>
        </w:rPr>
        <w:t>2. ……………………………………………………………………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41"/>
        <w:gridCol w:w="5241"/>
      </w:tblGrid>
      <w:tr w:rsidR="005F4D87" w:rsidRPr="00043445" w14:paraId="717E277C" w14:textId="77777777">
        <w:trPr>
          <w:jc w:val="center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1DF665A0" w14:textId="77777777" w:rsidR="005F4D87" w:rsidRPr="00043445" w:rsidRDefault="005F4D8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33F44291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31C52CC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A8FED19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B42288C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1E1B685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5A3BC9F8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08A57CC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E7215DA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021981A0" w14:textId="77777777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67705E0" w14:textId="4ADDCAD3" w:rsidR="008337B4" w:rsidRPr="00043445" w:rsidRDefault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14:paraId="218FEBDE" w14:textId="77777777" w:rsidR="008B6D65" w:rsidRPr="00043445" w:rsidRDefault="008B6D65" w:rsidP="000434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4606E00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3B173EA" w14:textId="39C32B43" w:rsidR="005F4D87" w:rsidRPr="0004344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Tarih: …… / …… / 20……</w:t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 xml:space="preserve">Ad </w:t>
            </w:r>
            <w:proofErr w:type="spellStart"/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Soyad</w:t>
            </w:r>
            <w:proofErr w:type="spellEnd"/>
            <w:r w:rsidRPr="0004344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İmza</w:t>
            </w:r>
          </w:p>
          <w:p w14:paraId="5E608B92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69D1E57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9F9D749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61C971B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1F23E0CB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4EC4570" w14:textId="77777777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28671586" w14:textId="77777777" w:rsidR="008B6D65" w:rsidRPr="00043445" w:rsidRDefault="008B6D65" w:rsidP="008337B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7F296114" w14:textId="02B5B0AD" w:rsidR="008B6D65" w:rsidRPr="00043445" w:rsidRDefault="008B6D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0FBDBD8E" w14:textId="4E9544AC" w:rsidR="005F4D87" w:rsidRPr="00043445" w:rsidRDefault="00000000">
      <w:pPr>
        <w:pStyle w:val="SmallNote"/>
        <w:spacing w:before="40" w:after="0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Not: İtiraz dilekçesi, ilgili başvuru ilanında belirtilen süre içerisinde ve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varsa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kanıtlayıcı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belgelerle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birlikte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Erasmus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Koordinatörlüğüne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8337B4"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proofErr w:type="spellStart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iletilmelidir</w:t>
      </w:r>
      <w:proofErr w:type="spellEnd"/>
      <w:r w:rsidRPr="00043445"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>.</w:t>
      </w:r>
    </w:p>
    <w:p w14:paraId="333C72EA" w14:textId="77777777" w:rsidR="008B6D65" w:rsidRPr="00043445" w:rsidRDefault="008B6D65">
      <w:pPr>
        <w:pStyle w:val="SmallNote"/>
        <w:spacing w:before="40"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sectPr w:rsidR="008B6D65" w:rsidRPr="00043445" w:rsidSect="00786B6F">
      <w:headerReference w:type="default" r:id="rId8"/>
      <w:footerReference w:type="default" r:id="rId9"/>
      <w:pgSz w:w="12240" w:h="15840"/>
      <w:pgMar w:top="454" w:right="879" w:bottom="510" w:left="879" w:header="45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87A9C" w14:textId="77777777" w:rsidR="00304F24" w:rsidRDefault="00304F24" w:rsidP="008B6D65">
      <w:pPr>
        <w:spacing w:after="0" w:line="240" w:lineRule="auto"/>
      </w:pPr>
      <w:r>
        <w:separator/>
      </w:r>
    </w:p>
  </w:endnote>
  <w:endnote w:type="continuationSeparator" w:id="0">
    <w:p w14:paraId="753D0279" w14:textId="77777777" w:rsidR="00304F24" w:rsidRDefault="00304F24" w:rsidP="008B6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6BF95" w14:textId="77777777" w:rsidR="008B6D65" w:rsidRDefault="008B6D65" w:rsidP="008B6D65">
    <w:pPr>
      <w:pStyle w:val="AltBilgi"/>
      <w:jc w:val="center"/>
      <w:rPr>
        <w:sz w:val="16"/>
        <w:szCs w:val="16"/>
      </w:rPr>
    </w:pPr>
  </w:p>
  <w:p w14:paraId="73667C61" w14:textId="1F04C719" w:rsidR="008B6D65" w:rsidRPr="00AF60B3" w:rsidRDefault="008B6D65" w:rsidP="008B6D65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Şehit Gönenç Caddesi Maltepe Mah.No:5 Çankaya Ankara  </w:t>
    </w:r>
  </w:p>
  <w:p w14:paraId="3DBE80FC" w14:textId="77777777" w:rsidR="008B6D65" w:rsidRPr="00AF60B3" w:rsidRDefault="008B6D65" w:rsidP="008B6D65">
    <w:pPr>
      <w:pStyle w:val="AltBilgi"/>
      <w:jc w:val="center"/>
      <w:rPr>
        <w:sz w:val="16"/>
        <w:szCs w:val="16"/>
      </w:rPr>
    </w:pPr>
    <w:r w:rsidRPr="00AF60B3">
      <w:rPr>
        <w:sz w:val="16"/>
        <w:szCs w:val="16"/>
      </w:rPr>
      <w:t xml:space="preserve"> </w:t>
    </w:r>
    <w:proofErr w:type="spellStart"/>
    <w:r w:rsidRPr="00AF60B3">
      <w:rPr>
        <w:sz w:val="16"/>
        <w:szCs w:val="16"/>
      </w:rPr>
      <w:t>İletişim</w:t>
    </w:r>
    <w:proofErr w:type="spellEnd"/>
    <w:r w:rsidRPr="00AF60B3">
      <w:rPr>
        <w:sz w:val="16"/>
        <w:szCs w:val="16"/>
      </w:rPr>
      <w:t xml:space="preserve"> :444 22 28 </w:t>
    </w:r>
    <w:hyperlink r:id="rId1" w:history="1">
      <w:r w:rsidRPr="00AF60B3">
        <w:rPr>
          <w:rStyle w:val="Kpr"/>
          <w:color w:val="auto"/>
          <w:sz w:val="16"/>
          <w:szCs w:val="16"/>
        </w:rPr>
        <w:t>www.ankarabilim.edu.tr</w:t>
      </w:r>
    </w:hyperlink>
  </w:p>
  <w:p w14:paraId="1D89016C" w14:textId="556734EE" w:rsidR="008B6D65" w:rsidRDefault="008B6D65">
    <w:pPr>
      <w:pStyle w:val="AltBilgi"/>
    </w:pPr>
  </w:p>
  <w:p w14:paraId="34FC415D" w14:textId="77777777" w:rsidR="008B6D65" w:rsidRDefault="008B6D6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42A3" w14:textId="77777777" w:rsidR="00304F24" w:rsidRDefault="00304F24" w:rsidP="008B6D65">
      <w:pPr>
        <w:spacing w:after="0" w:line="240" w:lineRule="auto"/>
      </w:pPr>
      <w:r>
        <w:separator/>
      </w:r>
    </w:p>
  </w:footnote>
  <w:footnote w:type="continuationSeparator" w:id="0">
    <w:p w14:paraId="1B24818D" w14:textId="77777777" w:rsidR="00304F24" w:rsidRDefault="00304F24" w:rsidP="008B6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FD185" w14:textId="5A4284A7" w:rsidR="008B6D65" w:rsidRDefault="00786B6F">
    <w:pPr>
      <w:pStyle w:val="stBilgi"/>
    </w:pPr>
    <w:r>
      <w:t xml:space="preserve">                                                                               </w:t>
    </w:r>
    <w:r>
      <w:rPr>
        <w:noProof/>
      </w:rPr>
      <w:drawing>
        <wp:inline distT="0" distB="0" distL="0" distR="0" wp14:anchorId="1B9E5741" wp14:editId="2486136F">
          <wp:extent cx="1518285" cy="255905"/>
          <wp:effectExtent l="0" t="0" r="5715" b="0"/>
          <wp:docPr id="1007942636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285" cy="25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3409366">
    <w:abstractNumId w:val="8"/>
  </w:num>
  <w:num w:numId="2" w16cid:durableId="1567915719">
    <w:abstractNumId w:val="6"/>
  </w:num>
  <w:num w:numId="3" w16cid:durableId="1013725565">
    <w:abstractNumId w:val="5"/>
  </w:num>
  <w:num w:numId="4" w16cid:durableId="1290354015">
    <w:abstractNumId w:val="4"/>
  </w:num>
  <w:num w:numId="5" w16cid:durableId="1488008586">
    <w:abstractNumId w:val="7"/>
  </w:num>
  <w:num w:numId="6" w16cid:durableId="1018703504">
    <w:abstractNumId w:val="3"/>
  </w:num>
  <w:num w:numId="7" w16cid:durableId="1452362377">
    <w:abstractNumId w:val="2"/>
  </w:num>
  <w:num w:numId="8" w16cid:durableId="975838451">
    <w:abstractNumId w:val="1"/>
  </w:num>
  <w:num w:numId="9" w16cid:durableId="52961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3445"/>
    <w:rsid w:val="0006063C"/>
    <w:rsid w:val="0015074B"/>
    <w:rsid w:val="0029639D"/>
    <w:rsid w:val="0029737C"/>
    <w:rsid w:val="00304F24"/>
    <w:rsid w:val="00323D04"/>
    <w:rsid w:val="00326F90"/>
    <w:rsid w:val="004467A4"/>
    <w:rsid w:val="005F4D87"/>
    <w:rsid w:val="00621F9E"/>
    <w:rsid w:val="00786B6F"/>
    <w:rsid w:val="008337B4"/>
    <w:rsid w:val="008B6D65"/>
    <w:rsid w:val="00AA1D8D"/>
    <w:rsid w:val="00AC2F29"/>
    <w:rsid w:val="00B47730"/>
    <w:rsid w:val="00B87F76"/>
    <w:rsid w:val="00BD5D6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91624"/>
  <w14:defaultImageDpi w14:val="300"/>
  <w15:docId w15:val="{1D5D80FA-AC37-4CDF-A787-9EC41D03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Arial" w:hAnsi="Arial"/>
      <w:b/>
      <w:color w:val="183A5A"/>
      <w:sz w:val="25"/>
    </w:rPr>
  </w:style>
  <w:style w:type="paragraph" w:customStyle="1" w:styleId="FormSubTitle">
    <w:name w:val="FormSubTitle"/>
    <w:rPr>
      <w:rFonts w:ascii="Arial" w:hAnsi="Arial"/>
      <w:b/>
      <w:color w:val="183A5A"/>
    </w:rPr>
  </w:style>
  <w:style w:type="paragraph" w:customStyle="1" w:styleId="SmallNote">
    <w:name w:val="SmallNote"/>
    <w:rPr>
      <w:rFonts w:ascii="Arial" w:hAnsi="Arial"/>
      <w:color w:val="555555"/>
      <w:sz w:val="15"/>
    </w:rPr>
  </w:style>
  <w:style w:type="character" w:styleId="Kpr">
    <w:name w:val="Hyperlink"/>
    <w:basedOn w:val="VarsaylanParagrafYazTipi"/>
    <w:uiPriority w:val="99"/>
    <w:unhideWhenUsed/>
    <w:rsid w:val="008B6D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3</cp:revision>
  <cp:lastPrinted>2026-07-17T12:10:00Z</cp:lastPrinted>
  <dcterms:created xsi:type="dcterms:W3CDTF">2026-07-17T12:10:00Z</dcterms:created>
  <dcterms:modified xsi:type="dcterms:W3CDTF">2026-08-10T11:15:00Z</dcterms:modified>
  <cp:category/>
</cp:coreProperties>
</file>