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466B" w14:textId="4F87845C" w:rsidR="00105E02" w:rsidRPr="000427FF" w:rsidRDefault="000427FF">
      <w:pPr>
        <w:spacing w:after="0"/>
        <w:jc w:val="center"/>
        <w:rPr>
          <w:rFonts w:ascii="Times New Roman" w:hAnsi="Times New Roman" w:cs="Times New Roman"/>
          <w:b/>
          <w:bCs/>
          <w:sz w:val="20"/>
          <w:szCs w:val="20"/>
        </w:rPr>
      </w:pPr>
      <w:r w:rsidRPr="000427FF">
        <w:rPr>
          <w:rFonts w:ascii="Times New Roman" w:hAnsi="Times New Roman" w:cs="Times New Roman"/>
          <w:b/>
          <w:bCs/>
          <w:sz w:val="20"/>
          <w:szCs w:val="20"/>
        </w:rPr>
        <w:t>T.C.</w:t>
      </w:r>
    </w:p>
    <w:p w14:paraId="08736D56" w14:textId="40576154" w:rsidR="00105E02" w:rsidRPr="00DA5AE1" w:rsidRDefault="00000000">
      <w:pPr>
        <w:spacing w:after="0"/>
        <w:jc w:val="center"/>
        <w:rPr>
          <w:rFonts w:ascii="Times New Roman" w:hAnsi="Times New Roman" w:cs="Times New Roman"/>
          <w:sz w:val="20"/>
          <w:szCs w:val="20"/>
        </w:rPr>
      </w:pPr>
      <w:r w:rsidRPr="00DA5AE1">
        <w:rPr>
          <w:rFonts w:ascii="Times New Roman" w:hAnsi="Times New Roman" w:cs="Times New Roman"/>
          <w:b/>
          <w:sz w:val="20"/>
          <w:szCs w:val="20"/>
        </w:rPr>
        <w:t xml:space="preserve">ANKARA </w:t>
      </w:r>
      <w:r w:rsidR="00DA5AE1" w:rsidRPr="00DA5AE1">
        <w:rPr>
          <w:rFonts w:ascii="Times New Roman" w:hAnsi="Times New Roman" w:cs="Times New Roman"/>
          <w:b/>
          <w:sz w:val="20"/>
          <w:szCs w:val="20"/>
        </w:rPr>
        <w:t>BİLİM</w:t>
      </w:r>
      <w:r w:rsidRPr="00DA5AE1">
        <w:rPr>
          <w:rFonts w:ascii="Times New Roman" w:hAnsi="Times New Roman" w:cs="Times New Roman"/>
          <w:b/>
          <w:sz w:val="20"/>
          <w:szCs w:val="20"/>
        </w:rPr>
        <w:t xml:space="preserve"> UNIVERSITY</w:t>
      </w:r>
    </w:p>
    <w:p w14:paraId="4F363676" w14:textId="77777777" w:rsidR="00105E02" w:rsidRDefault="00000000">
      <w:pPr>
        <w:spacing w:after="0"/>
        <w:jc w:val="center"/>
        <w:rPr>
          <w:rFonts w:ascii="Times New Roman" w:hAnsi="Times New Roman" w:cs="Times New Roman"/>
          <w:b/>
          <w:sz w:val="20"/>
          <w:szCs w:val="20"/>
        </w:rPr>
      </w:pPr>
      <w:r w:rsidRPr="00DA5AE1">
        <w:rPr>
          <w:rFonts w:ascii="Times New Roman" w:hAnsi="Times New Roman" w:cs="Times New Roman"/>
          <w:b/>
          <w:sz w:val="20"/>
          <w:szCs w:val="20"/>
        </w:rPr>
        <w:t>ERASMUS+ COORDINATION OFFICE</w:t>
      </w:r>
    </w:p>
    <w:p w14:paraId="653C7B20" w14:textId="77777777" w:rsidR="00DA5AE1" w:rsidRPr="00DA5AE1" w:rsidRDefault="00DA5AE1">
      <w:pPr>
        <w:spacing w:after="0"/>
        <w:jc w:val="center"/>
        <w:rPr>
          <w:rFonts w:ascii="Times New Roman" w:hAnsi="Times New Roman" w:cs="Times New Roman"/>
          <w:sz w:val="20"/>
          <w:szCs w:val="20"/>
        </w:rPr>
      </w:pPr>
    </w:p>
    <w:p w14:paraId="54432760" w14:textId="2940071B" w:rsidR="00DA5AE1" w:rsidRDefault="00000000" w:rsidP="000427FF">
      <w:pPr>
        <w:pStyle w:val="FormTitle"/>
        <w:spacing w:before="80" w:after="40"/>
        <w:jc w:val="center"/>
        <w:rPr>
          <w:rFonts w:ascii="Times New Roman" w:hAnsi="Times New Roman" w:cs="Times New Roman"/>
          <w:color w:val="auto"/>
          <w:sz w:val="24"/>
          <w:szCs w:val="24"/>
        </w:rPr>
      </w:pPr>
      <w:r w:rsidRPr="00DA5AE1">
        <w:rPr>
          <w:rFonts w:ascii="Times New Roman" w:hAnsi="Times New Roman" w:cs="Times New Roman"/>
          <w:color w:val="auto"/>
          <w:sz w:val="24"/>
          <w:szCs w:val="24"/>
        </w:rPr>
        <w:t>ERASMUS+ STUDENT MOBILITY</w:t>
      </w:r>
      <w:r w:rsidRPr="00DA5AE1">
        <w:rPr>
          <w:rFonts w:ascii="Times New Roman" w:hAnsi="Times New Roman" w:cs="Times New Roman"/>
          <w:color w:val="auto"/>
          <w:sz w:val="24"/>
          <w:szCs w:val="24"/>
        </w:rPr>
        <w:br/>
        <w:t>ZERO-GRANT PARTICIPATION DECLARATION AND ACCEPTANCE FORM</w:t>
      </w:r>
    </w:p>
    <w:p w14:paraId="4D8355D9" w14:textId="77777777" w:rsidR="000427FF" w:rsidRPr="00DA5AE1" w:rsidRDefault="000427FF" w:rsidP="000427FF">
      <w:pPr>
        <w:pStyle w:val="FormTitle"/>
        <w:spacing w:before="80" w:after="40"/>
        <w:jc w:val="center"/>
        <w:rPr>
          <w:rFonts w:ascii="Times New Roman" w:hAnsi="Times New Roman" w:cs="Times New Roman"/>
          <w:color w:val="auto"/>
          <w:sz w:val="24"/>
          <w:szCs w:val="24"/>
        </w:rPr>
      </w:pPr>
    </w:p>
    <w:p w14:paraId="7FA41680" w14:textId="77777777" w:rsidR="00105E02" w:rsidRPr="00DA5AE1" w:rsidRDefault="00000000">
      <w:pPr>
        <w:spacing w:after="60"/>
        <w:jc w:val="right"/>
        <w:rPr>
          <w:rFonts w:ascii="Times New Roman" w:hAnsi="Times New Roman" w:cs="Times New Roman"/>
          <w:szCs w:val="18"/>
        </w:rPr>
      </w:pPr>
      <w:r w:rsidRPr="00DA5AE1">
        <w:rPr>
          <w:rFonts w:ascii="Times New Roman" w:hAnsi="Times New Roman" w:cs="Times New Roman"/>
          <w:szCs w:val="18"/>
        </w:rPr>
        <w:t>Application Date: …… / …… / 20……</w:t>
      </w:r>
    </w:p>
    <w:tbl>
      <w:tblPr>
        <w:tblW w:w="0" w:type="auto"/>
        <w:jc w:val="center"/>
        <w:tblLook w:val="04A0" w:firstRow="1" w:lastRow="0" w:firstColumn="1" w:lastColumn="0" w:noHBand="0" w:noVBand="1"/>
      </w:tblPr>
      <w:tblGrid>
        <w:gridCol w:w="2343"/>
        <w:gridCol w:w="3370"/>
        <w:gridCol w:w="2374"/>
        <w:gridCol w:w="2531"/>
      </w:tblGrid>
      <w:tr w:rsidR="00105E02" w:rsidRPr="00DA5AE1" w14:paraId="0052E313" w14:textId="77777777" w:rsidTr="00DA5AE1">
        <w:trPr>
          <w:jc w:val="center"/>
        </w:trPr>
        <w:tc>
          <w:tcPr>
            <w:tcW w:w="10488" w:type="dxa"/>
            <w:gridSpan w:val="4"/>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55001C84" w14:textId="77777777" w:rsidR="00105E02" w:rsidRPr="00DA5AE1" w:rsidRDefault="00000000">
            <w:pPr>
              <w:spacing w:after="0" w:line="240" w:lineRule="auto"/>
              <w:rPr>
                <w:rFonts w:ascii="Times New Roman" w:hAnsi="Times New Roman" w:cs="Times New Roman"/>
                <w:sz w:val="20"/>
                <w:szCs w:val="20"/>
              </w:rPr>
            </w:pPr>
            <w:r w:rsidRPr="00DA5AE1">
              <w:rPr>
                <w:rFonts w:ascii="Times New Roman" w:hAnsi="Times New Roman" w:cs="Times New Roman"/>
                <w:b/>
                <w:sz w:val="20"/>
                <w:szCs w:val="20"/>
              </w:rPr>
              <w:t>STUDENT INFORMATION</w:t>
            </w:r>
          </w:p>
        </w:tc>
      </w:tr>
      <w:tr w:rsidR="00105E02" w:rsidRPr="00DA5AE1" w14:paraId="5C98C115"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06DE11B1"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Full Name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1059793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538BE08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Student ID Number</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3831766B" w14:textId="77777777" w:rsidR="00105E02" w:rsidRPr="00DA5AE1" w:rsidRDefault="00000000">
            <w:pPr>
              <w:spacing w:after="0" w:line="240" w:lineRule="auto"/>
              <w:rPr>
                <w:rFonts w:ascii="Times New Roman" w:hAnsi="Times New Roman" w:cs="Times New Roman"/>
              </w:rPr>
            </w:pPr>
            <w:r w:rsidRPr="00DA5AE1">
              <w:rPr>
                <w:rFonts w:ascii="Times New Roman" w:hAnsi="Times New Roman" w:cs="Times New Roman"/>
                <w:sz w:val="16"/>
              </w:rPr>
              <w:t>………………………………</w:t>
            </w:r>
          </w:p>
        </w:tc>
      </w:tr>
      <w:tr w:rsidR="00105E02" w:rsidRPr="00DA5AE1" w14:paraId="3C8C27D0"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6B34372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Faculty / School / Graduate School</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4D344B3A"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6A36C051"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Department / Programme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517CD1DF" w14:textId="77777777" w:rsidR="00105E02" w:rsidRPr="00DA5AE1" w:rsidRDefault="00000000">
            <w:pPr>
              <w:spacing w:after="0" w:line="240" w:lineRule="auto"/>
              <w:rPr>
                <w:rFonts w:ascii="Times New Roman" w:hAnsi="Times New Roman" w:cs="Times New Roman"/>
              </w:rPr>
            </w:pPr>
            <w:r w:rsidRPr="00DA5AE1">
              <w:rPr>
                <w:rFonts w:ascii="Times New Roman" w:hAnsi="Times New Roman" w:cs="Times New Roman"/>
                <w:sz w:val="16"/>
              </w:rPr>
              <w:t>………………………………</w:t>
            </w:r>
          </w:p>
        </w:tc>
      </w:tr>
      <w:tr w:rsidR="00105E02" w:rsidRPr="00DA5AE1" w14:paraId="209889B1"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67E01B3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Study Cycle</w:t>
            </w:r>
          </w:p>
        </w:tc>
        <w:tc>
          <w:tcPr>
            <w:tcW w:w="7866" w:type="dxa"/>
            <w:gridSpan w:val="3"/>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1B8035B1"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Short Cycle   </w:t>
            </w:r>
            <w:r w:rsidRPr="00DA5AE1">
              <w:rPr>
                <w:rFonts w:ascii="Segoe UI Symbol" w:hAnsi="Segoe UI Symbol" w:cs="Segoe UI Symbol"/>
                <w:szCs w:val="18"/>
              </w:rPr>
              <w:t>☐</w:t>
            </w:r>
            <w:r w:rsidRPr="00DA5AE1">
              <w:rPr>
                <w:rFonts w:ascii="Times New Roman" w:hAnsi="Times New Roman" w:cs="Times New Roman"/>
                <w:szCs w:val="18"/>
              </w:rPr>
              <w:t xml:space="preserve"> Bachelor's   </w:t>
            </w:r>
            <w:r w:rsidRPr="00DA5AE1">
              <w:rPr>
                <w:rFonts w:ascii="Segoe UI Symbol" w:hAnsi="Segoe UI Symbol" w:cs="Segoe UI Symbol"/>
                <w:szCs w:val="18"/>
              </w:rPr>
              <w:t>☐</w:t>
            </w:r>
            <w:r w:rsidRPr="00DA5AE1">
              <w:rPr>
                <w:rFonts w:ascii="Times New Roman" w:hAnsi="Times New Roman" w:cs="Times New Roman"/>
                <w:szCs w:val="18"/>
              </w:rPr>
              <w:t xml:space="preserve"> Master's</w:t>
            </w:r>
          </w:p>
        </w:tc>
      </w:tr>
      <w:tr w:rsidR="00105E02" w:rsidRPr="00DA5AE1" w14:paraId="466FC59E"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16E6FC3B"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E-mail</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36672E5D"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2F6A71D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Phone Number</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219E0698" w14:textId="77777777" w:rsidR="00105E02" w:rsidRPr="00DA5AE1" w:rsidRDefault="00000000">
            <w:pPr>
              <w:spacing w:after="0" w:line="240" w:lineRule="auto"/>
              <w:rPr>
                <w:rFonts w:ascii="Times New Roman" w:hAnsi="Times New Roman" w:cs="Times New Roman"/>
              </w:rPr>
            </w:pPr>
            <w:r w:rsidRPr="00DA5AE1">
              <w:rPr>
                <w:rFonts w:ascii="Times New Roman" w:hAnsi="Times New Roman" w:cs="Times New Roman"/>
                <w:sz w:val="16"/>
              </w:rPr>
              <w:t>………………………………</w:t>
            </w:r>
          </w:p>
        </w:tc>
      </w:tr>
    </w:tbl>
    <w:p w14:paraId="48FD146A" w14:textId="77777777" w:rsidR="00105E02" w:rsidRPr="00DA5AE1" w:rsidRDefault="00105E02">
      <w:pPr>
        <w:spacing w:after="0"/>
        <w:rPr>
          <w:rFonts w:ascii="Times New Roman" w:hAnsi="Times New Roman" w:cs="Times New Roman"/>
        </w:rPr>
      </w:pPr>
    </w:p>
    <w:tbl>
      <w:tblPr>
        <w:tblW w:w="0" w:type="auto"/>
        <w:jc w:val="center"/>
        <w:tblLook w:val="04A0" w:firstRow="1" w:lastRow="0" w:firstColumn="1" w:lastColumn="0" w:noHBand="0" w:noVBand="1"/>
      </w:tblPr>
      <w:tblGrid>
        <w:gridCol w:w="4008"/>
        <w:gridCol w:w="6610"/>
      </w:tblGrid>
      <w:tr w:rsidR="00105E02" w:rsidRPr="00DA5AE1" w14:paraId="4DED8558" w14:textId="77777777" w:rsidTr="00DA5AE1">
        <w:trPr>
          <w:jc w:val="center"/>
        </w:trPr>
        <w:tc>
          <w:tcPr>
            <w:tcW w:w="10488" w:type="dxa"/>
            <w:gridSpan w:val="2"/>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3005146E" w14:textId="77777777" w:rsidR="00105E02" w:rsidRPr="00DA5AE1" w:rsidRDefault="00000000">
            <w:pPr>
              <w:spacing w:after="0" w:line="240" w:lineRule="auto"/>
              <w:rPr>
                <w:rFonts w:ascii="Times New Roman" w:hAnsi="Times New Roman" w:cs="Times New Roman"/>
                <w:sz w:val="20"/>
                <w:szCs w:val="20"/>
              </w:rPr>
            </w:pPr>
            <w:r w:rsidRPr="00DA5AE1">
              <w:rPr>
                <w:rFonts w:ascii="Times New Roman" w:hAnsi="Times New Roman" w:cs="Times New Roman"/>
                <w:b/>
                <w:sz w:val="20"/>
                <w:szCs w:val="20"/>
              </w:rPr>
              <w:t>MOBILITY INFORMATION</w:t>
            </w:r>
          </w:p>
        </w:tc>
      </w:tr>
      <w:tr w:rsidR="00105E02" w:rsidRPr="00DA5AE1" w14:paraId="578EDD3F"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2C21627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Academic Year</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17CABBAF"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20…… / 20……</w:t>
            </w:r>
          </w:p>
        </w:tc>
      </w:tr>
      <w:tr w:rsidR="00105E02" w:rsidRPr="00DA5AE1" w14:paraId="575DB319"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1ECAAE5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Mobility Type</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608E8A54"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Student Mobility for Studies   </w:t>
            </w:r>
            <w:r w:rsidRPr="00DA5AE1">
              <w:rPr>
                <w:rFonts w:ascii="Segoe UI Symbol" w:hAnsi="Segoe UI Symbol" w:cs="Segoe UI Symbol"/>
                <w:szCs w:val="18"/>
              </w:rPr>
              <w:t>☐</w:t>
            </w:r>
            <w:r w:rsidRPr="00DA5AE1">
              <w:rPr>
                <w:rFonts w:ascii="Times New Roman" w:hAnsi="Times New Roman" w:cs="Times New Roman"/>
                <w:szCs w:val="18"/>
              </w:rPr>
              <w:t xml:space="preserve"> Student Mobility for Traineeships</w:t>
            </w:r>
          </w:p>
        </w:tc>
      </w:tr>
      <w:tr w:rsidR="00105E02" w:rsidRPr="00DA5AE1" w14:paraId="2B9E17FD"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40ACA63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Mobility Period</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3A71678B"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Fall   </w:t>
            </w:r>
            <w:r w:rsidRPr="00DA5AE1">
              <w:rPr>
                <w:rFonts w:ascii="Segoe UI Symbol" w:hAnsi="Segoe UI Symbol" w:cs="Segoe UI Symbol"/>
                <w:szCs w:val="18"/>
              </w:rPr>
              <w:t>☐</w:t>
            </w:r>
            <w:r w:rsidRPr="00DA5AE1">
              <w:rPr>
                <w:rFonts w:ascii="Times New Roman" w:hAnsi="Times New Roman" w:cs="Times New Roman"/>
                <w:szCs w:val="18"/>
              </w:rPr>
              <w:t xml:space="preserve"> Spring   </w:t>
            </w:r>
            <w:r w:rsidRPr="00DA5AE1">
              <w:rPr>
                <w:rFonts w:ascii="Segoe UI Symbol" w:hAnsi="Segoe UI Symbol" w:cs="Segoe UI Symbol"/>
                <w:szCs w:val="18"/>
              </w:rPr>
              <w:t>☐</w:t>
            </w:r>
            <w:r w:rsidRPr="00DA5AE1">
              <w:rPr>
                <w:rFonts w:ascii="Times New Roman" w:hAnsi="Times New Roman" w:cs="Times New Roman"/>
                <w:szCs w:val="18"/>
              </w:rPr>
              <w:t xml:space="preserve"> Summer   </w:t>
            </w:r>
            <w:r w:rsidRPr="00DA5AE1">
              <w:rPr>
                <w:rFonts w:ascii="Segoe UI Symbol" w:hAnsi="Segoe UI Symbol" w:cs="Segoe UI Symbol"/>
                <w:szCs w:val="18"/>
              </w:rPr>
              <w:t>☐</w:t>
            </w:r>
            <w:r w:rsidRPr="00DA5AE1">
              <w:rPr>
                <w:rFonts w:ascii="Times New Roman" w:hAnsi="Times New Roman" w:cs="Times New Roman"/>
                <w:szCs w:val="18"/>
              </w:rPr>
              <w:t xml:space="preserve"> Full Academic Year</w:t>
            </w:r>
          </w:p>
        </w:tc>
      </w:tr>
      <w:tr w:rsidR="00105E02" w:rsidRPr="00DA5AE1" w14:paraId="629346B4"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6B0B0C3D"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Host Institution / Organisation</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21E17D5E"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705E2F10"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470C5323"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Country</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3EDE473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0C310324"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68407A36"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Planned Mobility Dates</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0C9D5E2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 / …… / 20……  –  …… / …… / 20……</w:t>
            </w:r>
          </w:p>
        </w:tc>
      </w:tr>
    </w:tbl>
    <w:p w14:paraId="4D5A04CC" w14:textId="77777777" w:rsidR="00DA5AE1" w:rsidRDefault="00DA5AE1">
      <w:pPr>
        <w:spacing w:before="100" w:after="40"/>
        <w:jc w:val="center"/>
        <w:rPr>
          <w:rFonts w:ascii="Times New Roman" w:hAnsi="Times New Roman" w:cs="Times New Roman"/>
          <w:b/>
          <w:sz w:val="20"/>
          <w:szCs w:val="20"/>
        </w:rPr>
      </w:pPr>
    </w:p>
    <w:p w14:paraId="4F5225D0" w14:textId="5D0FAB1A" w:rsidR="00105E02" w:rsidRPr="00DA5AE1" w:rsidRDefault="00000000">
      <w:pPr>
        <w:spacing w:before="100" w:after="40"/>
        <w:jc w:val="center"/>
        <w:rPr>
          <w:rFonts w:ascii="Times New Roman" w:hAnsi="Times New Roman" w:cs="Times New Roman"/>
          <w:b/>
          <w:sz w:val="20"/>
          <w:szCs w:val="20"/>
        </w:rPr>
      </w:pPr>
      <w:r w:rsidRPr="00DA5AE1">
        <w:rPr>
          <w:rFonts w:ascii="Times New Roman" w:hAnsi="Times New Roman" w:cs="Times New Roman"/>
          <w:b/>
          <w:sz w:val="20"/>
          <w:szCs w:val="20"/>
        </w:rPr>
        <w:t xml:space="preserve"> ANKARA </w:t>
      </w:r>
      <w:r w:rsidR="00DA5AE1">
        <w:rPr>
          <w:rFonts w:ascii="Times New Roman" w:hAnsi="Times New Roman" w:cs="Times New Roman"/>
          <w:b/>
          <w:sz w:val="20"/>
          <w:szCs w:val="20"/>
        </w:rPr>
        <w:t xml:space="preserve">BİLİM </w:t>
      </w:r>
      <w:r w:rsidRPr="00DA5AE1">
        <w:rPr>
          <w:rFonts w:ascii="Times New Roman" w:hAnsi="Times New Roman" w:cs="Times New Roman"/>
          <w:b/>
          <w:sz w:val="20"/>
          <w:szCs w:val="20"/>
        </w:rPr>
        <w:t>UNIVERSITY</w:t>
      </w:r>
      <w:r w:rsidRPr="00DA5AE1">
        <w:rPr>
          <w:rFonts w:ascii="Times New Roman" w:hAnsi="Times New Roman" w:cs="Times New Roman"/>
          <w:b/>
          <w:sz w:val="20"/>
          <w:szCs w:val="20"/>
        </w:rPr>
        <w:br/>
        <w:t>ERASMUS+ COORDINATION OFFICE</w:t>
      </w:r>
    </w:p>
    <w:p w14:paraId="3C6BD568" w14:textId="77777777" w:rsidR="00DA5AE1" w:rsidRPr="00DA5AE1" w:rsidRDefault="00DA5AE1">
      <w:pPr>
        <w:spacing w:before="100" w:after="40"/>
        <w:jc w:val="center"/>
        <w:rPr>
          <w:rFonts w:ascii="Times New Roman" w:hAnsi="Times New Roman" w:cs="Times New Roman"/>
        </w:rPr>
      </w:pPr>
    </w:p>
    <w:p w14:paraId="1D817D13" w14:textId="77777777" w:rsidR="00105E02" w:rsidRPr="00DA5AE1" w:rsidRDefault="00000000">
      <w:pPr>
        <w:spacing w:after="60" w:line="240" w:lineRule="auto"/>
        <w:jc w:val="both"/>
        <w:rPr>
          <w:rFonts w:ascii="Times New Roman" w:hAnsi="Times New Roman" w:cs="Times New Roman"/>
          <w:szCs w:val="18"/>
        </w:rPr>
      </w:pPr>
      <w:r w:rsidRPr="00DA5AE1">
        <w:rPr>
          <w:rFonts w:ascii="Times New Roman" w:hAnsi="Times New Roman" w:cs="Times New Roman"/>
          <w:szCs w:val="18"/>
        </w:rPr>
        <w:t>I hereby accept to participate in the Erasmus+ Student Mobility specified above as a zero-grant participant, without the allocation of Erasmus+ funding by Ankara Science University. I acknowledge and declare that zero-grant participants are subject to the same selection, documentation, insurance, Learning Agreement, recognition, reporting and other programme obligations as funded participants, and that I am responsible for completing all required procedures and documents within the prescribed deadlines.</w:t>
      </w:r>
    </w:p>
    <w:p w14:paraId="0BA7F395" w14:textId="77777777" w:rsidR="00105E02" w:rsidRPr="00DA5AE1" w:rsidRDefault="00000000">
      <w:pPr>
        <w:spacing w:after="60" w:line="240" w:lineRule="auto"/>
        <w:jc w:val="both"/>
        <w:rPr>
          <w:rFonts w:ascii="Times New Roman" w:hAnsi="Times New Roman" w:cs="Times New Roman"/>
          <w:szCs w:val="18"/>
        </w:rPr>
      </w:pPr>
      <w:r w:rsidRPr="00DA5AE1">
        <w:rPr>
          <w:rFonts w:ascii="Times New Roman" w:hAnsi="Times New Roman" w:cs="Times New Roman"/>
          <w:szCs w:val="18"/>
        </w:rPr>
        <w:t>I understand that participation on a zero-grant basis does not imply that funding will subsequently be allocated. Should additional funds become available, any allocation of funding will be considered separately in accordance with the ranking, budget availability and the decision of the authorised Selection Committee. If no funding is allocated, I accept that all travel, accommodation, insurance, visa/residence permit and other personal expenses will be borne by me.</w:t>
      </w:r>
    </w:p>
    <w:p w14:paraId="34CE4E1C" w14:textId="77777777" w:rsidR="00DA5AE1" w:rsidRPr="00DA5AE1" w:rsidRDefault="00DA5AE1">
      <w:pPr>
        <w:spacing w:after="60" w:line="240" w:lineRule="auto"/>
        <w:jc w:val="both"/>
        <w:rPr>
          <w:rFonts w:ascii="Times New Roman" w:hAnsi="Times New Roman" w:cs="Times New Roman"/>
          <w:szCs w:val="18"/>
        </w:rPr>
      </w:pPr>
    </w:p>
    <w:tbl>
      <w:tblPr>
        <w:tblW w:w="0" w:type="auto"/>
        <w:jc w:val="center"/>
        <w:tblLook w:val="04A0" w:firstRow="1" w:lastRow="0" w:firstColumn="1" w:lastColumn="0" w:noHBand="0" w:noVBand="1"/>
      </w:tblPr>
      <w:tblGrid>
        <w:gridCol w:w="10488"/>
      </w:tblGrid>
      <w:tr w:rsidR="00105E02" w:rsidRPr="00DA5AE1" w14:paraId="1EA1E5A9" w14:textId="77777777">
        <w:trPr>
          <w:jc w:val="center"/>
        </w:trPr>
        <w:tc>
          <w:tcPr>
            <w:tcW w:w="10488"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tcPr>
          <w:p w14:paraId="45385F04" w14:textId="77777777" w:rsidR="00105E02" w:rsidRPr="00DA5AE1" w:rsidRDefault="00000000">
            <w:pPr>
              <w:spacing w:after="0"/>
              <w:rPr>
                <w:rFonts w:ascii="Times New Roman" w:hAnsi="Times New Roman" w:cs="Times New Roman"/>
                <w:szCs w:val="18"/>
              </w:rPr>
            </w:pPr>
            <w:r w:rsidRPr="00DA5AE1">
              <w:rPr>
                <w:rFonts w:ascii="Times New Roman" w:hAnsi="Times New Roman" w:cs="Times New Roman"/>
                <w:b/>
                <w:szCs w:val="18"/>
              </w:rPr>
              <w:t xml:space="preserve">IMPORTANT INFORMATION: </w:t>
            </w:r>
            <w:r w:rsidRPr="00DA5AE1">
              <w:rPr>
                <w:rFonts w:ascii="Times New Roman" w:hAnsi="Times New Roman" w:cs="Times New Roman"/>
                <w:szCs w:val="18"/>
              </w:rPr>
              <w:t xml:space="preserve">Zero-grant participants are subject to the same selection and mobility procedures as </w:t>
            </w:r>
            <w:proofErr w:type="gramStart"/>
            <w:r w:rsidRPr="00DA5AE1">
              <w:rPr>
                <w:rFonts w:ascii="Times New Roman" w:hAnsi="Times New Roman" w:cs="Times New Roman"/>
                <w:szCs w:val="18"/>
              </w:rPr>
              <w:t>funded</w:t>
            </w:r>
            <w:proofErr w:type="gramEnd"/>
            <w:r w:rsidRPr="00DA5AE1">
              <w:rPr>
                <w:rFonts w:ascii="Times New Roman" w:hAnsi="Times New Roman" w:cs="Times New Roman"/>
                <w:szCs w:val="18"/>
              </w:rPr>
              <w:t xml:space="preserve"> participants. The absence of funding does not remove Erasmus+ status or programme obligations. The total duration of study and traineeship mobilities at the same study cycle, including previous Erasmus+ mobilities and zero-grant periods, may not exceed 12 months.</w:t>
            </w:r>
          </w:p>
        </w:tc>
      </w:tr>
    </w:tbl>
    <w:p w14:paraId="562EC169" w14:textId="77777777" w:rsidR="00DA5AE1" w:rsidRDefault="00DA5AE1">
      <w:pPr>
        <w:spacing w:before="60" w:after="20"/>
        <w:rPr>
          <w:rFonts w:ascii="Times New Roman" w:hAnsi="Times New Roman" w:cs="Times New Roman"/>
          <w:b/>
        </w:rPr>
      </w:pPr>
    </w:p>
    <w:p w14:paraId="34AB84F1" w14:textId="185D55AD" w:rsidR="00DA5AE1" w:rsidRPr="000427FF" w:rsidRDefault="00000000">
      <w:pPr>
        <w:spacing w:before="60" w:after="20"/>
        <w:rPr>
          <w:rFonts w:ascii="Times New Roman" w:hAnsi="Times New Roman" w:cs="Times New Roman"/>
          <w:b/>
          <w:sz w:val="20"/>
          <w:szCs w:val="20"/>
        </w:rPr>
      </w:pPr>
      <w:r w:rsidRPr="00DA5AE1">
        <w:rPr>
          <w:rFonts w:ascii="Times New Roman" w:hAnsi="Times New Roman" w:cs="Times New Roman"/>
          <w:b/>
          <w:sz w:val="20"/>
          <w:szCs w:val="20"/>
        </w:rPr>
        <w:t>STUDENT DECLARATION AND SIGNATURE</w:t>
      </w:r>
    </w:p>
    <w:tbl>
      <w:tblPr>
        <w:tblW w:w="0" w:type="auto"/>
        <w:jc w:val="center"/>
        <w:tblLook w:val="04A0" w:firstRow="1" w:lastRow="0" w:firstColumn="1" w:lastColumn="0" w:noHBand="0" w:noVBand="1"/>
      </w:tblPr>
      <w:tblGrid>
        <w:gridCol w:w="2622"/>
        <w:gridCol w:w="2650"/>
        <w:gridCol w:w="2622"/>
        <w:gridCol w:w="2650"/>
      </w:tblGrid>
      <w:tr w:rsidR="00105E02" w:rsidRPr="00DA5AE1" w14:paraId="3EB96348"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0DB97909"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Full Name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1F65160E"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040BCB0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Date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53780735"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 / …… / 20……</w:t>
            </w:r>
          </w:p>
        </w:tc>
      </w:tr>
      <w:tr w:rsidR="00105E02" w:rsidRPr="00DA5AE1" w14:paraId="6CC848C1"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692291A1"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Signature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6E39AA79" w14:textId="77777777" w:rsidR="00105E02" w:rsidRPr="00DA5AE1" w:rsidRDefault="00105E02">
            <w:pPr>
              <w:spacing w:after="0" w:line="240" w:lineRule="auto"/>
              <w:rPr>
                <w:rFonts w:ascii="Times New Roman" w:hAnsi="Times New Roman" w:cs="Times New Roman"/>
                <w:szCs w:val="18"/>
              </w:rPr>
            </w:pP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354DCDC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Phone Number</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04DB513D"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577705CE"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5A9C0BC6"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E-mail</w:t>
            </w:r>
          </w:p>
        </w:tc>
        <w:tc>
          <w:tcPr>
            <w:tcW w:w="7866" w:type="dxa"/>
            <w:gridSpan w:val="3"/>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2F7C87EB"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07EB4C08"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0C269BF6"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Declaration</w:t>
            </w:r>
          </w:p>
        </w:tc>
        <w:tc>
          <w:tcPr>
            <w:tcW w:w="7866" w:type="dxa"/>
            <w:gridSpan w:val="3"/>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4039E3F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I have read, understood and accepted the statements above.</w:t>
            </w:r>
          </w:p>
        </w:tc>
      </w:tr>
      <w:tr w:rsidR="00DA5AE1" w:rsidRPr="00DA5AE1" w14:paraId="4BDC424E"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2C02F5F2" w14:textId="77777777" w:rsidR="00DA5AE1" w:rsidRPr="00DA5AE1" w:rsidRDefault="00DA5AE1">
            <w:pPr>
              <w:spacing w:after="0" w:line="240" w:lineRule="auto"/>
              <w:rPr>
                <w:rFonts w:ascii="Times New Roman" w:hAnsi="Times New Roman" w:cs="Times New Roman"/>
                <w:b/>
                <w:sz w:val="16"/>
              </w:rPr>
            </w:pPr>
          </w:p>
        </w:tc>
        <w:tc>
          <w:tcPr>
            <w:tcW w:w="7866" w:type="dxa"/>
            <w:gridSpan w:val="3"/>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08A20D13" w14:textId="77777777" w:rsidR="00DA5AE1" w:rsidRPr="00DA5AE1" w:rsidRDefault="00DA5AE1">
            <w:pPr>
              <w:spacing w:after="0" w:line="240" w:lineRule="auto"/>
              <w:rPr>
                <w:rFonts w:ascii="Times New Roman" w:hAnsi="Times New Roman" w:cs="Times New Roman"/>
                <w:sz w:val="16"/>
              </w:rPr>
            </w:pPr>
          </w:p>
        </w:tc>
      </w:tr>
    </w:tbl>
    <w:p w14:paraId="13F07BC3" w14:textId="77777777" w:rsidR="00DA5AE1" w:rsidRDefault="00DA5AE1">
      <w:pPr>
        <w:spacing w:before="60" w:after="20"/>
        <w:rPr>
          <w:rFonts w:ascii="Times New Roman" w:hAnsi="Times New Roman" w:cs="Times New Roman"/>
          <w:b/>
          <w:sz w:val="20"/>
          <w:szCs w:val="20"/>
        </w:rPr>
      </w:pPr>
    </w:p>
    <w:p w14:paraId="63242E8B" w14:textId="4FAC9089" w:rsidR="00DA5AE1" w:rsidRPr="000427FF" w:rsidRDefault="00000000">
      <w:pPr>
        <w:spacing w:before="60" w:after="20"/>
        <w:rPr>
          <w:rFonts w:ascii="Times New Roman" w:hAnsi="Times New Roman" w:cs="Times New Roman"/>
          <w:b/>
          <w:sz w:val="20"/>
          <w:szCs w:val="20"/>
        </w:rPr>
      </w:pPr>
      <w:r w:rsidRPr="00DA5AE1">
        <w:rPr>
          <w:rFonts w:ascii="Times New Roman" w:hAnsi="Times New Roman" w:cs="Times New Roman"/>
          <w:b/>
          <w:sz w:val="20"/>
          <w:szCs w:val="20"/>
        </w:rPr>
        <w:t>ERASMUS+ COORDINATION OFFICE RECORD</w:t>
      </w:r>
    </w:p>
    <w:tbl>
      <w:tblPr>
        <w:tblW w:w="0" w:type="auto"/>
        <w:jc w:val="center"/>
        <w:tblLook w:val="04A0" w:firstRow="1" w:lastRow="0" w:firstColumn="1" w:lastColumn="0" w:noHBand="0" w:noVBand="1"/>
      </w:tblPr>
      <w:tblGrid>
        <w:gridCol w:w="2622"/>
        <w:gridCol w:w="2650"/>
        <w:gridCol w:w="2622"/>
        <w:gridCol w:w="2650"/>
      </w:tblGrid>
      <w:tr w:rsidR="00105E02" w:rsidRPr="00DA5AE1" w14:paraId="1F2438C5"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229C95F9"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Status</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6C323B55"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Zero-grant participation approved   </w:t>
            </w:r>
            <w:r w:rsidRPr="00DA5AE1">
              <w:rPr>
                <w:rFonts w:ascii="Segoe UI Symbol" w:hAnsi="Segoe UI Symbol" w:cs="Segoe UI Symbol"/>
                <w:szCs w:val="18"/>
              </w:rPr>
              <w:t>☐</w:t>
            </w:r>
            <w:r w:rsidRPr="00DA5AE1">
              <w:rPr>
                <w:rFonts w:ascii="Times New Roman" w:hAnsi="Times New Roman" w:cs="Times New Roman"/>
                <w:szCs w:val="18"/>
              </w:rPr>
              <w:t xml:space="preserve"> Not approved</w:t>
            </w: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5E1B2FD3"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Mobility Type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5406ACE9"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Studies   </w:t>
            </w:r>
            <w:r w:rsidRPr="00DA5AE1">
              <w:rPr>
                <w:rFonts w:ascii="Segoe UI Symbol" w:hAnsi="Segoe UI Symbol" w:cs="Segoe UI Symbol"/>
                <w:szCs w:val="18"/>
              </w:rPr>
              <w:t>☐</w:t>
            </w:r>
            <w:r w:rsidRPr="00DA5AE1">
              <w:rPr>
                <w:rFonts w:ascii="Times New Roman" w:hAnsi="Times New Roman" w:cs="Times New Roman"/>
                <w:szCs w:val="18"/>
              </w:rPr>
              <w:t xml:space="preserve"> Traineeships</w:t>
            </w:r>
          </w:p>
        </w:tc>
      </w:tr>
      <w:tr w:rsidR="00105E02" w:rsidRPr="00DA5AE1" w14:paraId="0069CC71"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4BA2940A"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Full Name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37161F7F"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66C31923"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Date / Signature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65A830EC"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bl>
    <w:p w14:paraId="75D4C471" w14:textId="1BA9E19C" w:rsidR="000440BB" w:rsidRPr="00DA5AE1" w:rsidRDefault="0004387A" w:rsidP="0004387A">
      <w:pPr>
        <w:tabs>
          <w:tab w:val="left" w:pos="3370"/>
        </w:tabs>
        <w:rPr>
          <w:rFonts w:ascii="Times New Roman" w:hAnsi="Times New Roman" w:cs="Times New Roman"/>
        </w:rPr>
      </w:pPr>
      <w:r>
        <w:rPr>
          <w:rFonts w:ascii="Times New Roman" w:hAnsi="Times New Roman" w:cs="Times New Roman"/>
        </w:rPr>
        <w:tab/>
      </w:r>
    </w:p>
    <w:sectPr w:rsidR="000440BB" w:rsidRPr="00DA5AE1" w:rsidSect="0004387A">
      <w:headerReference w:type="even" r:id="rId8"/>
      <w:headerReference w:type="default" r:id="rId9"/>
      <w:footerReference w:type="even" r:id="rId10"/>
      <w:footerReference w:type="default" r:id="rId11"/>
      <w:headerReference w:type="first" r:id="rId12"/>
      <w:footerReference w:type="first" r:id="rId13"/>
      <w:pgSz w:w="11906" w:h="16838"/>
      <w:pgMar w:top="425" w:right="709" w:bottom="425" w:left="709" w:header="113"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6F553" w14:textId="77777777" w:rsidR="008271DF" w:rsidRDefault="008271DF">
      <w:pPr>
        <w:spacing w:after="0" w:line="240" w:lineRule="auto"/>
      </w:pPr>
      <w:r>
        <w:separator/>
      </w:r>
    </w:p>
  </w:endnote>
  <w:endnote w:type="continuationSeparator" w:id="0">
    <w:p w14:paraId="338F81CE" w14:textId="77777777" w:rsidR="008271DF" w:rsidRDefault="00827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CE90B" w14:textId="77777777" w:rsidR="0004387A" w:rsidRDefault="0004387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519D" w14:textId="77777777" w:rsidR="00105E02" w:rsidRPr="000427FF" w:rsidRDefault="00000000">
    <w:pPr>
      <w:pStyle w:val="AltBilgi"/>
      <w:jc w:val="center"/>
      <w:rPr>
        <w:sz w:val="16"/>
        <w:szCs w:val="16"/>
      </w:rPr>
    </w:pPr>
    <w:r w:rsidRPr="000427FF">
      <w:rPr>
        <w:color w:val="5E6870"/>
        <w:sz w:val="16"/>
        <w:szCs w:val="16"/>
      </w:rPr>
      <w:t>Şehit Gönenç Street, Maltepe District No: 5, Çankaya/Ankara  |  +90 444 22 28  |  erasmus@ankarabilim.edu.tr  |  www.ankarabilim.edu.tr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247D" w14:textId="77777777" w:rsidR="0004387A" w:rsidRDefault="0004387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B88A7" w14:textId="77777777" w:rsidR="008271DF" w:rsidRDefault="008271DF">
      <w:pPr>
        <w:spacing w:after="0" w:line="240" w:lineRule="auto"/>
      </w:pPr>
      <w:r>
        <w:separator/>
      </w:r>
    </w:p>
  </w:footnote>
  <w:footnote w:type="continuationSeparator" w:id="0">
    <w:p w14:paraId="686CF56A" w14:textId="77777777" w:rsidR="008271DF" w:rsidRDefault="00827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AB90" w14:textId="77777777" w:rsidR="0004387A" w:rsidRDefault="0004387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C376" w14:textId="77777777" w:rsidR="000427FF" w:rsidRDefault="00DA5AE1">
    <w:pPr>
      <w:pStyle w:val="stBilgi"/>
    </w:pPr>
    <w:r>
      <w:t xml:space="preserve">                                                                                                   </w:t>
    </w:r>
  </w:p>
  <w:p w14:paraId="0D9C0132" w14:textId="30395ACE" w:rsidR="00DA5AE1" w:rsidRDefault="000427FF">
    <w:pPr>
      <w:pStyle w:val="stBilgi"/>
    </w:pPr>
    <w:r>
      <w:t xml:space="preserve">                                                                                                    </w:t>
    </w:r>
    <w:r w:rsidR="00DA5AE1">
      <w:t xml:space="preserve">    </w:t>
    </w:r>
    <w:r w:rsidR="00DA5AE1" w:rsidRPr="00DA5AE1">
      <w:rPr>
        <w:rFonts w:ascii="Times New Roman" w:hAnsi="Times New Roman" w:cs="Times New Roman"/>
        <w:noProof/>
      </w:rPr>
      <w:drawing>
        <wp:inline distT="0" distB="0" distL="0" distR="0" wp14:anchorId="14223077" wp14:editId="7EAA0032">
          <wp:extent cx="1365686" cy="2413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1373640" cy="242705"/>
                  </a:xfrm>
                  <a:prstGeom prst="rect">
                    <a:avLst/>
                  </a:prstGeom>
                </pic:spPr>
              </pic:pic>
            </a:graphicData>
          </a:graphic>
        </wp:inline>
      </w:drawing>
    </w:r>
  </w:p>
  <w:p w14:paraId="1DD6BBD5" w14:textId="77777777" w:rsidR="000427FF" w:rsidRDefault="000427F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6BB5" w14:textId="77777777" w:rsidR="0004387A" w:rsidRDefault="0004387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57510369">
    <w:abstractNumId w:val="8"/>
  </w:num>
  <w:num w:numId="2" w16cid:durableId="1502085518">
    <w:abstractNumId w:val="6"/>
  </w:num>
  <w:num w:numId="3" w16cid:durableId="569929932">
    <w:abstractNumId w:val="5"/>
  </w:num>
  <w:num w:numId="4" w16cid:durableId="1480683938">
    <w:abstractNumId w:val="4"/>
  </w:num>
  <w:num w:numId="5" w16cid:durableId="1633902883">
    <w:abstractNumId w:val="7"/>
  </w:num>
  <w:num w:numId="6" w16cid:durableId="793407818">
    <w:abstractNumId w:val="3"/>
  </w:num>
  <w:num w:numId="7" w16cid:durableId="2092268556">
    <w:abstractNumId w:val="2"/>
  </w:num>
  <w:num w:numId="8" w16cid:durableId="1775052951">
    <w:abstractNumId w:val="1"/>
  </w:num>
  <w:num w:numId="9" w16cid:durableId="247466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7FF"/>
    <w:rsid w:val="0004387A"/>
    <w:rsid w:val="000440BB"/>
    <w:rsid w:val="0006063C"/>
    <w:rsid w:val="00105E02"/>
    <w:rsid w:val="0015074B"/>
    <w:rsid w:val="0029639D"/>
    <w:rsid w:val="00326F90"/>
    <w:rsid w:val="00516B75"/>
    <w:rsid w:val="008271DF"/>
    <w:rsid w:val="00A47223"/>
    <w:rsid w:val="00AA1D8D"/>
    <w:rsid w:val="00B35562"/>
    <w:rsid w:val="00B47730"/>
    <w:rsid w:val="00CB0664"/>
    <w:rsid w:val="00DA5A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AF67E8"/>
  <w14:defaultImageDpi w14:val="300"/>
  <w15:docId w15:val="{AC8E52A5-D176-4EA8-8B6B-AE778B77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Title"/>
    <w:rPr>
      <w:rFonts w:ascii="Calibri" w:hAnsi="Calibri"/>
      <w:b/>
      <w:color w:val="173B5E"/>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398</Words>
  <Characters>2271</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4</cp:revision>
  <dcterms:created xsi:type="dcterms:W3CDTF">2013-12-23T23:15:00Z</dcterms:created>
  <dcterms:modified xsi:type="dcterms:W3CDTF">2026-08-04T06:35:00Z</dcterms:modified>
  <cp:category/>
</cp:coreProperties>
</file>