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B127A" w14:textId="1A05F082" w:rsidR="00B52615" w:rsidRDefault="00B52615">
      <w:pPr>
        <w:spacing w:after="20"/>
        <w:jc w:val="center"/>
        <w:rPr>
          <w:rFonts w:ascii="Times New Roman" w:hAnsi="Times New Roman" w:cs="Times New Roman"/>
        </w:rPr>
      </w:pPr>
    </w:p>
    <w:p w14:paraId="617EBB15" w14:textId="23E0D526" w:rsidR="003A2F41" w:rsidRPr="008444E1" w:rsidRDefault="008444E1">
      <w:pPr>
        <w:spacing w:after="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4E1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6A209514" w14:textId="448ACF20" w:rsidR="00B52615" w:rsidRPr="003A2F41" w:rsidRDefault="00000000">
      <w:pPr>
        <w:spacing w:after="0"/>
        <w:jc w:val="center"/>
        <w:rPr>
          <w:rFonts w:ascii="Times New Roman" w:hAnsi="Times New Roman" w:cs="Times New Roman"/>
        </w:rPr>
      </w:pPr>
      <w:r w:rsidRPr="003A2F41">
        <w:rPr>
          <w:rFonts w:ascii="Times New Roman" w:hAnsi="Times New Roman" w:cs="Times New Roman"/>
          <w:b/>
          <w:sz w:val="24"/>
        </w:rPr>
        <w:t xml:space="preserve">ANKARA </w:t>
      </w:r>
      <w:r w:rsidR="003A2F41">
        <w:rPr>
          <w:rFonts w:ascii="Times New Roman" w:hAnsi="Times New Roman" w:cs="Times New Roman"/>
          <w:b/>
          <w:sz w:val="24"/>
        </w:rPr>
        <w:t xml:space="preserve">BİLİM </w:t>
      </w:r>
      <w:r w:rsidRPr="003A2F41">
        <w:rPr>
          <w:rFonts w:ascii="Times New Roman" w:hAnsi="Times New Roman" w:cs="Times New Roman"/>
          <w:b/>
          <w:sz w:val="24"/>
        </w:rPr>
        <w:t>UNIVERSITY</w:t>
      </w:r>
    </w:p>
    <w:p w14:paraId="7F041A65" w14:textId="77777777" w:rsidR="00B52615" w:rsidRDefault="00000000">
      <w:pPr>
        <w:spacing w:after="0"/>
        <w:jc w:val="center"/>
        <w:rPr>
          <w:rFonts w:ascii="Times New Roman" w:hAnsi="Times New Roman" w:cs="Times New Roman"/>
          <w:b/>
          <w:sz w:val="22"/>
        </w:rPr>
      </w:pPr>
      <w:r w:rsidRPr="003A2F41">
        <w:rPr>
          <w:rFonts w:ascii="Times New Roman" w:hAnsi="Times New Roman" w:cs="Times New Roman"/>
          <w:b/>
          <w:sz w:val="22"/>
        </w:rPr>
        <w:t>ERASMUS+ COORDINATION OFFICE</w:t>
      </w:r>
    </w:p>
    <w:p w14:paraId="11B85D35" w14:textId="77777777" w:rsidR="003A2F41" w:rsidRPr="003A2F41" w:rsidRDefault="003A2F41">
      <w:pPr>
        <w:spacing w:after="0"/>
        <w:jc w:val="center"/>
        <w:rPr>
          <w:rFonts w:ascii="Times New Roman" w:hAnsi="Times New Roman" w:cs="Times New Roman"/>
        </w:rPr>
      </w:pPr>
    </w:p>
    <w:p w14:paraId="10157530" w14:textId="77777777" w:rsidR="00B52615" w:rsidRDefault="00000000">
      <w:pPr>
        <w:pStyle w:val="NominationTitle"/>
        <w:spacing w:before="140" w:after="160"/>
        <w:jc w:val="center"/>
        <w:rPr>
          <w:rFonts w:ascii="Times New Roman" w:hAnsi="Times New Roman" w:cs="Times New Roman"/>
          <w:color w:val="auto"/>
        </w:rPr>
      </w:pPr>
      <w:r w:rsidRPr="003A2F41">
        <w:rPr>
          <w:rFonts w:ascii="Times New Roman" w:hAnsi="Times New Roman" w:cs="Times New Roman"/>
          <w:color w:val="auto"/>
        </w:rPr>
        <w:t>ERASMUS+ STUDENT MOBILITY NOMINATION LETTER</w:t>
      </w:r>
    </w:p>
    <w:p w14:paraId="6F55A378" w14:textId="77777777" w:rsidR="003A2F41" w:rsidRPr="003A2F41" w:rsidRDefault="003A2F41">
      <w:pPr>
        <w:pStyle w:val="NominationTitle"/>
        <w:spacing w:before="140" w:after="160"/>
        <w:jc w:val="center"/>
        <w:rPr>
          <w:rFonts w:ascii="Times New Roman" w:hAnsi="Times New Roman" w:cs="Times New Roman"/>
          <w:color w:val="auto"/>
        </w:rPr>
      </w:pPr>
    </w:p>
    <w:p w14:paraId="223D7C78" w14:textId="77777777" w:rsidR="00B52615" w:rsidRPr="003A2F41" w:rsidRDefault="00000000">
      <w:pPr>
        <w:spacing w:after="120"/>
        <w:rPr>
          <w:rFonts w:ascii="Times New Roman" w:hAnsi="Times New Roman" w:cs="Times New Roman"/>
        </w:rPr>
      </w:pPr>
      <w:r w:rsidRPr="003A2F41">
        <w:rPr>
          <w:rFonts w:ascii="Times New Roman" w:hAnsi="Times New Roman" w:cs="Times New Roman"/>
          <w:b/>
          <w:sz w:val="21"/>
        </w:rPr>
        <w:t>To Whom It May Concern,</w:t>
      </w:r>
    </w:p>
    <w:p w14:paraId="21415366" w14:textId="2F6B2C67" w:rsidR="004B1EE4" w:rsidRPr="003A2F41" w:rsidRDefault="00000000" w:rsidP="00944B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2F41">
        <w:rPr>
          <w:rFonts w:ascii="Times New Roman" w:hAnsi="Times New Roman" w:cs="Times New Roman"/>
        </w:rPr>
        <w:t xml:space="preserve">This letter is to officially confirm that Ankara </w:t>
      </w:r>
      <w:r w:rsidR="00944B55">
        <w:rPr>
          <w:rFonts w:ascii="Times New Roman" w:hAnsi="Times New Roman" w:cs="Times New Roman"/>
        </w:rPr>
        <w:t>Bilim</w:t>
      </w:r>
      <w:r w:rsidRPr="003A2F41">
        <w:rPr>
          <w:rFonts w:ascii="Times New Roman" w:hAnsi="Times New Roman" w:cs="Times New Roman"/>
        </w:rPr>
        <w:t xml:space="preserve"> University nominates </w:t>
      </w:r>
      <w:r w:rsidR="004B1EE4" w:rsidRPr="004B1EE4">
        <w:rPr>
          <w:rFonts w:ascii="Times New Roman" w:hAnsi="Times New Roman" w:cs="Times New Roman"/>
        </w:rPr>
        <w:t>HIDAYAH ADEL ALI</w:t>
      </w:r>
      <w:r w:rsidR="004B1EE4">
        <w:rPr>
          <w:rFonts w:ascii="Times New Roman" w:hAnsi="Times New Roman" w:cs="Times New Roman"/>
        </w:rPr>
        <w:t xml:space="preserve"> </w:t>
      </w:r>
      <w:r w:rsidR="004B1EE4" w:rsidRPr="004B1EE4">
        <w:rPr>
          <w:rFonts w:ascii="Times New Roman" w:hAnsi="Times New Roman" w:cs="Times New Roman"/>
        </w:rPr>
        <w:t>ABOULSAOUD</w:t>
      </w:r>
    </w:p>
    <w:p w14:paraId="2BDCCCC1" w14:textId="7B4CF534" w:rsidR="00B52615" w:rsidRPr="003A2F41" w:rsidRDefault="00000000" w:rsidP="00944B55">
      <w:pPr>
        <w:spacing w:after="120" w:line="259" w:lineRule="auto"/>
        <w:jc w:val="both"/>
        <w:rPr>
          <w:rFonts w:ascii="Times New Roman" w:hAnsi="Times New Roman" w:cs="Times New Roman"/>
        </w:rPr>
      </w:pPr>
      <w:r w:rsidRPr="003A2F41">
        <w:rPr>
          <w:rFonts w:ascii="Times New Roman" w:hAnsi="Times New Roman" w:cs="Times New Roman"/>
        </w:rPr>
        <w:t xml:space="preserve"> for the Erasmus+ Student Mobility indicated in this document at</w:t>
      </w:r>
      <w:r w:rsidR="004B1EE4" w:rsidRPr="004B1EE4">
        <w:rPr>
          <w:rFonts w:ascii="Times New Roman" w:hAnsi="Times New Roman" w:cs="Times New Roman"/>
        </w:rPr>
        <w:t xml:space="preserve"> UNIVERSITATEA POLITEHNICA TIMISOARA</w:t>
      </w:r>
      <w:r w:rsidRPr="003A2F41">
        <w:rPr>
          <w:rFonts w:ascii="Times New Roman" w:hAnsi="Times New Roman" w:cs="Times New Roman"/>
        </w:rPr>
        <w:t>, during the [2</w:t>
      </w:r>
      <w:r w:rsidR="004B1EE4">
        <w:rPr>
          <w:rFonts w:ascii="Times New Roman" w:hAnsi="Times New Roman" w:cs="Times New Roman"/>
        </w:rPr>
        <w:t>026</w:t>
      </w:r>
      <w:r w:rsidRPr="003A2F41">
        <w:rPr>
          <w:rFonts w:ascii="Times New Roman" w:hAnsi="Times New Roman" w:cs="Times New Roman"/>
        </w:rPr>
        <w:t>–2</w:t>
      </w:r>
      <w:r w:rsidR="004B1EE4">
        <w:rPr>
          <w:rFonts w:ascii="Times New Roman" w:hAnsi="Times New Roman" w:cs="Times New Roman"/>
        </w:rPr>
        <w:t>027</w:t>
      </w:r>
      <w:r w:rsidRPr="003A2F41">
        <w:rPr>
          <w:rFonts w:ascii="Times New Roman" w:hAnsi="Times New Roman" w:cs="Times New Roman"/>
        </w:rPr>
        <w:t xml:space="preserve">] </w:t>
      </w:r>
      <w:r w:rsidR="004B1EE4">
        <w:rPr>
          <w:rFonts w:ascii="Times New Roman" w:hAnsi="Times New Roman" w:cs="Times New Roman"/>
        </w:rPr>
        <w:t xml:space="preserve">Fall Semester </w:t>
      </w:r>
      <w:r w:rsidRPr="003A2F41">
        <w:rPr>
          <w:rFonts w:ascii="Times New Roman" w:hAnsi="Times New Roman" w:cs="Times New Roman"/>
        </w:rPr>
        <w:t>Academic Year.</w:t>
      </w:r>
    </w:p>
    <w:p w14:paraId="50A7D4B0" w14:textId="08E1D2F4" w:rsidR="00B52615" w:rsidRDefault="00000000">
      <w:pPr>
        <w:spacing w:after="120" w:line="259" w:lineRule="auto"/>
        <w:jc w:val="both"/>
        <w:rPr>
          <w:rFonts w:ascii="Times New Roman" w:hAnsi="Times New Roman" w:cs="Times New Roman"/>
        </w:rPr>
      </w:pPr>
      <w:r w:rsidRPr="003A2F41">
        <w:rPr>
          <w:rFonts w:ascii="Times New Roman" w:hAnsi="Times New Roman" w:cs="Times New Roman"/>
        </w:rPr>
        <w:t xml:space="preserve">The student has successfully completed the institutional selection process conducted by Ankara </w:t>
      </w:r>
      <w:r w:rsidR="003A2F41">
        <w:rPr>
          <w:rFonts w:ascii="Times New Roman" w:hAnsi="Times New Roman" w:cs="Times New Roman"/>
        </w:rPr>
        <w:t>Bilim</w:t>
      </w:r>
      <w:r w:rsidRPr="003A2F41">
        <w:rPr>
          <w:rFonts w:ascii="Times New Roman" w:hAnsi="Times New Roman" w:cs="Times New Roman"/>
        </w:rPr>
        <w:t xml:space="preserve"> University and has been selected in accordance with the applicable Erasmus+ rules and the relevant call for applications.</w:t>
      </w:r>
    </w:p>
    <w:p w14:paraId="6BB114E9" w14:textId="77777777" w:rsidR="003A2F41" w:rsidRPr="003A2F41" w:rsidRDefault="003A2F41">
      <w:pPr>
        <w:spacing w:after="120" w:line="259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52615" w:rsidRPr="003A2F41" w14:paraId="7653D179" w14:textId="77777777">
        <w:trPr>
          <w:jc w:val="center"/>
        </w:trPr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shd w:val="clear" w:color="auto" w:fill="EAF1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1975634" w14:textId="77777777" w:rsidR="00B52615" w:rsidRPr="003A2F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F41">
              <w:rPr>
                <w:rFonts w:ascii="Times New Roman" w:hAnsi="Times New Roman" w:cs="Times New Roman"/>
                <w:b/>
                <w:sz w:val="17"/>
              </w:rPr>
              <w:t>Full Name</w:t>
            </w:r>
          </w:p>
        </w:tc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5D2E2CE" w14:textId="016F4767" w:rsidR="00B52615" w:rsidRPr="003A2F41" w:rsidRDefault="00B526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52615" w:rsidRPr="003A2F41" w14:paraId="2E3F3D7A" w14:textId="77777777">
        <w:trPr>
          <w:jc w:val="center"/>
        </w:trPr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shd w:val="clear" w:color="auto" w:fill="EAF1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8980A98" w14:textId="77777777" w:rsidR="00B52615" w:rsidRPr="003A2F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F41">
              <w:rPr>
                <w:rFonts w:ascii="Times New Roman" w:hAnsi="Times New Roman" w:cs="Times New Roman"/>
                <w:b/>
                <w:sz w:val="17"/>
              </w:rPr>
              <w:t>Student ID Number</w:t>
            </w:r>
          </w:p>
        </w:tc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BDB119B" w14:textId="2BEB6ADC" w:rsidR="00B52615" w:rsidRPr="003A2F41" w:rsidRDefault="00B526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52615" w:rsidRPr="003A2F41" w14:paraId="0105D769" w14:textId="77777777">
        <w:trPr>
          <w:jc w:val="center"/>
        </w:trPr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shd w:val="clear" w:color="auto" w:fill="EAF1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B2646D0" w14:textId="77777777" w:rsidR="00B52615" w:rsidRPr="003A2F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F41">
              <w:rPr>
                <w:rFonts w:ascii="Times New Roman" w:hAnsi="Times New Roman" w:cs="Times New Roman"/>
                <w:b/>
                <w:sz w:val="17"/>
              </w:rPr>
              <w:t>Faculty / School / Institute</w:t>
            </w:r>
          </w:p>
        </w:tc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6777D12" w14:textId="2B6A6683" w:rsidR="00B52615" w:rsidRPr="003A2F41" w:rsidRDefault="00B526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52615" w:rsidRPr="003A2F41" w14:paraId="26B488DB" w14:textId="77777777">
        <w:trPr>
          <w:jc w:val="center"/>
        </w:trPr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shd w:val="clear" w:color="auto" w:fill="EAF1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8258FA4" w14:textId="77777777" w:rsidR="00B52615" w:rsidRPr="003A2F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F41">
              <w:rPr>
                <w:rFonts w:ascii="Times New Roman" w:hAnsi="Times New Roman" w:cs="Times New Roman"/>
                <w:b/>
                <w:sz w:val="17"/>
              </w:rPr>
              <w:t xml:space="preserve">Department / </w:t>
            </w:r>
            <w:proofErr w:type="spellStart"/>
            <w:r w:rsidRPr="003A2F41">
              <w:rPr>
                <w:rFonts w:ascii="Times New Roman" w:hAnsi="Times New Roman" w:cs="Times New Roman"/>
                <w:b/>
                <w:sz w:val="17"/>
              </w:rPr>
              <w:t>Programme</w:t>
            </w:r>
            <w:proofErr w:type="spellEnd"/>
          </w:p>
        </w:tc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4045EC5" w14:textId="7AD3D39F" w:rsidR="00B52615" w:rsidRPr="003A2F41" w:rsidRDefault="00B526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52615" w:rsidRPr="003A2F41" w14:paraId="0C5B8009" w14:textId="77777777">
        <w:trPr>
          <w:jc w:val="center"/>
        </w:trPr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shd w:val="clear" w:color="auto" w:fill="EAF1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6F2F280" w14:textId="77777777" w:rsidR="00B52615" w:rsidRPr="003A2F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F41">
              <w:rPr>
                <w:rFonts w:ascii="Times New Roman" w:hAnsi="Times New Roman" w:cs="Times New Roman"/>
                <w:b/>
                <w:sz w:val="17"/>
              </w:rPr>
              <w:t>Study Cycle</w:t>
            </w:r>
          </w:p>
        </w:tc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14E1A80" w14:textId="1CDA3945" w:rsidR="00B52615" w:rsidRPr="003A2F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F41">
              <w:rPr>
                <w:rFonts w:ascii="Segoe UI Symbol" w:hAnsi="Segoe UI Symbol" w:cs="Segoe UI Symbol"/>
                <w:sz w:val="17"/>
              </w:rPr>
              <w:t>☐</w:t>
            </w:r>
            <w:r w:rsidRPr="003A2F41">
              <w:rPr>
                <w:rFonts w:ascii="Times New Roman" w:hAnsi="Times New Roman" w:cs="Times New Roman"/>
                <w:sz w:val="17"/>
              </w:rPr>
              <w:t xml:space="preserve"> Short Cycle   </w:t>
            </w:r>
            <w:r w:rsidR="002B444E" w:rsidRPr="003A2F41">
              <w:rPr>
                <w:rFonts w:ascii="Segoe UI Symbol" w:hAnsi="Segoe UI Symbol" w:cs="Segoe UI Symbol"/>
                <w:sz w:val="17"/>
              </w:rPr>
              <w:t>☐</w:t>
            </w:r>
            <w:r w:rsidRPr="003A2F41">
              <w:rPr>
                <w:rFonts w:ascii="Times New Roman" w:hAnsi="Times New Roman" w:cs="Times New Roman"/>
                <w:sz w:val="17"/>
              </w:rPr>
              <w:t xml:space="preserve"> Bachelor's   </w:t>
            </w:r>
            <w:r w:rsidRPr="003A2F41">
              <w:rPr>
                <w:rFonts w:ascii="Segoe UI Symbol" w:hAnsi="Segoe UI Symbol" w:cs="Segoe UI Symbol"/>
                <w:sz w:val="17"/>
              </w:rPr>
              <w:t>☐</w:t>
            </w:r>
            <w:r w:rsidRPr="003A2F41">
              <w:rPr>
                <w:rFonts w:ascii="Times New Roman" w:hAnsi="Times New Roman" w:cs="Times New Roman"/>
                <w:sz w:val="17"/>
              </w:rPr>
              <w:t xml:space="preserve"> Master's   </w:t>
            </w:r>
            <w:r w:rsidRPr="003A2F41">
              <w:rPr>
                <w:rFonts w:ascii="Segoe UI Symbol" w:hAnsi="Segoe UI Symbol" w:cs="Segoe UI Symbol"/>
                <w:sz w:val="17"/>
              </w:rPr>
              <w:t>☐</w:t>
            </w:r>
            <w:r w:rsidRPr="003A2F41">
              <w:rPr>
                <w:rFonts w:ascii="Times New Roman" w:hAnsi="Times New Roman" w:cs="Times New Roman"/>
                <w:sz w:val="17"/>
              </w:rPr>
              <w:t xml:space="preserve"> Doctorate</w:t>
            </w:r>
          </w:p>
        </w:tc>
      </w:tr>
      <w:tr w:rsidR="00B52615" w:rsidRPr="003A2F41" w14:paraId="6FE766B5" w14:textId="77777777">
        <w:trPr>
          <w:jc w:val="center"/>
        </w:trPr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shd w:val="clear" w:color="auto" w:fill="EAF1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D4BA373" w14:textId="77777777" w:rsidR="00B52615" w:rsidRPr="003A2F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F41">
              <w:rPr>
                <w:rFonts w:ascii="Times New Roman" w:hAnsi="Times New Roman" w:cs="Times New Roman"/>
                <w:b/>
                <w:sz w:val="17"/>
              </w:rPr>
              <w:t>E-mail Address</w:t>
            </w:r>
          </w:p>
        </w:tc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9CA45DF" w14:textId="04F23618" w:rsidR="00B52615" w:rsidRPr="003A2F41" w:rsidRDefault="002B4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7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  <w:sz w:val="17"/>
              </w:rPr>
              <w:t>…..</w:t>
            </w:r>
            <w:proofErr w:type="gramEnd"/>
            <w:r w:rsidR="004B1EE4">
              <w:rPr>
                <w:rFonts w:ascii="Times New Roman" w:hAnsi="Times New Roman" w:cs="Times New Roman"/>
              </w:rPr>
              <w:t>@ankarabilim.edu.tr</w:t>
            </w:r>
          </w:p>
        </w:tc>
      </w:tr>
      <w:tr w:rsidR="00B52615" w:rsidRPr="003A2F41" w14:paraId="2187965A" w14:textId="77777777">
        <w:trPr>
          <w:jc w:val="center"/>
        </w:trPr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shd w:val="clear" w:color="auto" w:fill="EAF1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B5C20C5" w14:textId="77777777" w:rsidR="00B52615" w:rsidRPr="003A2F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F41">
              <w:rPr>
                <w:rFonts w:ascii="Times New Roman" w:hAnsi="Times New Roman" w:cs="Times New Roman"/>
                <w:b/>
                <w:sz w:val="17"/>
              </w:rPr>
              <w:t>Mobility Type</w:t>
            </w:r>
          </w:p>
        </w:tc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861F883" w14:textId="2DF373A3" w:rsidR="00B52615" w:rsidRPr="003A2F41" w:rsidRDefault="002B44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F41">
              <w:rPr>
                <w:rFonts w:ascii="Segoe UI Symbol" w:hAnsi="Segoe UI Symbol" w:cs="Segoe UI Symbol"/>
                <w:sz w:val="17"/>
              </w:rPr>
              <w:t>☐</w:t>
            </w:r>
            <w:r w:rsidR="004B1EE4" w:rsidRPr="003A2F41">
              <w:rPr>
                <w:rFonts w:ascii="Times New Roman" w:hAnsi="Times New Roman" w:cs="Times New Roman"/>
                <w:sz w:val="17"/>
              </w:rPr>
              <w:t xml:space="preserve"> Student Mobility for Studies   </w:t>
            </w:r>
            <w:r w:rsidR="004B1EE4" w:rsidRPr="003A2F41">
              <w:rPr>
                <w:rFonts w:ascii="Segoe UI Symbol" w:hAnsi="Segoe UI Symbol" w:cs="Segoe UI Symbol"/>
                <w:sz w:val="17"/>
              </w:rPr>
              <w:t>☐</w:t>
            </w:r>
            <w:r w:rsidR="004B1EE4" w:rsidRPr="003A2F41">
              <w:rPr>
                <w:rFonts w:ascii="Times New Roman" w:hAnsi="Times New Roman" w:cs="Times New Roman"/>
                <w:sz w:val="17"/>
              </w:rPr>
              <w:t xml:space="preserve"> Student Mobility for Traineeships</w:t>
            </w:r>
          </w:p>
        </w:tc>
      </w:tr>
      <w:tr w:rsidR="00B52615" w:rsidRPr="003A2F41" w14:paraId="154B44A9" w14:textId="77777777">
        <w:trPr>
          <w:jc w:val="center"/>
        </w:trPr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shd w:val="clear" w:color="auto" w:fill="EAF1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99FCF96" w14:textId="77777777" w:rsidR="00B52615" w:rsidRPr="003A2F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F41">
              <w:rPr>
                <w:rFonts w:ascii="Times New Roman" w:hAnsi="Times New Roman" w:cs="Times New Roman"/>
                <w:b/>
                <w:sz w:val="17"/>
              </w:rPr>
              <w:t xml:space="preserve">Host Institution / </w:t>
            </w:r>
            <w:proofErr w:type="spellStart"/>
            <w:r w:rsidRPr="003A2F41">
              <w:rPr>
                <w:rFonts w:ascii="Times New Roman" w:hAnsi="Times New Roman" w:cs="Times New Roman"/>
                <w:b/>
                <w:sz w:val="17"/>
              </w:rPr>
              <w:t>Organisation</w:t>
            </w:r>
            <w:proofErr w:type="spellEnd"/>
          </w:p>
        </w:tc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2EBA5FA" w14:textId="2BE20A53" w:rsidR="00B52615" w:rsidRPr="003A2F41" w:rsidRDefault="00B526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52615" w:rsidRPr="003A2F41" w14:paraId="1A291404" w14:textId="77777777">
        <w:trPr>
          <w:jc w:val="center"/>
        </w:trPr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shd w:val="clear" w:color="auto" w:fill="EAF1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395BCE6" w14:textId="77777777" w:rsidR="00B52615" w:rsidRPr="003A2F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F41">
              <w:rPr>
                <w:rFonts w:ascii="Times New Roman" w:hAnsi="Times New Roman" w:cs="Times New Roman"/>
                <w:b/>
                <w:sz w:val="17"/>
              </w:rPr>
              <w:t>Host Institution Erasmus Code (if applicable)</w:t>
            </w:r>
          </w:p>
        </w:tc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27C6B32" w14:textId="6C7A537E" w:rsidR="00B52615" w:rsidRPr="003A2F41" w:rsidRDefault="00B526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52615" w:rsidRPr="003A2F41" w14:paraId="6990C7ED" w14:textId="77777777">
        <w:trPr>
          <w:jc w:val="center"/>
        </w:trPr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shd w:val="clear" w:color="auto" w:fill="EAF1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4F18F6E" w14:textId="77777777" w:rsidR="00B52615" w:rsidRPr="003A2F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F41">
              <w:rPr>
                <w:rFonts w:ascii="Times New Roman" w:hAnsi="Times New Roman" w:cs="Times New Roman"/>
                <w:b/>
                <w:sz w:val="17"/>
              </w:rPr>
              <w:t>Country and Planned Mobility Period</w:t>
            </w:r>
          </w:p>
        </w:tc>
        <w:tc>
          <w:tcPr>
            <w:tcW w:w="5074" w:type="dxa"/>
            <w:tcBorders>
              <w:top w:val="single" w:sz="6" w:space="0" w:color="9EAFBB"/>
              <w:left w:val="single" w:sz="6" w:space="0" w:color="9EAFBB"/>
              <w:bottom w:val="single" w:sz="6" w:space="0" w:color="9EAFBB"/>
              <w:right w:val="single" w:sz="6" w:space="0" w:color="9EAFBB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2184EB8" w14:textId="4641FC56" w:rsidR="00B52615" w:rsidRPr="003A2F41" w:rsidRDefault="00B5261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BE840C1" w14:textId="77777777" w:rsidR="003A2F41" w:rsidRDefault="003A2F41">
      <w:pPr>
        <w:spacing w:before="80" w:after="40"/>
        <w:jc w:val="both"/>
        <w:rPr>
          <w:rFonts w:ascii="Times New Roman" w:hAnsi="Times New Roman" w:cs="Times New Roman"/>
          <w:sz w:val="18"/>
        </w:rPr>
      </w:pPr>
    </w:p>
    <w:p w14:paraId="7252BC31" w14:textId="19D82544" w:rsidR="00B52615" w:rsidRPr="00B23489" w:rsidRDefault="00000000" w:rsidP="004B1EE4">
      <w:pPr>
        <w:spacing w:before="80" w:after="40"/>
        <w:jc w:val="both"/>
        <w:rPr>
          <w:rFonts w:ascii="Times New Roman" w:hAnsi="Times New Roman" w:cs="Times New Roman"/>
          <w:szCs w:val="20"/>
        </w:rPr>
      </w:pPr>
      <w:r w:rsidRPr="00B23489">
        <w:rPr>
          <w:rFonts w:ascii="Times New Roman" w:hAnsi="Times New Roman" w:cs="Times New Roman"/>
          <w:szCs w:val="20"/>
        </w:rPr>
        <w:t xml:space="preserve">This nomination confirms the student's official selection and nomination by Ankara </w:t>
      </w:r>
      <w:r w:rsidR="003A2F41" w:rsidRPr="00B23489">
        <w:rPr>
          <w:rFonts w:ascii="Times New Roman" w:hAnsi="Times New Roman" w:cs="Times New Roman"/>
          <w:szCs w:val="20"/>
        </w:rPr>
        <w:t>Bilim</w:t>
      </w:r>
      <w:r w:rsidRPr="00B23489">
        <w:rPr>
          <w:rFonts w:ascii="Times New Roman" w:hAnsi="Times New Roman" w:cs="Times New Roman"/>
          <w:szCs w:val="20"/>
        </w:rPr>
        <w:t xml:space="preserve"> University. Final acceptance remains subject to the application requirements, deadlines and approval procedures of the host institution or </w:t>
      </w:r>
      <w:proofErr w:type="spellStart"/>
      <w:r w:rsidRPr="00B23489">
        <w:rPr>
          <w:rFonts w:ascii="Times New Roman" w:hAnsi="Times New Roman" w:cs="Times New Roman"/>
          <w:szCs w:val="20"/>
        </w:rPr>
        <w:t>organisation</w:t>
      </w:r>
      <w:proofErr w:type="spellEnd"/>
      <w:r w:rsidRPr="00B23489">
        <w:rPr>
          <w:rFonts w:ascii="Times New Roman" w:hAnsi="Times New Roman" w:cs="Times New Roman"/>
          <w:szCs w:val="20"/>
        </w:rPr>
        <w:t>.</w:t>
      </w:r>
    </w:p>
    <w:p w14:paraId="6B0A8F9F" w14:textId="77777777" w:rsidR="00B52615" w:rsidRPr="00B23489" w:rsidRDefault="00000000" w:rsidP="004B1EE4">
      <w:pPr>
        <w:spacing w:before="80" w:after="40"/>
        <w:jc w:val="both"/>
        <w:rPr>
          <w:rFonts w:ascii="Times New Roman" w:hAnsi="Times New Roman" w:cs="Times New Roman"/>
          <w:szCs w:val="20"/>
        </w:rPr>
      </w:pPr>
      <w:r w:rsidRPr="00B23489">
        <w:rPr>
          <w:rFonts w:ascii="Times New Roman" w:hAnsi="Times New Roman" w:cs="Times New Roman"/>
          <w:szCs w:val="20"/>
        </w:rPr>
        <w:t>For traineeship mobility, this nomination letter does not replace the acceptance letter or the Learning Agreement for Traineeships.</w:t>
      </w:r>
    </w:p>
    <w:p w14:paraId="519033E4" w14:textId="121C9B49" w:rsidR="003A2F41" w:rsidRPr="00B23489" w:rsidRDefault="00000000" w:rsidP="004B1EE4">
      <w:pPr>
        <w:spacing w:before="80" w:after="40"/>
        <w:jc w:val="both"/>
        <w:rPr>
          <w:rFonts w:ascii="Times New Roman" w:hAnsi="Times New Roman" w:cs="Times New Roman"/>
          <w:szCs w:val="20"/>
        </w:rPr>
      </w:pPr>
      <w:r w:rsidRPr="00B23489">
        <w:rPr>
          <w:rFonts w:ascii="Times New Roman" w:hAnsi="Times New Roman" w:cs="Times New Roman"/>
          <w:szCs w:val="20"/>
        </w:rPr>
        <w:t>Please contact the Ankara Science University Erasmus+ Coordination Office should you require any additional information.</w:t>
      </w:r>
    </w:p>
    <w:p w14:paraId="4F3E6FB7" w14:textId="77777777" w:rsidR="004B1EE4" w:rsidRPr="00B23489" w:rsidRDefault="004B1EE4" w:rsidP="004B1EE4">
      <w:pPr>
        <w:spacing w:before="80" w:after="40"/>
        <w:jc w:val="both"/>
        <w:rPr>
          <w:rFonts w:ascii="Times New Roman" w:hAnsi="Times New Roman" w:cs="Times New Roman"/>
          <w:szCs w:val="20"/>
        </w:rPr>
      </w:pPr>
    </w:p>
    <w:p w14:paraId="73356C57" w14:textId="77777777" w:rsidR="00B52615" w:rsidRPr="00B23489" w:rsidRDefault="00000000">
      <w:pPr>
        <w:spacing w:before="120" w:after="120"/>
        <w:rPr>
          <w:rFonts w:ascii="Times New Roman" w:hAnsi="Times New Roman" w:cs="Times New Roman"/>
          <w:szCs w:val="20"/>
        </w:rPr>
      </w:pPr>
      <w:r w:rsidRPr="00B23489">
        <w:rPr>
          <w:rFonts w:ascii="Times New Roman" w:hAnsi="Times New Roman" w:cs="Times New Roman"/>
          <w:szCs w:val="20"/>
        </w:rPr>
        <w:t>Yours faithfully,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52615" w:rsidRPr="003A2F41" w14:paraId="1DA056B2" w14:textId="77777777">
        <w:trPr>
          <w:jc w:val="center"/>
        </w:trPr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tcMar>
              <w:top w:w="22" w:type="dxa"/>
              <w:left w:w="0" w:type="dxa"/>
              <w:bottom w:w="22" w:type="dxa"/>
              <w:right w:w="0" w:type="dxa"/>
            </w:tcMar>
            <w:vAlign w:val="center"/>
          </w:tcPr>
          <w:p w14:paraId="22F97802" w14:textId="77777777" w:rsidR="00944B55" w:rsidRDefault="00944B55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sz w:val="19"/>
              </w:rPr>
              <w:t>31.07.2026</w:t>
            </w:r>
          </w:p>
          <w:p w14:paraId="0972A6FD" w14:textId="77777777" w:rsidR="00944B55" w:rsidRDefault="00944B55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</w:p>
          <w:p w14:paraId="7EDE3273" w14:textId="6385591F" w:rsidR="00944B55" w:rsidRDefault="00944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44B55">
              <w:rPr>
                <w:rFonts w:ascii="Times New Roman" w:hAnsi="Times New Roman" w:cs="Times New Roman"/>
                <w:b/>
                <w:bCs/>
              </w:rPr>
              <w:t>Ali DEMİRDAĞ</w:t>
            </w:r>
            <w:r w:rsidRPr="00944B55">
              <w:rPr>
                <w:rFonts w:ascii="Times New Roman" w:hAnsi="Times New Roman" w:cs="Times New Roman"/>
              </w:rPr>
              <w:br/>
            </w:r>
            <w:r w:rsidRPr="00944B55">
              <w:rPr>
                <w:rFonts w:ascii="Times New Roman" w:hAnsi="Times New Roman" w:cs="Times New Roman"/>
                <w:b/>
                <w:bCs/>
              </w:rPr>
              <w:t>Secretary General</w:t>
            </w:r>
            <w:r w:rsidRPr="00944B55">
              <w:rPr>
                <w:rFonts w:ascii="Times New Roman" w:hAnsi="Times New Roman" w:cs="Times New Roman"/>
              </w:rPr>
              <w:br/>
            </w:r>
            <w:proofErr w:type="spellStart"/>
            <w:r w:rsidRPr="00944B55">
              <w:rPr>
                <w:rFonts w:ascii="Times New Roman" w:hAnsi="Times New Roman" w:cs="Times New Roman"/>
                <w:b/>
                <w:bCs/>
              </w:rPr>
              <w:t>Authorised</w:t>
            </w:r>
            <w:proofErr w:type="spellEnd"/>
            <w:r w:rsidRPr="00944B55">
              <w:rPr>
                <w:rFonts w:ascii="Times New Roman" w:hAnsi="Times New Roman" w:cs="Times New Roman"/>
                <w:b/>
                <w:bCs/>
              </w:rPr>
              <w:t xml:space="preserve"> Signatory</w:t>
            </w:r>
            <w:r w:rsidRPr="00944B55">
              <w:rPr>
                <w:rFonts w:ascii="Times New Roman" w:hAnsi="Times New Roman" w:cs="Times New Roman"/>
              </w:rPr>
              <w:br/>
            </w:r>
            <w:r w:rsidRPr="00944B55">
              <w:rPr>
                <w:rFonts w:ascii="Times New Roman" w:hAnsi="Times New Roman" w:cs="Times New Roman"/>
                <w:b/>
                <w:bCs/>
              </w:rPr>
              <w:t xml:space="preserve">Ankara </w:t>
            </w:r>
            <w:r>
              <w:rPr>
                <w:rFonts w:ascii="Times New Roman" w:hAnsi="Times New Roman" w:cs="Times New Roman"/>
                <w:b/>
                <w:bCs/>
              </w:rPr>
              <w:t>Bilim</w:t>
            </w:r>
            <w:r w:rsidRPr="00944B55">
              <w:rPr>
                <w:rFonts w:ascii="Times New Roman" w:hAnsi="Times New Roman" w:cs="Times New Roman"/>
                <w:b/>
                <w:bCs/>
              </w:rPr>
              <w:t xml:space="preserve"> University</w:t>
            </w:r>
          </w:p>
          <w:p w14:paraId="638A4A3A" w14:textId="0DB8DA19" w:rsidR="00B52615" w:rsidRPr="003A2F41" w:rsidRDefault="00944B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4B55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tcMar>
              <w:top w:w="22" w:type="dxa"/>
              <w:left w:w="0" w:type="dxa"/>
              <w:bottom w:w="22" w:type="dxa"/>
              <w:right w:w="0" w:type="dxa"/>
            </w:tcMar>
            <w:vAlign w:val="center"/>
          </w:tcPr>
          <w:p w14:paraId="3CE2D51B" w14:textId="77777777" w:rsidR="003A2F41" w:rsidRDefault="003A2F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</w:rPr>
            </w:pPr>
          </w:p>
          <w:p w14:paraId="22AF7F55" w14:textId="77777777" w:rsidR="003A2F41" w:rsidRDefault="003A2F4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</w:rPr>
            </w:pPr>
          </w:p>
          <w:p w14:paraId="4B4E8064" w14:textId="6DADB2F5" w:rsidR="00B52615" w:rsidRPr="003A2F41" w:rsidRDefault="00B5261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52615" w:rsidRPr="003A2F41" w14:paraId="4E27B3DC" w14:textId="77777777">
        <w:trPr>
          <w:jc w:val="center"/>
        </w:trPr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tcMar>
              <w:top w:w="22" w:type="dxa"/>
              <w:left w:w="0" w:type="dxa"/>
              <w:bottom w:w="22" w:type="dxa"/>
              <w:right w:w="0" w:type="dxa"/>
            </w:tcMar>
            <w:vAlign w:val="center"/>
          </w:tcPr>
          <w:p w14:paraId="2B2AA064" w14:textId="56B03166" w:rsidR="00B52615" w:rsidRPr="003A2F41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A2F41">
              <w:rPr>
                <w:rFonts w:ascii="Times New Roman" w:hAnsi="Times New Roman" w:cs="Times New Roman"/>
                <w:sz w:val="18"/>
              </w:rPr>
              <w:br/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tcMar>
              <w:top w:w="22" w:type="dxa"/>
              <w:left w:w="0" w:type="dxa"/>
              <w:bottom w:w="22" w:type="dxa"/>
              <w:right w:w="0" w:type="dxa"/>
            </w:tcMar>
            <w:vAlign w:val="center"/>
          </w:tcPr>
          <w:p w14:paraId="1D57D8DF" w14:textId="77777777" w:rsidR="00B52615" w:rsidRPr="003A2F41" w:rsidRDefault="0000000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A2F41">
              <w:rPr>
                <w:rFonts w:ascii="Times New Roman" w:hAnsi="Times New Roman" w:cs="Times New Roman"/>
                <w:sz w:val="18"/>
              </w:rPr>
              <w:br/>
            </w:r>
            <w:r w:rsidRPr="003A2F41">
              <w:rPr>
                <w:rFonts w:ascii="Times New Roman" w:hAnsi="Times New Roman" w:cs="Times New Roman"/>
                <w:sz w:val="18"/>
              </w:rPr>
              <w:br/>
            </w:r>
          </w:p>
        </w:tc>
      </w:tr>
    </w:tbl>
    <w:p w14:paraId="642BD862" w14:textId="77777777" w:rsidR="00240D66" w:rsidRPr="003A2F41" w:rsidRDefault="00240D66">
      <w:pPr>
        <w:rPr>
          <w:rFonts w:ascii="Times New Roman" w:hAnsi="Times New Roman" w:cs="Times New Roman"/>
        </w:rPr>
      </w:pPr>
    </w:p>
    <w:sectPr w:rsidR="00240D66" w:rsidRPr="003A2F41" w:rsidSect="008444E1">
      <w:headerReference w:type="default" r:id="rId8"/>
      <w:footerReference w:type="default" r:id="rId9"/>
      <w:pgSz w:w="11906" w:h="16838"/>
      <w:pgMar w:top="539" w:right="879" w:bottom="567" w:left="879" w:header="142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AEB30" w14:textId="77777777" w:rsidR="00E1267D" w:rsidRDefault="00E1267D">
      <w:pPr>
        <w:spacing w:after="0" w:line="240" w:lineRule="auto"/>
      </w:pPr>
      <w:r>
        <w:separator/>
      </w:r>
    </w:p>
  </w:endnote>
  <w:endnote w:type="continuationSeparator" w:id="0">
    <w:p w14:paraId="44BD52AE" w14:textId="77777777" w:rsidR="00E1267D" w:rsidRDefault="00E1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0378" w14:textId="518CF1C8" w:rsidR="00B52615" w:rsidRPr="00485775" w:rsidRDefault="00000000">
    <w:pPr>
      <w:pStyle w:val="AltBilgi"/>
      <w:jc w:val="center"/>
      <w:rPr>
        <w:sz w:val="16"/>
        <w:szCs w:val="16"/>
      </w:rPr>
    </w:pPr>
    <w:r w:rsidRPr="00485775">
      <w:rPr>
        <w:color w:val="5E6870"/>
        <w:sz w:val="16"/>
        <w:szCs w:val="16"/>
      </w:rPr>
      <w:t xml:space="preserve">Şehit Gönenç Street, Maltepe District, No: 5, Çankaya/Ankara  |  Contact: +90 444 22 28  |  </w:t>
    </w:r>
    <w:r w:rsidR="003A2F41" w:rsidRPr="00485775">
      <w:rPr>
        <w:color w:val="5E6870"/>
        <w:sz w:val="16"/>
        <w:szCs w:val="16"/>
      </w:rPr>
      <w:t>erasmus</w:t>
    </w:r>
    <w:r w:rsidRPr="00485775">
      <w:rPr>
        <w:color w:val="5E6870"/>
        <w:sz w:val="16"/>
        <w:szCs w:val="16"/>
      </w:rPr>
      <w:t>@ankarabilim.edu.tr  |  www.ankarabilim.edu.tr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D81A0" w14:textId="77777777" w:rsidR="00E1267D" w:rsidRDefault="00E1267D">
      <w:pPr>
        <w:spacing w:after="0" w:line="240" w:lineRule="auto"/>
      </w:pPr>
      <w:r>
        <w:separator/>
      </w:r>
    </w:p>
  </w:footnote>
  <w:footnote w:type="continuationSeparator" w:id="0">
    <w:p w14:paraId="6E627DE6" w14:textId="77777777" w:rsidR="00E1267D" w:rsidRDefault="00E12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7979B" w14:textId="77777777" w:rsidR="00FB741B" w:rsidRDefault="00FB741B">
    <w:pPr>
      <w:pStyle w:val="stBilgi"/>
    </w:pPr>
    <w:r>
      <w:t xml:space="preserve">                                                                           </w:t>
    </w:r>
  </w:p>
  <w:p w14:paraId="0656536C" w14:textId="4C322C3A" w:rsidR="00FB741B" w:rsidRDefault="00FB741B">
    <w:pPr>
      <w:pStyle w:val="stBilgi"/>
    </w:pPr>
    <w:r>
      <w:t xml:space="preserve">                                                                                 </w:t>
    </w:r>
    <w:r w:rsidRPr="003A2F41">
      <w:rPr>
        <w:rFonts w:ascii="Times New Roman" w:hAnsi="Times New Roman" w:cs="Times New Roman"/>
        <w:noProof/>
      </w:rPr>
      <w:drawing>
        <wp:inline distT="0" distB="0" distL="0" distR="0" wp14:anchorId="3FACB342" wp14:editId="2F6EFBB3">
          <wp:extent cx="1441450" cy="307482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1518" cy="328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1239469">
    <w:abstractNumId w:val="8"/>
  </w:num>
  <w:num w:numId="2" w16cid:durableId="543058564">
    <w:abstractNumId w:val="6"/>
  </w:num>
  <w:num w:numId="3" w16cid:durableId="1842692734">
    <w:abstractNumId w:val="5"/>
  </w:num>
  <w:num w:numId="4" w16cid:durableId="889390259">
    <w:abstractNumId w:val="4"/>
  </w:num>
  <w:num w:numId="5" w16cid:durableId="1214775963">
    <w:abstractNumId w:val="7"/>
  </w:num>
  <w:num w:numId="6" w16cid:durableId="1904948381">
    <w:abstractNumId w:val="3"/>
  </w:num>
  <w:num w:numId="7" w16cid:durableId="1077705384">
    <w:abstractNumId w:val="2"/>
  </w:num>
  <w:num w:numId="8" w16cid:durableId="1294292408">
    <w:abstractNumId w:val="1"/>
  </w:num>
  <w:num w:numId="9" w16cid:durableId="1956987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2544"/>
    <w:rsid w:val="00034616"/>
    <w:rsid w:val="00057B02"/>
    <w:rsid w:val="0006063C"/>
    <w:rsid w:val="0015074B"/>
    <w:rsid w:val="00240D66"/>
    <w:rsid w:val="0029639D"/>
    <w:rsid w:val="002B444E"/>
    <w:rsid w:val="002D1623"/>
    <w:rsid w:val="00326F90"/>
    <w:rsid w:val="003A2F41"/>
    <w:rsid w:val="00485775"/>
    <w:rsid w:val="004B1EE4"/>
    <w:rsid w:val="00655AA1"/>
    <w:rsid w:val="007A4C11"/>
    <w:rsid w:val="008444E1"/>
    <w:rsid w:val="0091744E"/>
    <w:rsid w:val="00944B55"/>
    <w:rsid w:val="00AA1D8D"/>
    <w:rsid w:val="00B23489"/>
    <w:rsid w:val="00B47730"/>
    <w:rsid w:val="00B52615"/>
    <w:rsid w:val="00B70176"/>
    <w:rsid w:val="00BC5E42"/>
    <w:rsid w:val="00CB0664"/>
    <w:rsid w:val="00D4221F"/>
    <w:rsid w:val="00E1267D"/>
    <w:rsid w:val="00E36104"/>
    <w:rsid w:val="00EF565D"/>
    <w:rsid w:val="00FB74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57FE3"/>
  <w14:defaultImageDpi w14:val="300"/>
  <w15:docId w15:val="{892F867D-4E7B-4D9F-8FC3-83DE44C1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minationTitle">
    <w:name w:val="NominationTitle"/>
    <w:rPr>
      <w:rFonts w:ascii="Calibri" w:hAnsi="Calibri"/>
      <w:b/>
      <w:color w:val="173B5E"/>
      <w:sz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8</cp:revision>
  <cp:lastPrinted>2026-08-04T06:42:00Z</cp:lastPrinted>
  <dcterms:created xsi:type="dcterms:W3CDTF">2013-12-23T23:15:00Z</dcterms:created>
  <dcterms:modified xsi:type="dcterms:W3CDTF">2026-08-04T06:43:00Z</dcterms:modified>
  <cp:category/>
</cp:coreProperties>
</file>