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ED50" w14:textId="123CED7E" w:rsidR="000A2D84" w:rsidRPr="000A2D84" w:rsidRDefault="000A2D84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A2D84">
        <w:rPr>
          <w:rFonts w:ascii="Times New Roman" w:hAnsi="Times New Roman" w:cs="Times New Roman"/>
          <w:b/>
          <w:bCs/>
          <w:sz w:val="20"/>
          <w:szCs w:val="20"/>
        </w:rPr>
        <w:t>T.C.</w:t>
      </w:r>
    </w:p>
    <w:p w14:paraId="7B02EB0D" w14:textId="36C3765F" w:rsidR="0047720B" w:rsidRPr="006F3444" w:rsidRDefault="00000000">
      <w:pPr>
        <w:spacing w:after="0"/>
        <w:jc w:val="center"/>
        <w:rPr>
          <w:rFonts w:ascii="Times New Roman" w:hAnsi="Times New Roman" w:cs="Times New Roman"/>
        </w:rPr>
      </w:pPr>
      <w:r w:rsidRPr="006F3444">
        <w:rPr>
          <w:rFonts w:ascii="Times New Roman" w:hAnsi="Times New Roman" w:cs="Times New Roman"/>
          <w:b/>
          <w:sz w:val="23"/>
        </w:rPr>
        <w:t xml:space="preserve">ANKARA </w:t>
      </w:r>
      <w:r w:rsidR="00304E1C" w:rsidRPr="006F3444">
        <w:rPr>
          <w:rFonts w:ascii="Times New Roman" w:hAnsi="Times New Roman" w:cs="Times New Roman"/>
          <w:b/>
          <w:sz w:val="23"/>
        </w:rPr>
        <w:t>BİLİM</w:t>
      </w:r>
      <w:r w:rsidRPr="006F3444">
        <w:rPr>
          <w:rFonts w:ascii="Times New Roman" w:hAnsi="Times New Roman" w:cs="Times New Roman"/>
          <w:b/>
          <w:sz w:val="23"/>
        </w:rPr>
        <w:t xml:space="preserve"> UNIVERSITY</w:t>
      </w:r>
    </w:p>
    <w:p w14:paraId="4735385A" w14:textId="2F02D753" w:rsidR="006F3444" w:rsidRPr="006F3444" w:rsidRDefault="00000000" w:rsidP="006F3444">
      <w:pPr>
        <w:spacing w:after="0"/>
        <w:jc w:val="center"/>
        <w:rPr>
          <w:rFonts w:ascii="Times New Roman" w:hAnsi="Times New Roman" w:cs="Times New Roman"/>
          <w:b/>
          <w:sz w:val="21"/>
        </w:rPr>
      </w:pPr>
      <w:r w:rsidRPr="006F3444">
        <w:rPr>
          <w:rFonts w:ascii="Times New Roman" w:hAnsi="Times New Roman" w:cs="Times New Roman"/>
          <w:b/>
          <w:sz w:val="21"/>
        </w:rPr>
        <w:t>ERASMUS+ COORDINATION OFFICE</w:t>
      </w:r>
    </w:p>
    <w:p w14:paraId="1C45B771" w14:textId="77777777" w:rsidR="006F3444" w:rsidRPr="006F3444" w:rsidRDefault="006F3444" w:rsidP="006F3444">
      <w:pPr>
        <w:spacing w:after="0"/>
        <w:jc w:val="center"/>
        <w:rPr>
          <w:rFonts w:ascii="Times New Roman" w:hAnsi="Times New Roman" w:cs="Times New Roman"/>
        </w:rPr>
      </w:pPr>
    </w:p>
    <w:p w14:paraId="22A54D2B" w14:textId="655D4BE3" w:rsidR="0047720B" w:rsidRPr="000A2D84" w:rsidRDefault="00000000">
      <w:pPr>
        <w:pStyle w:val="FormTitle"/>
        <w:spacing w:before="100" w:after="60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0A2D84">
        <w:rPr>
          <w:rFonts w:ascii="Times New Roman" w:hAnsi="Times New Roman" w:cs="Times New Roman"/>
          <w:color w:val="auto"/>
          <w:sz w:val="26"/>
          <w:szCs w:val="26"/>
        </w:rPr>
        <w:t>ERASMUS+ STUDENT MOBILITY</w:t>
      </w:r>
      <w:r w:rsidRPr="000A2D84">
        <w:rPr>
          <w:rFonts w:ascii="Times New Roman" w:hAnsi="Times New Roman" w:cs="Times New Roman"/>
          <w:color w:val="auto"/>
          <w:sz w:val="26"/>
          <w:szCs w:val="26"/>
        </w:rPr>
        <w:br/>
        <w:t>CONFIRMATION OF ARRIVAL</w:t>
      </w:r>
    </w:p>
    <w:p w14:paraId="3A8E2D28" w14:textId="2461EBE0" w:rsidR="0047720B" w:rsidRPr="006F3444" w:rsidRDefault="0047720B">
      <w:pPr>
        <w:spacing w:after="80"/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26"/>
        <w:gridCol w:w="8140"/>
        <w:gridCol w:w="50"/>
      </w:tblGrid>
      <w:tr w:rsidR="0047720B" w:rsidRPr="006F3444" w14:paraId="4292C787" w14:textId="77777777" w:rsidTr="006F3444">
        <w:trPr>
          <w:jc w:val="center"/>
        </w:trPr>
        <w:tc>
          <w:tcPr>
            <w:tcW w:w="10376" w:type="dxa"/>
            <w:gridSpan w:val="3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673CC2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550D96">
              <w:rPr>
                <w:rFonts w:ascii="Times New Roman" w:hAnsi="Times New Roman" w:cs="Times New Roman"/>
                <w:b/>
                <w:sz w:val="22"/>
              </w:rPr>
              <w:t>STUDENT AND MOBILITY INFORMATION</w:t>
            </w:r>
          </w:p>
        </w:tc>
      </w:tr>
      <w:tr w:rsidR="0047720B" w:rsidRPr="006F3444" w14:paraId="73DD8A1F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3FD52F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865C904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48880716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508C837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Student ID Number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CF5B0B0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6D79769B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584A4D8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CB4C1BE" w14:textId="272530F6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Ankara </w:t>
            </w:r>
            <w:r w:rsidR="00550D96">
              <w:rPr>
                <w:rFonts w:ascii="Times New Roman" w:hAnsi="Times New Roman" w:cs="Times New Roman"/>
                <w:sz w:val="20"/>
                <w:szCs w:val="20"/>
              </w:rPr>
              <w:t>Bilim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University</w:t>
            </w:r>
          </w:p>
        </w:tc>
      </w:tr>
      <w:tr w:rsidR="0047720B" w:rsidRPr="006F3444" w14:paraId="7F358EEC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7C7F764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Sending Institution Erasmus Code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D6AA47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TR ANKARA29</w:t>
            </w:r>
          </w:p>
        </w:tc>
      </w:tr>
      <w:tr w:rsidR="0047720B" w:rsidRPr="006F3444" w14:paraId="55B90CE0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4B8FE6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Faculty / Department / Programme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057DD5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B677877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72FC591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Mobility Type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EBB1D7F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Studies     </w:t>
            </w: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Student Mobility for Traineeships</w:t>
            </w:r>
          </w:p>
        </w:tc>
      </w:tr>
      <w:tr w:rsidR="0047720B" w:rsidRPr="006F3444" w14:paraId="307C06FB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B853337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Receiving Institution / Organisation and Country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00A917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14:paraId="29FA3BDA" w14:textId="77777777" w:rsidR="00550D96" w:rsidRDefault="00550D96">
      <w:pPr>
        <w:spacing w:before="80" w:after="40"/>
        <w:rPr>
          <w:rFonts w:ascii="Times New Roman" w:hAnsi="Times New Roman" w:cs="Times New Roman"/>
          <w:b/>
          <w:sz w:val="22"/>
        </w:rPr>
      </w:pPr>
    </w:p>
    <w:p w14:paraId="2124A939" w14:textId="7D8D1F64" w:rsidR="0047720B" w:rsidRDefault="00000000">
      <w:pPr>
        <w:spacing w:before="80" w:after="40"/>
        <w:rPr>
          <w:rFonts w:ascii="Times New Roman" w:hAnsi="Times New Roman" w:cs="Times New Roman"/>
          <w:b/>
          <w:sz w:val="22"/>
        </w:rPr>
      </w:pPr>
      <w:r w:rsidRPr="00550D96">
        <w:rPr>
          <w:rFonts w:ascii="Times New Roman" w:hAnsi="Times New Roman" w:cs="Times New Roman"/>
          <w:b/>
          <w:sz w:val="22"/>
        </w:rPr>
        <w:t>CONFIRMATION BY THE RECEIVING INSTITUTION / ORGANISATION</w:t>
      </w:r>
    </w:p>
    <w:p w14:paraId="71717090" w14:textId="77777777" w:rsidR="00550D96" w:rsidRPr="00550D96" w:rsidRDefault="00550D96">
      <w:pPr>
        <w:spacing w:before="80" w:after="40"/>
        <w:rPr>
          <w:rFonts w:ascii="Times New Roman" w:hAnsi="Times New Roman" w:cs="Times New Roman"/>
          <w:sz w:val="22"/>
        </w:rPr>
      </w:pPr>
    </w:p>
    <w:p w14:paraId="167CAF40" w14:textId="77777777" w:rsidR="0047720B" w:rsidRPr="00550D96" w:rsidRDefault="00000000">
      <w:pPr>
        <w:spacing w:after="8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50D96">
        <w:rPr>
          <w:rFonts w:ascii="Times New Roman" w:hAnsi="Times New Roman" w:cs="Times New Roman"/>
          <w:sz w:val="20"/>
          <w:szCs w:val="20"/>
        </w:rPr>
        <w:t>This is to certify that the student named above commenced the Erasmus+ physical mobility at our institution/organisation on the date indicated below. The confirmed arrival date is the first day on which the student was required to be physically present for academic or traineeship activities, including a mandatory orientation programme where applicable, and does not refer to a travel date.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8140"/>
      </w:tblGrid>
      <w:tr w:rsidR="0047720B" w:rsidRPr="00550D96" w14:paraId="6CD49429" w14:textId="77777777">
        <w:trPr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85BDEE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Confirmed Arrival / Mobility Start Date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783F82D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</w:p>
        </w:tc>
      </w:tr>
      <w:tr w:rsidR="0047720B" w:rsidRPr="00550D96" w14:paraId="460D00B4" w14:textId="77777777">
        <w:trPr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244E37A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Expected Mobility End Date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17D79F75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 / …… / 20……</w:t>
            </w:r>
          </w:p>
        </w:tc>
      </w:tr>
      <w:tr w:rsidR="0047720B" w:rsidRPr="00550D96" w14:paraId="145E832B" w14:textId="77777777">
        <w:trPr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E0D1E1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Mobility Format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AE0926E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Physical     </w:t>
            </w:r>
            <w:r w:rsidRPr="00550D9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Blended (physical component)</w:t>
            </w:r>
          </w:p>
        </w:tc>
      </w:tr>
      <w:tr w:rsidR="0047720B" w:rsidRPr="00550D96" w14:paraId="0BCE8C34" w14:textId="77777777">
        <w:trPr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08DAD02E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Host Department / Unit / Traineeship Position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D713A18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</w:t>
            </w:r>
          </w:p>
        </w:tc>
      </w:tr>
    </w:tbl>
    <w:p w14:paraId="72C730CE" w14:textId="77777777" w:rsidR="006F3444" w:rsidRDefault="006F3444">
      <w:pPr>
        <w:spacing w:before="80" w:after="40"/>
        <w:rPr>
          <w:rFonts w:ascii="Times New Roman" w:hAnsi="Times New Roman" w:cs="Times New Roman"/>
          <w:b/>
        </w:rPr>
      </w:pPr>
    </w:p>
    <w:p w14:paraId="0DE5666F" w14:textId="497A4573" w:rsidR="0047720B" w:rsidRDefault="00000000">
      <w:pPr>
        <w:spacing w:before="80" w:after="40"/>
        <w:rPr>
          <w:rFonts w:ascii="Times New Roman" w:hAnsi="Times New Roman" w:cs="Times New Roman"/>
          <w:b/>
          <w:sz w:val="22"/>
        </w:rPr>
      </w:pPr>
      <w:r w:rsidRPr="00550D96">
        <w:rPr>
          <w:rFonts w:ascii="Times New Roman" w:hAnsi="Times New Roman" w:cs="Times New Roman"/>
          <w:b/>
          <w:sz w:val="22"/>
        </w:rPr>
        <w:t>AUTHORISED PERSON AT THE RECEIVING INSTITUTION / ORGANISATION</w:t>
      </w:r>
    </w:p>
    <w:p w14:paraId="792CAC3F" w14:textId="77777777" w:rsidR="00550D96" w:rsidRPr="00550D96" w:rsidRDefault="00550D96">
      <w:pPr>
        <w:spacing w:before="80" w:after="40"/>
        <w:rPr>
          <w:rFonts w:ascii="Times New Roman" w:hAnsi="Times New Roman" w:cs="Times New Roman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73"/>
        <w:gridCol w:w="6940"/>
        <w:gridCol w:w="103"/>
      </w:tblGrid>
      <w:tr w:rsidR="0047720B" w:rsidRPr="006F3444" w14:paraId="40B9E015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4976500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F0A7F14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388144B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5D659D9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Position / Title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B41B9F6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2515B0E6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367F59E3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EA82EBC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…………………………………………………………………………………………………………</w:t>
            </w:r>
          </w:p>
        </w:tc>
      </w:tr>
      <w:tr w:rsidR="0047720B" w:rsidRPr="006F3444" w14:paraId="50B741DE" w14:textId="77777777">
        <w:trPr>
          <w:gridAfter w:val="1"/>
          <w:wAfter w:w="171" w:type="dxa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4C302FC9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Date of Signature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6FA60FC1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t>…… / …… / 20……</w:t>
            </w:r>
          </w:p>
        </w:tc>
      </w:tr>
      <w:tr w:rsidR="0047720B" w:rsidRPr="006F3444" w14:paraId="54621446" w14:textId="77777777">
        <w:trPr>
          <w:gridAfter w:val="1"/>
          <w:wAfter w:w="171" w:type="dxa"/>
          <w:trHeight w:val="822"/>
          <w:jc w:val="center"/>
        </w:trPr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2166CB13" w14:textId="77777777" w:rsidR="0047720B" w:rsidRPr="00550D96" w:rsidRDefault="000000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>Signature and Official Stamp</w:t>
            </w:r>
          </w:p>
        </w:tc>
        <w:tc>
          <w:tcPr>
            <w:tcW w:w="5188" w:type="dxa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7F89612E" w14:textId="77777777" w:rsidR="0047720B" w:rsidRPr="006F3444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3444">
              <w:rPr>
                <w:rFonts w:ascii="Times New Roman" w:hAnsi="Times New Roman" w:cs="Times New Roman"/>
                <w:sz w:val="17"/>
              </w:rPr>
              <w:br/>
            </w:r>
            <w:r w:rsidRPr="006F3444">
              <w:rPr>
                <w:rFonts w:ascii="Times New Roman" w:hAnsi="Times New Roman" w:cs="Times New Roman"/>
                <w:sz w:val="17"/>
              </w:rPr>
              <w:br/>
            </w:r>
          </w:p>
        </w:tc>
      </w:tr>
      <w:tr w:rsidR="0047720B" w:rsidRPr="006F3444" w14:paraId="03748760" w14:textId="77777777">
        <w:trPr>
          <w:jc w:val="center"/>
        </w:trPr>
        <w:tc>
          <w:tcPr>
            <w:tcW w:w="10376" w:type="dxa"/>
            <w:gridSpan w:val="3"/>
            <w:tcBorders>
              <w:top w:val="single" w:sz="6" w:space="0" w:color="91A6B5"/>
              <w:left w:val="single" w:sz="6" w:space="0" w:color="91A6B5"/>
              <w:bottom w:val="single" w:sz="6" w:space="0" w:color="91A6B5"/>
              <w:right w:val="single" w:sz="6" w:space="0" w:color="91A6B5"/>
            </w:tcBorders>
            <w:shd w:val="clear" w:color="auto" w:fill="EAF1F6"/>
            <w:tcMar>
              <w:top w:w="50" w:type="dxa"/>
              <w:left w:w="70" w:type="dxa"/>
              <w:bottom w:w="50" w:type="dxa"/>
              <w:right w:w="70" w:type="dxa"/>
            </w:tcMar>
          </w:tcPr>
          <w:p w14:paraId="51B0B74B" w14:textId="21EEBADF" w:rsidR="0047720B" w:rsidRPr="00550D96" w:rsidRDefault="0000000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0D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IMPORTANT: 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This form should be signed on or after the actual mobility start date and returned promptly to the Ankara </w:t>
            </w:r>
            <w:r w:rsidR="00550D96">
              <w:rPr>
                <w:rFonts w:ascii="Times New Roman" w:hAnsi="Times New Roman" w:cs="Times New Roman"/>
                <w:sz w:val="20"/>
                <w:szCs w:val="20"/>
              </w:rPr>
              <w:t>Bilim</w:t>
            </w:r>
            <w:r w:rsidRPr="00550D96">
              <w:rPr>
                <w:rFonts w:ascii="Times New Roman" w:hAnsi="Times New Roman" w:cs="Times New Roman"/>
                <w:sz w:val="20"/>
                <w:szCs w:val="20"/>
              </w:rPr>
              <w:t xml:space="preserve"> University Erasmus+ Coordination Office. Travel dates should not be entered as the mobility start date.</w:t>
            </w:r>
          </w:p>
        </w:tc>
      </w:tr>
    </w:tbl>
    <w:p w14:paraId="287A1A29" w14:textId="77777777" w:rsidR="00C654AC" w:rsidRPr="006F3444" w:rsidRDefault="00C654AC">
      <w:pPr>
        <w:rPr>
          <w:rFonts w:ascii="Times New Roman" w:hAnsi="Times New Roman" w:cs="Times New Roman"/>
        </w:rPr>
      </w:pPr>
    </w:p>
    <w:sectPr w:rsidR="00C654AC" w:rsidRPr="006F3444" w:rsidSect="000A2D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765" w:bottom="454" w:left="765" w:header="113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F0E3A" w14:textId="77777777" w:rsidR="00975F05" w:rsidRDefault="00975F05">
      <w:pPr>
        <w:spacing w:after="0" w:line="240" w:lineRule="auto"/>
      </w:pPr>
      <w:r>
        <w:separator/>
      </w:r>
    </w:p>
  </w:endnote>
  <w:endnote w:type="continuationSeparator" w:id="0">
    <w:p w14:paraId="642C5FFE" w14:textId="77777777" w:rsidR="00975F05" w:rsidRDefault="0097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2D72" w14:textId="77777777" w:rsidR="000A2D84" w:rsidRDefault="000A2D8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267A3" w14:textId="77777777" w:rsidR="0047720B" w:rsidRPr="000A2D84" w:rsidRDefault="00000000">
    <w:pPr>
      <w:pStyle w:val="AltBilgi"/>
      <w:jc w:val="center"/>
      <w:rPr>
        <w:sz w:val="16"/>
        <w:szCs w:val="16"/>
      </w:rPr>
    </w:pPr>
    <w:r w:rsidRPr="000A2D84">
      <w:rPr>
        <w:color w:val="5E6870"/>
        <w:sz w:val="16"/>
        <w:szCs w:val="16"/>
      </w:rPr>
      <w:t>Şehit Gönenç Street, Maltepe District No: 5, Çankaya/Ankara, Türkiye  |  +90 444 22 28  |  erasmus@ankarabilim.edu.tr  |  www.ankarabilim.edu.tr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5E28" w14:textId="77777777" w:rsidR="000A2D84" w:rsidRDefault="000A2D8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0CF8" w14:textId="77777777" w:rsidR="00975F05" w:rsidRDefault="00975F05">
      <w:pPr>
        <w:spacing w:after="0" w:line="240" w:lineRule="auto"/>
      </w:pPr>
      <w:r>
        <w:separator/>
      </w:r>
    </w:p>
  </w:footnote>
  <w:footnote w:type="continuationSeparator" w:id="0">
    <w:p w14:paraId="348AC646" w14:textId="77777777" w:rsidR="00975F05" w:rsidRDefault="0097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6D6C" w14:textId="77777777" w:rsidR="000A2D84" w:rsidRDefault="000A2D8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F16B0" w14:textId="77777777" w:rsidR="000A2D84" w:rsidRDefault="00304E1C">
    <w:pPr>
      <w:pStyle w:val="stBilgi"/>
    </w:pPr>
    <w:r>
      <w:t xml:space="preserve">                                                                                                 </w:t>
    </w:r>
  </w:p>
  <w:p w14:paraId="4957D84B" w14:textId="52C0F6E2" w:rsidR="00304E1C" w:rsidRDefault="000A2D84">
    <w:pPr>
      <w:pStyle w:val="stBilgi"/>
    </w:pPr>
    <w:r>
      <w:t xml:space="preserve">                                                                                                  </w:t>
    </w:r>
    <w:r w:rsidR="00304E1C">
      <w:t xml:space="preserve"> </w:t>
    </w:r>
    <w:r w:rsidR="00304E1C">
      <w:rPr>
        <w:noProof/>
      </w:rPr>
      <w:drawing>
        <wp:inline distT="0" distB="0" distL="0" distR="0" wp14:anchorId="2FDC460F" wp14:editId="6CDBAEE1">
          <wp:extent cx="1435100" cy="2535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u_logo_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3203" cy="2602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25428" w14:textId="77777777" w:rsidR="000A2D84" w:rsidRDefault="000A2D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3DE6" w14:textId="77777777" w:rsidR="000A2D84" w:rsidRDefault="000A2D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4251445">
    <w:abstractNumId w:val="8"/>
  </w:num>
  <w:num w:numId="2" w16cid:durableId="273708326">
    <w:abstractNumId w:val="6"/>
  </w:num>
  <w:num w:numId="3" w16cid:durableId="625349887">
    <w:abstractNumId w:val="5"/>
  </w:num>
  <w:num w:numId="4" w16cid:durableId="43409614">
    <w:abstractNumId w:val="4"/>
  </w:num>
  <w:num w:numId="5" w16cid:durableId="264534718">
    <w:abstractNumId w:val="7"/>
  </w:num>
  <w:num w:numId="6" w16cid:durableId="1537960324">
    <w:abstractNumId w:val="3"/>
  </w:num>
  <w:num w:numId="7" w16cid:durableId="1806123674">
    <w:abstractNumId w:val="2"/>
  </w:num>
  <w:num w:numId="8" w16cid:durableId="191575886">
    <w:abstractNumId w:val="1"/>
  </w:num>
  <w:num w:numId="9" w16cid:durableId="32814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D84"/>
    <w:rsid w:val="0015074B"/>
    <w:rsid w:val="0029639D"/>
    <w:rsid w:val="00304E1C"/>
    <w:rsid w:val="00326F90"/>
    <w:rsid w:val="004227C9"/>
    <w:rsid w:val="0047720B"/>
    <w:rsid w:val="00550D96"/>
    <w:rsid w:val="006F3444"/>
    <w:rsid w:val="00975F05"/>
    <w:rsid w:val="00AA1D8D"/>
    <w:rsid w:val="00B47730"/>
    <w:rsid w:val="00C654AC"/>
    <w:rsid w:val="00CB0664"/>
    <w:rsid w:val="00CE55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66A2A1"/>
  <w14:defaultImageDpi w14:val="300"/>
  <w15:docId w15:val="{D19CA564-B5BB-41F1-9331-4A39DA424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Title">
    <w:name w:val="FormTitle"/>
    <w:rPr>
      <w:rFonts w:ascii="Calibri" w:hAnsi="Calibri"/>
      <w:b/>
      <w:color w:val="173B5E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Esra Aktaş</cp:lastModifiedBy>
  <cp:revision>4</cp:revision>
  <dcterms:created xsi:type="dcterms:W3CDTF">2013-12-23T23:15:00Z</dcterms:created>
  <dcterms:modified xsi:type="dcterms:W3CDTF">2026-08-04T06:37:00Z</dcterms:modified>
  <cp:category/>
</cp:coreProperties>
</file>