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B09E" w14:textId="491DBFCD" w:rsidR="00550F2E" w:rsidRPr="00275A7E" w:rsidRDefault="00550F2E">
      <w:pPr>
        <w:spacing w:after="0"/>
        <w:jc w:val="center"/>
        <w:rPr>
          <w:rFonts w:ascii="Times New Roman" w:hAnsi="Times New Roman" w:cs="Times New Roman"/>
        </w:rPr>
      </w:pPr>
    </w:p>
    <w:p w14:paraId="5DC47723" w14:textId="1DDD890C" w:rsidR="00275A7E" w:rsidRDefault="00974C29">
      <w:pPr>
        <w:spacing w:after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T.C</w:t>
      </w:r>
    </w:p>
    <w:p w14:paraId="100F6E2D" w14:textId="5F2306B0" w:rsidR="00550F2E" w:rsidRPr="00275A7E" w:rsidRDefault="00000000">
      <w:pPr>
        <w:spacing w:after="0"/>
        <w:jc w:val="center"/>
        <w:rPr>
          <w:rFonts w:ascii="Times New Roman" w:hAnsi="Times New Roman" w:cs="Times New Roman"/>
          <w:sz w:val="22"/>
        </w:rPr>
      </w:pPr>
      <w:r w:rsidRPr="00275A7E">
        <w:rPr>
          <w:rFonts w:ascii="Times New Roman" w:hAnsi="Times New Roman" w:cs="Times New Roman"/>
          <w:b/>
          <w:sz w:val="22"/>
        </w:rPr>
        <w:t xml:space="preserve">ANKARA </w:t>
      </w:r>
      <w:r w:rsidR="00275A7E" w:rsidRPr="00275A7E">
        <w:rPr>
          <w:rFonts w:ascii="Times New Roman" w:hAnsi="Times New Roman" w:cs="Times New Roman"/>
          <w:b/>
          <w:sz w:val="22"/>
        </w:rPr>
        <w:t>BİLİM</w:t>
      </w:r>
      <w:r w:rsidRPr="00275A7E">
        <w:rPr>
          <w:rFonts w:ascii="Times New Roman" w:hAnsi="Times New Roman" w:cs="Times New Roman"/>
          <w:b/>
          <w:sz w:val="22"/>
        </w:rPr>
        <w:t xml:space="preserve"> UNIVERSITY</w:t>
      </w:r>
    </w:p>
    <w:p w14:paraId="3B02607B" w14:textId="77777777" w:rsidR="00550F2E" w:rsidRPr="00275A7E" w:rsidRDefault="00000000">
      <w:pPr>
        <w:spacing w:after="0"/>
        <w:jc w:val="center"/>
        <w:rPr>
          <w:rFonts w:ascii="Times New Roman" w:hAnsi="Times New Roman" w:cs="Times New Roman"/>
          <w:sz w:val="22"/>
        </w:rPr>
      </w:pPr>
      <w:r w:rsidRPr="00275A7E">
        <w:rPr>
          <w:rFonts w:ascii="Times New Roman" w:hAnsi="Times New Roman" w:cs="Times New Roman"/>
          <w:b/>
          <w:sz w:val="22"/>
        </w:rPr>
        <w:t>ERASMUS+ COORDINATION OFFICE</w:t>
      </w:r>
    </w:p>
    <w:p w14:paraId="011D081E" w14:textId="77777777" w:rsidR="00550F2E" w:rsidRPr="00275A7E" w:rsidRDefault="00000000">
      <w:pPr>
        <w:pStyle w:val="LetterTitle"/>
        <w:spacing w:before="100" w:after="1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A7E">
        <w:rPr>
          <w:rFonts w:ascii="Times New Roman" w:hAnsi="Times New Roman" w:cs="Times New Roman"/>
          <w:color w:val="auto"/>
          <w:sz w:val="24"/>
          <w:szCs w:val="24"/>
        </w:rPr>
        <w:t>ERASMUS+ STUDENT MOBILITY ACCEPTANCE LETTER</w:t>
      </w:r>
    </w:p>
    <w:p w14:paraId="503F712F" w14:textId="77777777" w:rsidR="00275A7E" w:rsidRDefault="00275A7E">
      <w:pPr>
        <w:spacing w:after="100"/>
        <w:rPr>
          <w:rFonts w:ascii="Times New Roman" w:hAnsi="Times New Roman" w:cs="Times New Roman"/>
          <w:b/>
          <w:sz w:val="20"/>
        </w:rPr>
      </w:pPr>
    </w:p>
    <w:p w14:paraId="1483BEB5" w14:textId="77777777" w:rsidR="00275A7E" w:rsidRPr="00275A7E" w:rsidRDefault="00275A7E">
      <w:pPr>
        <w:spacing w:after="100"/>
        <w:rPr>
          <w:rFonts w:ascii="Times New Roman" w:hAnsi="Times New Roman" w:cs="Times New Roman"/>
          <w:b/>
          <w:sz w:val="20"/>
        </w:rPr>
      </w:pPr>
    </w:p>
    <w:p w14:paraId="51CD16C7" w14:textId="1B4564F9" w:rsidR="00550F2E" w:rsidRPr="00275A7E" w:rsidRDefault="00000000">
      <w:pPr>
        <w:spacing w:after="100"/>
        <w:rPr>
          <w:rFonts w:ascii="Times New Roman" w:hAnsi="Times New Roman" w:cs="Times New Roman"/>
        </w:rPr>
      </w:pPr>
      <w:r w:rsidRPr="00275A7E">
        <w:rPr>
          <w:rFonts w:ascii="Times New Roman" w:hAnsi="Times New Roman" w:cs="Times New Roman"/>
          <w:b/>
          <w:sz w:val="20"/>
        </w:rPr>
        <w:t>To Whom It May Concern,</w:t>
      </w:r>
    </w:p>
    <w:p w14:paraId="43EFACC1" w14:textId="5ECF8D86" w:rsidR="00550F2E" w:rsidRPr="00275A7E" w:rsidRDefault="00000000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>This is to officially confirm that [FULL NAME OF STUDENT], born on [DATE OF BIRTH], passport/identity document number [PASSPORT OR ID NUMBER], a student of [SENDING INSTITUTION], has been accepted by Ankara</w:t>
      </w:r>
      <w:r w:rsidR="00275A7E" w:rsidRPr="00275A7E">
        <w:rPr>
          <w:rFonts w:ascii="Times New Roman" w:hAnsi="Times New Roman" w:cs="Times New Roman"/>
          <w:sz w:val="20"/>
          <w:szCs w:val="20"/>
        </w:rPr>
        <w:t xml:space="preserve"> Bilim</w:t>
      </w:r>
      <w:r w:rsidRPr="00275A7E">
        <w:rPr>
          <w:rFonts w:ascii="Times New Roman" w:hAnsi="Times New Roman" w:cs="Times New Roman"/>
          <w:sz w:val="20"/>
          <w:szCs w:val="20"/>
        </w:rPr>
        <w:t xml:space="preserve"> University to participate in the Erasmus+ Student Mobility specified below.</w:t>
      </w:r>
    </w:p>
    <w:p w14:paraId="0C7E6FAF" w14:textId="77777777" w:rsidR="00275A7E" w:rsidRPr="00275A7E" w:rsidRDefault="00275A7E" w:rsidP="00275A7E">
      <w:pPr>
        <w:spacing w:after="100" w:line="252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550F2E" w:rsidRPr="00275A7E" w14:paraId="14505EA3" w14:textId="77777777" w:rsidTr="00275A7E">
        <w:trPr>
          <w:cantSplit/>
          <w:trHeight w:val="403"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CC352F6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C5281F4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[FULL NAME]</w:t>
            </w:r>
          </w:p>
        </w:tc>
      </w:tr>
      <w:tr w:rsidR="00550F2E" w:rsidRPr="00275A7E" w14:paraId="1D1487A9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A4B4364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Nationality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4654BA9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[NATIONALITY]</w:t>
            </w:r>
          </w:p>
        </w:tc>
      </w:tr>
      <w:tr w:rsidR="00550F2E" w:rsidRPr="00275A7E" w14:paraId="18B0E2FD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7A51C23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Sending Institution / Erasmus Code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3537F7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[SENDING INSTITUTION]  |  [ERASMUS CODE]</w:t>
            </w:r>
          </w:p>
        </w:tc>
      </w:tr>
      <w:tr w:rsidR="00550F2E" w:rsidRPr="00275A7E" w14:paraId="1D9912A3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500B8BC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Home Faculty / Department / Programme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7BBE050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[FACULTY / DEPARTMENT / PROGRAMME]</w:t>
            </w:r>
          </w:p>
        </w:tc>
      </w:tr>
      <w:tr w:rsidR="00550F2E" w:rsidRPr="00275A7E" w14:paraId="752D23F8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46CCC30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Mobility Type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CE2002A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Studies   </w:t>
            </w:r>
            <w:r w:rsidRPr="00275A7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Traineeships</w:t>
            </w:r>
          </w:p>
        </w:tc>
      </w:tr>
      <w:tr w:rsidR="00550F2E" w:rsidRPr="00275A7E" w14:paraId="732FA9EA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C9E3B1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Mobility Period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30EE37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 xml:space="preserve"> Fall Semester   </w:t>
            </w:r>
            <w:r w:rsidRPr="00275A7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 xml:space="preserve"> Spring Semester   </w:t>
            </w:r>
            <w:r w:rsidRPr="00275A7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 xml:space="preserve"> Full Academic Year   </w:t>
            </w:r>
            <w:r w:rsidRPr="00275A7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 xml:space="preserve"> Other: […………]</w:t>
            </w:r>
          </w:p>
        </w:tc>
      </w:tr>
      <w:tr w:rsidR="00550F2E" w:rsidRPr="00275A7E" w14:paraId="4DC96C9C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6967278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Approved Mobility Dates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B20DD4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[START DATE] – [END DATE]</w:t>
            </w:r>
          </w:p>
        </w:tc>
      </w:tr>
      <w:tr w:rsidR="00550F2E" w:rsidRPr="00275A7E" w14:paraId="66D2D30B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3587A68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Host Faculty / Department / Unit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45CCA8A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[HOST FACULTY / DEPARTMENT / UNIT]</w:t>
            </w:r>
          </w:p>
        </w:tc>
      </w:tr>
      <w:tr w:rsidR="00550F2E" w:rsidRPr="00275A7E" w14:paraId="3219776B" w14:textId="77777777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0F72EB4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Traineeship Position / Field (if applicable)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5C783D5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[POSITION / FIELD / N/A]</w:t>
            </w:r>
          </w:p>
        </w:tc>
      </w:tr>
      <w:tr w:rsidR="00550F2E" w:rsidRPr="00275A7E" w14:paraId="7015824C" w14:textId="77777777" w:rsidTr="00275A7E">
        <w:trPr>
          <w:cantSplit/>
          <w:trHeight w:val="358"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EAF1F6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6071313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Academic / Workplace Supervisor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8737328" w14:textId="77777777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[FULL NAME, TITLE AND E-MAIL]</w:t>
            </w:r>
          </w:p>
        </w:tc>
      </w:tr>
    </w:tbl>
    <w:p w14:paraId="38D306FB" w14:textId="77777777" w:rsidR="00275A7E" w:rsidRPr="00275A7E" w:rsidRDefault="00275A7E">
      <w:pPr>
        <w:spacing w:after="80" w:line="252" w:lineRule="auto"/>
        <w:jc w:val="both"/>
        <w:rPr>
          <w:rFonts w:ascii="Times New Roman" w:hAnsi="Times New Roman" w:cs="Times New Roman"/>
          <w:sz w:val="18"/>
        </w:rPr>
      </w:pPr>
    </w:p>
    <w:p w14:paraId="0434835E" w14:textId="2F85A6F9" w:rsidR="00550F2E" w:rsidRPr="00275A7E" w:rsidRDefault="00000000">
      <w:pPr>
        <w:spacing w:after="8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 xml:space="preserve">The mobility has been approved by the relevant academic or administrative unit. The study or traineeship programme will be carried out in accordance with the approved Erasmus+ Learning Agreement and the institutional rules applicable at Ankara </w:t>
      </w:r>
      <w:r w:rsidR="00275A7E" w:rsidRPr="00275A7E">
        <w:rPr>
          <w:rFonts w:ascii="Times New Roman" w:hAnsi="Times New Roman" w:cs="Times New Roman"/>
          <w:sz w:val="20"/>
          <w:szCs w:val="20"/>
        </w:rPr>
        <w:t xml:space="preserve">Bilim </w:t>
      </w:r>
      <w:r w:rsidRPr="00275A7E">
        <w:rPr>
          <w:rFonts w:ascii="Times New Roman" w:hAnsi="Times New Roman" w:cs="Times New Roman"/>
          <w:sz w:val="20"/>
          <w:szCs w:val="20"/>
        </w:rPr>
        <w:t>University.</w:t>
      </w:r>
    </w:p>
    <w:p w14:paraId="6DA05409" w14:textId="77777777" w:rsidR="00550F2E" w:rsidRPr="00275A7E" w:rsidRDefault="00000000">
      <w:pPr>
        <w:spacing w:after="8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 xml:space="preserve">This letter confirms the </w:t>
      </w:r>
      <w:proofErr w:type="gramStart"/>
      <w:r w:rsidRPr="00275A7E">
        <w:rPr>
          <w:rFonts w:ascii="Times New Roman" w:hAnsi="Times New Roman" w:cs="Times New Roman"/>
          <w:sz w:val="20"/>
          <w:szCs w:val="20"/>
        </w:rPr>
        <w:t>student's</w:t>
      </w:r>
      <w:proofErr w:type="gramEnd"/>
      <w:r w:rsidRPr="00275A7E">
        <w:rPr>
          <w:rFonts w:ascii="Times New Roman" w:hAnsi="Times New Roman" w:cs="Times New Roman"/>
          <w:sz w:val="20"/>
          <w:szCs w:val="20"/>
        </w:rPr>
        <w:t xml:space="preserve"> official acceptance </w:t>
      </w:r>
      <w:proofErr w:type="gramStart"/>
      <w:r w:rsidRPr="00275A7E">
        <w:rPr>
          <w:rFonts w:ascii="Times New Roman" w:hAnsi="Times New Roman" w:cs="Times New Roman"/>
          <w:sz w:val="20"/>
          <w:szCs w:val="20"/>
        </w:rPr>
        <w:t>for</w:t>
      </w:r>
      <w:proofErr w:type="gramEnd"/>
      <w:r w:rsidRPr="00275A7E">
        <w:rPr>
          <w:rFonts w:ascii="Times New Roman" w:hAnsi="Times New Roman" w:cs="Times New Roman"/>
          <w:sz w:val="20"/>
          <w:szCs w:val="20"/>
        </w:rPr>
        <w:t xml:space="preserve"> the dates stated above and may be submitted to the relevant authorities for visa, residence permit and other official procedures. Any Erasmus+ grant or other financial support, if applicable, is administered by the student's sending institution unless otherwise confirmed in writing.</w:t>
      </w:r>
    </w:p>
    <w:p w14:paraId="3AC4C186" w14:textId="1507545A" w:rsidR="00550F2E" w:rsidRPr="00275A7E" w:rsidRDefault="00000000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 xml:space="preserve">We are pleased to welcome the </w:t>
      </w:r>
      <w:proofErr w:type="gramStart"/>
      <w:r w:rsidRPr="00275A7E">
        <w:rPr>
          <w:rFonts w:ascii="Times New Roman" w:hAnsi="Times New Roman" w:cs="Times New Roman"/>
          <w:sz w:val="20"/>
          <w:szCs w:val="20"/>
        </w:rPr>
        <w:t>student</w:t>
      </w:r>
      <w:proofErr w:type="gramEnd"/>
      <w:r w:rsidRPr="00275A7E">
        <w:rPr>
          <w:rFonts w:ascii="Times New Roman" w:hAnsi="Times New Roman" w:cs="Times New Roman"/>
          <w:sz w:val="20"/>
          <w:szCs w:val="20"/>
        </w:rPr>
        <w:t xml:space="preserve"> to Ankara </w:t>
      </w:r>
      <w:r w:rsidR="00275A7E" w:rsidRPr="00275A7E">
        <w:rPr>
          <w:rFonts w:ascii="Times New Roman" w:hAnsi="Times New Roman" w:cs="Times New Roman"/>
          <w:sz w:val="20"/>
          <w:szCs w:val="20"/>
        </w:rPr>
        <w:t>Bilim</w:t>
      </w:r>
      <w:r w:rsidRPr="00275A7E">
        <w:rPr>
          <w:rFonts w:ascii="Times New Roman" w:hAnsi="Times New Roman" w:cs="Times New Roman"/>
          <w:sz w:val="20"/>
          <w:szCs w:val="20"/>
        </w:rPr>
        <w:t xml:space="preserve"> University and wish them a successful and enriching mobility period.</w:t>
      </w:r>
    </w:p>
    <w:p w14:paraId="7CF31636" w14:textId="77777777" w:rsidR="00275A7E" w:rsidRPr="00275A7E" w:rsidRDefault="00275A7E">
      <w:pPr>
        <w:spacing w:before="40" w:after="120"/>
        <w:rPr>
          <w:rFonts w:ascii="Times New Roman" w:hAnsi="Times New Roman" w:cs="Times New Roman"/>
          <w:sz w:val="20"/>
          <w:szCs w:val="20"/>
        </w:rPr>
      </w:pPr>
    </w:p>
    <w:p w14:paraId="29410D05" w14:textId="20C33C75" w:rsidR="00550F2E" w:rsidRPr="00275A7E" w:rsidRDefault="00000000">
      <w:pPr>
        <w:spacing w:before="40" w:after="120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>Yours faithfully,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550F2E" w:rsidRPr="00275A7E" w14:paraId="7207A140" w14:textId="77777777">
        <w:trPr>
          <w:jc w:val="center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1111B72D" w14:textId="77777777" w:rsidR="00275A7E" w:rsidRPr="00275A7E" w:rsidRDefault="00275A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F9D3C67" w14:textId="14A82149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Esra </w:t>
            </w:r>
            <w:r w:rsidR="00275A7E"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AKTAŞ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0E230F1E" w14:textId="6B73AE71" w:rsidR="00550F2E" w:rsidRPr="00275A7E" w:rsidRDefault="00275A7E" w:rsidP="00275A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A7E">
              <w:rPr>
                <w:rFonts w:ascii="Times New Roman" w:hAnsi="Times New Roman" w:cs="Times New Roman"/>
                <w:b/>
                <w:sz w:val="18"/>
              </w:rPr>
              <w:t xml:space="preserve">                                                                             Official Stamp</w:t>
            </w:r>
          </w:p>
        </w:tc>
      </w:tr>
      <w:tr w:rsidR="00550F2E" w:rsidRPr="00275A7E" w14:paraId="22441B32" w14:textId="77777777">
        <w:trPr>
          <w:jc w:val="center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29C20CA9" w14:textId="12BF97EA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Erasmus Institutional Coordinator</w:t>
            </w:r>
            <w:r w:rsidRPr="00275A7E">
              <w:rPr>
                <w:rFonts w:ascii="Times New Roman" w:hAnsi="Times New Roman" w:cs="Times New Roman"/>
                <w:sz w:val="17"/>
              </w:rPr>
              <w:br/>
            </w:r>
            <w:r w:rsidRPr="00275A7E">
              <w:rPr>
                <w:rFonts w:ascii="Times New Roman" w:hAnsi="Times New Roman" w:cs="Times New Roman"/>
                <w:sz w:val="17"/>
              </w:rPr>
              <w:br/>
              <w:t>Signature: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146C8557" w14:textId="77777777" w:rsidR="00550F2E" w:rsidRPr="00275A7E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75A7E">
              <w:rPr>
                <w:rFonts w:ascii="Times New Roman" w:hAnsi="Times New Roman" w:cs="Times New Roman"/>
                <w:sz w:val="17"/>
              </w:rPr>
              <w:br/>
            </w:r>
            <w:r w:rsidRPr="00275A7E">
              <w:rPr>
                <w:rFonts w:ascii="Times New Roman" w:hAnsi="Times New Roman" w:cs="Times New Roman"/>
                <w:sz w:val="17"/>
              </w:rPr>
              <w:br/>
            </w:r>
          </w:p>
        </w:tc>
      </w:tr>
    </w:tbl>
    <w:p w14:paraId="29D416AC" w14:textId="77777777" w:rsidR="00E364BA" w:rsidRPr="00275A7E" w:rsidRDefault="00E364BA">
      <w:pPr>
        <w:rPr>
          <w:rFonts w:ascii="Times New Roman" w:hAnsi="Times New Roman" w:cs="Times New Roman"/>
        </w:rPr>
      </w:pPr>
    </w:p>
    <w:sectPr w:rsidR="00E364BA" w:rsidRPr="00275A7E" w:rsidSect="00974C29">
      <w:headerReference w:type="default" r:id="rId8"/>
      <w:footerReference w:type="default" r:id="rId9"/>
      <w:pgSz w:w="11906" w:h="16838"/>
      <w:pgMar w:top="482" w:right="822" w:bottom="482" w:left="822" w:header="11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1059F" w14:textId="77777777" w:rsidR="000B57E7" w:rsidRDefault="000B57E7">
      <w:pPr>
        <w:spacing w:after="0" w:line="240" w:lineRule="auto"/>
      </w:pPr>
      <w:r>
        <w:separator/>
      </w:r>
    </w:p>
  </w:endnote>
  <w:endnote w:type="continuationSeparator" w:id="0">
    <w:p w14:paraId="36BF3A90" w14:textId="77777777" w:rsidR="000B57E7" w:rsidRDefault="000B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5F5A" w14:textId="77777777" w:rsidR="00550F2E" w:rsidRDefault="00000000">
    <w:pPr>
      <w:pStyle w:val="AltBilgi"/>
      <w:jc w:val="center"/>
    </w:pPr>
    <w:r>
      <w:rPr>
        <w:color w:val="5E6870"/>
        <w:sz w:val="13"/>
      </w:rPr>
      <w:t>Şehit Gönenç Street, Maltepe District No: 5, Çankaya/Ankara, Türkiye  |  +90 444 22 28  |  erasmus@ankarabilim.edu.tr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987F1" w14:textId="77777777" w:rsidR="000B57E7" w:rsidRDefault="000B57E7">
      <w:pPr>
        <w:spacing w:after="0" w:line="240" w:lineRule="auto"/>
      </w:pPr>
      <w:r>
        <w:separator/>
      </w:r>
    </w:p>
  </w:footnote>
  <w:footnote w:type="continuationSeparator" w:id="0">
    <w:p w14:paraId="58083635" w14:textId="77777777" w:rsidR="000B57E7" w:rsidRDefault="000B5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BD42" w14:textId="77777777" w:rsidR="00457817" w:rsidRDefault="00275A7E">
    <w:pPr>
      <w:pStyle w:val="stBilgi"/>
    </w:pPr>
    <w:r>
      <w:t xml:space="preserve">                                                                                      </w:t>
    </w:r>
  </w:p>
  <w:p w14:paraId="06D10A34" w14:textId="618648A7" w:rsidR="00275A7E" w:rsidRDefault="00457817">
    <w:pPr>
      <w:pStyle w:val="stBilgi"/>
    </w:pPr>
    <w:r>
      <w:t xml:space="preserve">                                                                                    </w:t>
    </w:r>
    <w:r w:rsidR="00275A7E">
      <w:t xml:space="preserve">   </w:t>
    </w:r>
    <w:r w:rsidR="00275A7E">
      <w:rPr>
        <w:noProof/>
      </w:rPr>
      <w:drawing>
        <wp:inline distT="0" distB="0" distL="0" distR="0" wp14:anchorId="1B0CBA32" wp14:editId="7B25504B">
          <wp:extent cx="1339850" cy="2930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1556" cy="30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1613616">
    <w:abstractNumId w:val="8"/>
  </w:num>
  <w:num w:numId="2" w16cid:durableId="1518076411">
    <w:abstractNumId w:val="6"/>
  </w:num>
  <w:num w:numId="3" w16cid:durableId="1679775083">
    <w:abstractNumId w:val="5"/>
  </w:num>
  <w:num w:numId="4" w16cid:durableId="1240672337">
    <w:abstractNumId w:val="4"/>
  </w:num>
  <w:num w:numId="5" w16cid:durableId="364864708">
    <w:abstractNumId w:val="7"/>
  </w:num>
  <w:num w:numId="6" w16cid:durableId="364524798">
    <w:abstractNumId w:val="3"/>
  </w:num>
  <w:num w:numId="7" w16cid:durableId="649552916">
    <w:abstractNumId w:val="2"/>
  </w:num>
  <w:num w:numId="8" w16cid:durableId="922956041">
    <w:abstractNumId w:val="1"/>
  </w:num>
  <w:num w:numId="9" w16cid:durableId="164331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7E7"/>
    <w:rsid w:val="0015074B"/>
    <w:rsid w:val="00275A7E"/>
    <w:rsid w:val="0029639D"/>
    <w:rsid w:val="00326F90"/>
    <w:rsid w:val="003D58B9"/>
    <w:rsid w:val="00457817"/>
    <w:rsid w:val="00550F2E"/>
    <w:rsid w:val="00974C29"/>
    <w:rsid w:val="00AA1D8D"/>
    <w:rsid w:val="00B47730"/>
    <w:rsid w:val="00B76A72"/>
    <w:rsid w:val="00CB0664"/>
    <w:rsid w:val="00E364BA"/>
    <w:rsid w:val="00EB44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89D3B"/>
  <w14:defaultImageDpi w14:val="300"/>
  <w15:docId w15:val="{DDE56AD4-D69F-4483-B5D2-6C2F638E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Title">
    <w:name w:val="LetterTitle"/>
    <w:rPr>
      <w:rFonts w:ascii="Calibri" w:hAnsi="Calibri"/>
      <w:b/>
      <w:color w:val="173B5E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5</cp:revision>
  <dcterms:created xsi:type="dcterms:W3CDTF">2013-12-23T23:15:00Z</dcterms:created>
  <dcterms:modified xsi:type="dcterms:W3CDTF">2026-08-04T06:37:00Z</dcterms:modified>
  <cp:category/>
</cp:coreProperties>
</file>