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CF811" w14:textId="77777777" w:rsidR="00D33706" w:rsidRDefault="009F3D44" w:rsidP="009F3D44">
      <w:pPr>
        <w:pStyle w:val="DocTitle"/>
        <w:spacing w:after="0"/>
        <w:rPr>
          <w:rFonts w:ascii="Times New Roman" w:hAnsi="Times New Roman" w:cs="Times New Roman"/>
          <w:color w:val="auto"/>
          <w:sz w:val="20"/>
          <w:szCs w:val="20"/>
        </w:rPr>
      </w:pPr>
      <w:r>
        <w:rPr>
          <w:rFonts w:ascii="Times New Roman" w:hAnsi="Times New Roman" w:cs="Times New Roman"/>
          <w:color w:val="auto"/>
          <w:sz w:val="20"/>
          <w:szCs w:val="20"/>
        </w:rPr>
        <w:t xml:space="preserve">                                                                               </w:t>
      </w:r>
    </w:p>
    <w:p w14:paraId="4331AB83" w14:textId="1C9A785E" w:rsidR="00522FEA" w:rsidRPr="006348D5" w:rsidRDefault="00D33706" w:rsidP="009F3D44">
      <w:pPr>
        <w:pStyle w:val="DocTitle"/>
        <w:spacing w:after="0"/>
        <w:rPr>
          <w:rFonts w:ascii="Times New Roman" w:hAnsi="Times New Roman" w:cs="Times New Roman"/>
          <w:color w:val="auto"/>
          <w:sz w:val="20"/>
          <w:szCs w:val="20"/>
        </w:rPr>
      </w:pPr>
      <w:r>
        <w:rPr>
          <w:rFonts w:ascii="Times New Roman" w:hAnsi="Times New Roman" w:cs="Times New Roman"/>
          <w:color w:val="auto"/>
          <w:sz w:val="20"/>
          <w:szCs w:val="20"/>
        </w:rPr>
        <w:t xml:space="preserve">                                                                                 </w:t>
      </w:r>
      <w:r w:rsidR="009F3D44" w:rsidRPr="006348D5">
        <w:rPr>
          <w:rFonts w:ascii="Times New Roman" w:hAnsi="Times New Roman" w:cs="Times New Roman"/>
          <w:color w:val="auto"/>
          <w:sz w:val="20"/>
          <w:szCs w:val="20"/>
        </w:rPr>
        <w:t>REPUBLIC OF TÜRKİYE</w:t>
      </w:r>
    </w:p>
    <w:p w14:paraId="638D9B1A" w14:textId="77777777" w:rsidR="00522FEA" w:rsidRPr="006348D5" w:rsidRDefault="00000000">
      <w:pPr>
        <w:pStyle w:val="DocTitle"/>
        <w:spacing w:after="0"/>
        <w:jc w:val="center"/>
        <w:rPr>
          <w:rFonts w:ascii="Times New Roman" w:hAnsi="Times New Roman" w:cs="Times New Roman"/>
          <w:color w:val="auto"/>
          <w:sz w:val="20"/>
          <w:szCs w:val="20"/>
        </w:rPr>
      </w:pPr>
      <w:r w:rsidRPr="006348D5">
        <w:rPr>
          <w:rFonts w:ascii="Times New Roman" w:hAnsi="Times New Roman" w:cs="Times New Roman"/>
          <w:color w:val="auto"/>
          <w:sz w:val="20"/>
          <w:szCs w:val="20"/>
        </w:rPr>
        <w:t>ANKARA SCIENCE UNIVERSITY</w:t>
      </w:r>
    </w:p>
    <w:p w14:paraId="4A841E78" w14:textId="77777777" w:rsidR="00522FEA" w:rsidRPr="006348D5" w:rsidRDefault="00000000">
      <w:pPr>
        <w:pStyle w:val="DocTitle"/>
        <w:spacing w:after="20"/>
        <w:jc w:val="center"/>
        <w:rPr>
          <w:rFonts w:ascii="Times New Roman" w:hAnsi="Times New Roman" w:cs="Times New Roman"/>
          <w:color w:val="auto"/>
          <w:sz w:val="20"/>
          <w:szCs w:val="20"/>
        </w:rPr>
      </w:pPr>
      <w:r w:rsidRPr="006348D5">
        <w:rPr>
          <w:rFonts w:ascii="Times New Roman" w:hAnsi="Times New Roman" w:cs="Times New Roman"/>
          <w:color w:val="auto"/>
          <w:sz w:val="20"/>
          <w:szCs w:val="20"/>
        </w:rPr>
        <w:t>ERASMUS+ COORDINATION OFFICE</w:t>
      </w:r>
    </w:p>
    <w:p w14:paraId="4991BC42" w14:textId="77777777" w:rsidR="00522FEA" w:rsidRPr="006348D5" w:rsidRDefault="00000000">
      <w:pPr>
        <w:spacing w:after="40"/>
        <w:jc w:val="center"/>
        <w:rPr>
          <w:rFonts w:ascii="Times New Roman" w:hAnsi="Times New Roman" w:cs="Times New Roman"/>
        </w:rPr>
      </w:pPr>
      <w:r w:rsidRPr="006348D5">
        <w:rPr>
          <w:rFonts w:ascii="Times New Roman" w:hAnsi="Times New Roman" w:cs="Times New Roman"/>
          <w:b/>
          <w:sz w:val="20"/>
          <w:szCs w:val="20"/>
        </w:rPr>
        <w:t>ERASMUS+ STUDENT DECLARATION AND UNDERTAKING</w:t>
      </w:r>
    </w:p>
    <w:p w14:paraId="76F00192" w14:textId="77777777" w:rsidR="00522FEA" w:rsidRPr="006348D5" w:rsidRDefault="00000000">
      <w:pPr>
        <w:spacing w:after="40"/>
        <w:jc w:val="right"/>
        <w:rPr>
          <w:rFonts w:ascii="Times New Roman" w:hAnsi="Times New Roman" w:cs="Times New Roman"/>
        </w:rPr>
      </w:pPr>
      <w:r w:rsidRPr="006348D5">
        <w:rPr>
          <w:rFonts w:ascii="Times New Roman" w:hAnsi="Times New Roman" w:cs="Times New Roman"/>
        </w:rPr>
        <w:t>Date: …… / …… / 20……</w:t>
      </w:r>
    </w:p>
    <w:tbl>
      <w:tblPr>
        <w:tblW w:w="0" w:type="auto"/>
        <w:jc w:val="center"/>
        <w:tblLayout w:type="fixed"/>
        <w:tblLook w:val="04A0" w:firstRow="1" w:lastRow="0" w:firstColumn="1" w:lastColumn="0" w:noHBand="0" w:noVBand="1"/>
      </w:tblPr>
      <w:tblGrid>
        <w:gridCol w:w="5472"/>
        <w:gridCol w:w="5302"/>
      </w:tblGrid>
      <w:tr w:rsidR="00522FEA" w:rsidRPr="006348D5" w14:paraId="29013E74" w14:textId="77777777" w:rsidTr="009F3D44">
        <w:trPr>
          <w:trHeight w:val="322"/>
          <w:jc w:val="center"/>
        </w:trPr>
        <w:tc>
          <w:tcPr>
            <w:tcW w:w="5472" w:type="dxa"/>
            <w:tcBorders>
              <w:top w:val="single" w:sz="5" w:space="0" w:color="A8B8C4"/>
              <w:left w:val="single" w:sz="5" w:space="0" w:color="A8B8C4"/>
              <w:bottom w:val="single" w:sz="5" w:space="0" w:color="A8B8C4"/>
              <w:right w:val="single" w:sz="5" w:space="0" w:color="A8B8C4"/>
            </w:tcBorders>
            <w:shd w:val="clear" w:color="auto" w:fill="EEF3F7"/>
            <w:tcMar>
              <w:top w:w="35" w:type="dxa"/>
              <w:left w:w="60" w:type="dxa"/>
              <w:bottom w:w="35" w:type="dxa"/>
              <w:right w:w="60" w:type="dxa"/>
            </w:tcMar>
            <w:vAlign w:val="center"/>
          </w:tcPr>
          <w:p w14:paraId="707936D2" w14:textId="77777777" w:rsidR="00522FEA" w:rsidRPr="009F3D44" w:rsidRDefault="00000000">
            <w:pPr>
              <w:spacing w:after="0" w:line="240" w:lineRule="auto"/>
              <w:rPr>
                <w:rFonts w:ascii="Times New Roman" w:hAnsi="Times New Roman" w:cs="Times New Roman"/>
                <w:szCs w:val="18"/>
              </w:rPr>
            </w:pPr>
            <w:r w:rsidRPr="009F3D44">
              <w:rPr>
                <w:rFonts w:ascii="Times New Roman" w:hAnsi="Times New Roman" w:cs="Times New Roman"/>
                <w:b/>
                <w:szCs w:val="18"/>
              </w:rPr>
              <w:t>Full Name</w:t>
            </w:r>
          </w:p>
        </w:tc>
        <w:tc>
          <w:tcPr>
            <w:tcW w:w="5302" w:type="dxa"/>
            <w:tcBorders>
              <w:top w:val="single" w:sz="5" w:space="0" w:color="A8B8C4"/>
              <w:left w:val="single" w:sz="5" w:space="0" w:color="A8B8C4"/>
              <w:bottom w:val="single" w:sz="5" w:space="0" w:color="A8B8C4"/>
              <w:right w:val="single" w:sz="5" w:space="0" w:color="A8B8C4"/>
            </w:tcBorders>
            <w:tcMar>
              <w:top w:w="35" w:type="dxa"/>
              <w:left w:w="60" w:type="dxa"/>
              <w:bottom w:w="35" w:type="dxa"/>
              <w:right w:w="60" w:type="dxa"/>
            </w:tcMar>
            <w:vAlign w:val="center"/>
          </w:tcPr>
          <w:p w14:paraId="75390EFF" w14:textId="77777777" w:rsidR="00522FEA" w:rsidRPr="006348D5" w:rsidRDefault="00000000">
            <w:pPr>
              <w:spacing w:after="0" w:line="240" w:lineRule="auto"/>
              <w:rPr>
                <w:rFonts w:ascii="Times New Roman" w:hAnsi="Times New Roman" w:cs="Times New Roman"/>
              </w:rPr>
            </w:pPr>
            <w:r w:rsidRPr="006348D5">
              <w:rPr>
                <w:rFonts w:ascii="Times New Roman" w:hAnsi="Times New Roman" w:cs="Times New Roman"/>
                <w:sz w:val="16"/>
              </w:rPr>
              <w:t>:  ........................................................................................................................</w:t>
            </w:r>
          </w:p>
        </w:tc>
      </w:tr>
      <w:tr w:rsidR="00522FEA" w:rsidRPr="006348D5" w14:paraId="057AF6C3" w14:textId="77777777" w:rsidTr="009F3D44">
        <w:trPr>
          <w:jc w:val="center"/>
        </w:trPr>
        <w:tc>
          <w:tcPr>
            <w:tcW w:w="5472" w:type="dxa"/>
            <w:tcBorders>
              <w:top w:val="single" w:sz="5" w:space="0" w:color="A8B8C4"/>
              <w:left w:val="single" w:sz="5" w:space="0" w:color="A8B8C4"/>
              <w:bottom w:val="single" w:sz="5" w:space="0" w:color="A8B8C4"/>
              <w:right w:val="single" w:sz="5" w:space="0" w:color="A8B8C4"/>
            </w:tcBorders>
            <w:shd w:val="clear" w:color="auto" w:fill="EEF3F7"/>
            <w:tcMar>
              <w:top w:w="35" w:type="dxa"/>
              <w:left w:w="60" w:type="dxa"/>
              <w:bottom w:w="35" w:type="dxa"/>
              <w:right w:w="60" w:type="dxa"/>
            </w:tcMar>
            <w:vAlign w:val="center"/>
          </w:tcPr>
          <w:p w14:paraId="2FC5BEAF" w14:textId="77777777" w:rsidR="00522FEA" w:rsidRPr="009F3D44" w:rsidRDefault="00000000">
            <w:pPr>
              <w:spacing w:after="0" w:line="240" w:lineRule="auto"/>
              <w:rPr>
                <w:rFonts w:ascii="Times New Roman" w:hAnsi="Times New Roman" w:cs="Times New Roman"/>
                <w:szCs w:val="18"/>
              </w:rPr>
            </w:pPr>
            <w:r w:rsidRPr="009F3D44">
              <w:rPr>
                <w:rFonts w:ascii="Times New Roman" w:hAnsi="Times New Roman" w:cs="Times New Roman"/>
                <w:b/>
                <w:szCs w:val="18"/>
              </w:rPr>
              <w:t>Place / Date of Birth</w:t>
            </w:r>
          </w:p>
        </w:tc>
        <w:tc>
          <w:tcPr>
            <w:tcW w:w="5302" w:type="dxa"/>
            <w:tcBorders>
              <w:top w:val="single" w:sz="5" w:space="0" w:color="A8B8C4"/>
              <w:left w:val="single" w:sz="5" w:space="0" w:color="A8B8C4"/>
              <w:bottom w:val="single" w:sz="5" w:space="0" w:color="A8B8C4"/>
              <w:right w:val="single" w:sz="5" w:space="0" w:color="A8B8C4"/>
            </w:tcBorders>
            <w:tcMar>
              <w:top w:w="35" w:type="dxa"/>
              <w:left w:w="60" w:type="dxa"/>
              <w:bottom w:w="35" w:type="dxa"/>
              <w:right w:w="60" w:type="dxa"/>
            </w:tcMar>
            <w:vAlign w:val="center"/>
          </w:tcPr>
          <w:p w14:paraId="5031118C" w14:textId="77777777" w:rsidR="00522FEA" w:rsidRPr="006348D5" w:rsidRDefault="00000000">
            <w:pPr>
              <w:spacing w:after="0" w:line="240" w:lineRule="auto"/>
              <w:rPr>
                <w:rFonts w:ascii="Times New Roman" w:hAnsi="Times New Roman" w:cs="Times New Roman"/>
              </w:rPr>
            </w:pPr>
            <w:r w:rsidRPr="006348D5">
              <w:rPr>
                <w:rFonts w:ascii="Times New Roman" w:hAnsi="Times New Roman" w:cs="Times New Roman"/>
                <w:sz w:val="16"/>
              </w:rPr>
              <w:t>:  ........................................................................................................................</w:t>
            </w:r>
          </w:p>
        </w:tc>
      </w:tr>
      <w:tr w:rsidR="00522FEA" w:rsidRPr="006348D5" w14:paraId="73EB5E7D" w14:textId="77777777" w:rsidTr="009F3D44">
        <w:trPr>
          <w:jc w:val="center"/>
        </w:trPr>
        <w:tc>
          <w:tcPr>
            <w:tcW w:w="5472" w:type="dxa"/>
            <w:tcBorders>
              <w:top w:val="single" w:sz="5" w:space="0" w:color="A8B8C4"/>
              <w:left w:val="single" w:sz="5" w:space="0" w:color="A8B8C4"/>
              <w:bottom w:val="single" w:sz="5" w:space="0" w:color="A8B8C4"/>
              <w:right w:val="single" w:sz="5" w:space="0" w:color="A8B8C4"/>
            </w:tcBorders>
            <w:shd w:val="clear" w:color="auto" w:fill="EEF3F7"/>
            <w:tcMar>
              <w:top w:w="35" w:type="dxa"/>
              <w:left w:w="60" w:type="dxa"/>
              <w:bottom w:w="35" w:type="dxa"/>
              <w:right w:w="60" w:type="dxa"/>
            </w:tcMar>
            <w:vAlign w:val="center"/>
          </w:tcPr>
          <w:p w14:paraId="59595494" w14:textId="77777777" w:rsidR="00522FEA" w:rsidRPr="009F3D44" w:rsidRDefault="00000000">
            <w:pPr>
              <w:spacing w:after="0" w:line="240" w:lineRule="auto"/>
              <w:rPr>
                <w:rFonts w:ascii="Times New Roman" w:hAnsi="Times New Roman" w:cs="Times New Roman"/>
                <w:szCs w:val="18"/>
              </w:rPr>
            </w:pPr>
            <w:r w:rsidRPr="009F3D44">
              <w:rPr>
                <w:rFonts w:ascii="Times New Roman" w:hAnsi="Times New Roman" w:cs="Times New Roman"/>
                <w:b/>
                <w:szCs w:val="18"/>
              </w:rPr>
              <w:t>Address</w:t>
            </w:r>
          </w:p>
        </w:tc>
        <w:tc>
          <w:tcPr>
            <w:tcW w:w="5302" w:type="dxa"/>
            <w:tcBorders>
              <w:top w:val="single" w:sz="5" w:space="0" w:color="A8B8C4"/>
              <w:left w:val="single" w:sz="5" w:space="0" w:color="A8B8C4"/>
              <w:bottom w:val="single" w:sz="5" w:space="0" w:color="A8B8C4"/>
              <w:right w:val="single" w:sz="5" w:space="0" w:color="A8B8C4"/>
            </w:tcBorders>
            <w:tcMar>
              <w:top w:w="35" w:type="dxa"/>
              <w:left w:w="60" w:type="dxa"/>
              <w:bottom w:w="35" w:type="dxa"/>
              <w:right w:w="60" w:type="dxa"/>
            </w:tcMar>
            <w:vAlign w:val="center"/>
          </w:tcPr>
          <w:p w14:paraId="530EA561" w14:textId="77777777" w:rsidR="00522FEA" w:rsidRPr="006348D5" w:rsidRDefault="00000000">
            <w:pPr>
              <w:spacing w:after="0" w:line="240" w:lineRule="auto"/>
              <w:rPr>
                <w:rFonts w:ascii="Times New Roman" w:hAnsi="Times New Roman" w:cs="Times New Roman"/>
              </w:rPr>
            </w:pPr>
            <w:r w:rsidRPr="006348D5">
              <w:rPr>
                <w:rFonts w:ascii="Times New Roman" w:hAnsi="Times New Roman" w:cs="Times New Roman"/>
                <w:sz w:val="16"/>
              </w:rPr>
              <w:t>:  ........................................................................................................................</w:t>
            </w:r>
          </w:p>
        </w:tc>
      </w:tr>
      <w:tr w:rsidR="00522FEA" w:rsidRPr="006348D5" w14:paraId="7A63EC0B" w14:textId="77777777" w:rsidTr="009F3D44">
        <w:trPr>
          <w:jc w:val="center"/>
        </w:trPr>
        <w:tc>
          <w:tcPr>
            <w:tcW w:w="5472" w:type="dxa"/>
            <w:tcBorders>
              <w:top w:val="single" w:sz="5" w:space="0" w:color="A8B8C4"/>
              <w:left w:val="single" w:sz="5" w:space="0" w:color="A8B8C4"/>
              <w:bottom w:val="single" w:sz="5" w:space="0" w:color="A8B8C4"/>
              <w:right w:val="single" w:sz="5" w:space="0" w:color="A8B8C4"/>
            </w:tcBorders>
            <w:shd w:val="clear" w:color="auto" w:fill="EEF3F7"/>
            <w:tcMar>
              <w:top w:w="35" w:type="dxa"/>
              <w:left w:w="60" w:type="dxa"/>
              <w:bottom w:w="35" w:type="dxa"/>
              <w:right w:w="60" w:type="dxa"/>
            </w:tcMar>
            <w:vAlign w:val="center"/>
          </w:tcPr>
          <w:p w14:paraId="2794E2F7" w14:textId="77777777" w:rsidR="00522FEA" w:rsidRPr="009F3D44" w:rsidRDefault="00000000">
            <w:pPr>
              <w:spacing w:after="0" w:line="240" w:lineRule="auto"/>
              <w:rPr>
                <w:rFonts w:ascii="Times New Roman" w:hAnsi="Times New Roman" w:cs="Times New Roman"/>
                <w:szCs w:val="18"/>
              </w:rPr>
            </w:pPr>
            <w:r w:rsidRPr="009F3D44">
              <w:rPr>
                <w:rFonts w:ascii="Times New Roman" w:hAnsi="Times New Roman" w:cs="Times New Roman"/>
                <w:b/>
                <w:szCs w:val="18"/>
              </w:rPr>
              <w:t>Phone Number</w:t>
            </w:r>
          </w:p>
        </w:tc>
        <w:tc>
          <w:tcPr>
            <w:tcW w:w="5302" w:type="dxa"/>
            <w:tcBorders>
              <w:top w:val="single" w:sz="5" w:space="0" w:color="A8B8C4"/>
              <w:left w:val="single" w:sz="5" w:space="0" w:color="A8B8C4"/>
              <w:bottom w:val="single" w:sz="5" w:space="0" w:color="A8B8C4"/>
              <w:right w:val="single" w:sz="5" w:space="0" w:color="A8B8C4"/>
            </w:tcBorders>
            <w:tcMar>
              <w:top w:w="35" w:type="dxa"/>
              <w:left w:w="60" w:type="dxa"/>
              <w:bottom w:w="35" w:type="dxa"/>
              <w:right w:w="60" w:type="dxa"/>
            </w:tcMar>
            <w:vAlign w:val="center"/>
          </w:tcPr>
          <w:p w14:paraId="15D3D375" w14:textId="77777777" w:rsidR="00522FEA" w:rsidRPr="006348D5" w:rsidRDefault="00000000">
            <w:pPr>
              <w:spacing w:after="0" w:line="240" w:lineRule="auto"/>
              <w:rPr>
                <w:rFonts w:ascii="Times New Roman" w:hAnsi="Times New Roman" w:cs="Times New Roman"/>
              </w:rPr>
            </w:pPr>
            <w:r w:rsidRPr="006348D5">
              <w:rPr>
                <w:rFonts w:ascii="Times New Roman" w:hAnsi="Times New Roman" w:cs="Times New Roman"/>
                <w:sz w:val="16"/>
              </w:rPr>
              <w:t>:  ........................................................................................................................</w:t>
            </w:r>
          </w:p>
        </w:tc>
      </w:tr>
      <w:tr w:rsidR="00522FEA" w:rsidRPr="006348D5" w14:paraId="2B6A8AE9" w14:textId="77777777" w:rsidTr="009F3D44">
        <w:trPr>
          <w:jc w:val="center"/>
        </w:trPr>
        <w:tc>
          <w:tcPr>
            <w:tcW w:w="5472" w:type="dxa"/>
            <w:tcBorders>
              <w:top w:val="single" w:sz="5" w:space="0" w:color="A8B8C4"/>
              <w:left w:val="single" w:sz="5" w:space="0" w:color="A8B8C4"/>
              <w:bottom w:val="single" w:sz="5" w:space="0" w:color="A8B8C4"/>
              <w:right w:val="single" w:sz="5" w:space="0" w:color="A8B8C4"/>
            </w:tcBorders>
            <w:shd w:val="clear" w:color="auto" w:fill="EEF3F7"/>
            <w:tcMar>
              <w:top w:w="35" w:type="dxa"/>
              <w:left w:w="60" w:type="dxa"/>
              <w:bottom w:w="35" w:type="dxa"/>
              <w:right w:w="60" w:type="dxa"/>
            </w:tcMar>
            <w:vAlign w:val="center"/>
          </w:tcPr>
          <w:p w14:paraId="66635934" w14:textId="77777777" w:rsidR="00522FEA" w:rsidRPr="009F3D44" w:rsidRDefault="00000000">
            <w:pPr>
              <w:spacing w:after="0" w:line="240" w:lineRule="auto"/>
              <w:rPr>
                <w:rFonts w:ascii="Times New Roman" w:hAnsi="Times New Roman" w:cs="Times New Roman"/>
                <w:szCs w:val="18"/>
              </w:rPr>
            </w:pPr>
            <w:r w:rsidRPr="009F3D44">
              <w:rPr>
                <w:rFonts w:ascii="Times New Roman" w:hAnsi="Times New Roman" w:cs="Times New Roman"/>
                <w:b/>
                <w:szCs w:val="18"/>
              </w:rPr>
              <w:t>E-mail Address</w:t>
            </w:r>
          </w:p>
        </w:tc>
        <w:tc>
          <w:tcPr>
            <w:tcW w:w="5302" w:type="dxa"/>
            <w:tcBorders>
              <w:top w:val="single" w:sz="5" w:space="0" w:color="A8B8C4"/>
              <w:left w:val="single" w:sz="5" w:space="0" w:color="A8B8C4"/>
              <w:bottom w:val="single" w:sz="5" w:space="0" w:color="A8B8C4"/>
              <w:right w:val="single" w:sz="5" w:space="0" w:color="A8B8C4"/>
            </w:tcBorders>
            <w:tcMar>
              <w:top w:w="35" w:type="dxa"/>
              <w:left w:w="60" w:type="dxa"/>
              <w:bottom w:w="35" w:type="dxa"/>
              <w:right w:w="60" w:type="dxa"/>
            </w:tcMar>
            <w:vAlign w:val="center"/>
          </w:tcPr>
          <w:p w14:paraId="0C621FCC" w14:textId="77777777" w:rsidR="00522FEA" w:rsidRPr="006348D5" w:rsidRDefault="00000000">
            <w:pPr>
              <w:spacing w:after="0" w:line="240" w:lineRule="auto"/>
              <w:rPr>
                <w:rFonts w:ascii="Times New Roman" w:hAnsi="Times New Roman" w:cs="Times New Roman"/>
              </w:rPr>
            </w:pPr>
            <w:r w:rsidRPr="006348D5">
              <w:rPr>
                <w:rFonts w:ascii="Times New Roman" w:hAnsi="Times New Roman" w:cs="Times New Roman"/>
                <w:sz w:val="16"/>
              </w:rPr>
              <w:t>:  ........................................................................................................................</w:t>
            </w:r>
          </w:p>
        </w:tc>
      </w:tr>
      <w:tr w:rsidR="00522FEA" w:rsidRPr="006348D5" w14:paraId="6BD6CCD0" w14:textId="77777777" w:rsidTr="009F3D44">
        <w:trPr>
          <w:jc w:val="center"/>
        </w:trPr>
        <w:tc>
          <w:tcPr>
            <w:tcW w:w="5472" w:type="dxa"/>
            <w:tcBorders>
              <w:top w:val="single" w:sz="5" w:space="0" w:color="A8B8C4"/>
              <w:left w:val="single" w:sz="5" w:space="0" w:color="A8B8C4"/>
              <w:bottom w:val="single" w:sz="5" w:space="0" w:color="A8B8C4"/>
              <w:right w:val="single" w:sz="5" w:space="0" w:color="A8B8C4"/>
            </w:tcBorders>
            <w:shd w:val="clear" w:color="auto" w:fill="EEF3F7"/>
            <w:tcMar>
              <w:top w:w="35" w:type="dxa"/>
              <w:left w:w="60" w:type="dxa"/>
              <w:bottom w:w="35" w:type="dxa"/>
              <w:right w:w="60" w:type="dxa"/>
            </w:tcMar>
            <w:vAlign w:val="center"/>
          </w:tcPr>
          <w:p w14:paraId="315FD028" w14:textId="77777777" w:rsidR="00522FEA" w:rsidRPr="009F3D44" w:rsidRDefault="00000000">
            <w:pPr>
              <w:spacing w:after="0" w:line="240" w:lineRule="auto"/>
              <w:rPr>
                <w:rFonts w:ascii="Times New Roman" w:hAnsi="Times New Roman" w:cs="Times New Roman"/>
                <w:szCs w:val="18"/>
              </w:rPr>
            </w:pPr>
            <w:r w:rsidRPr="009F3D44">
              <w:rPr>
                <w:rFonts w:ascii="Times New Roman" w:hAnsi="Times New Roman" w:cs="Times New Roman"/>
                <w:b/>
                <w:szCs w:val="18"/>
              </w:rPr>
              <w:t>Destination Country / Institution</w:t>
            </w:r>
          </w:p>
        </w:tc>
        <w:tc>
          <w:tcPr>
            <w:tcW w:w="5302" w:type="dxa"/>
            <w:tcBorders>
              <w:top w:val="single" w:sz="5" w:space="0" w:color="A8B8C4"/>
              <w:left w:val="single" w:sz="5" w:space="0" w:color="A8B8C4"/>
              <w:bottom w:val="single" w:sz="5" w:space="0" w:color="A8B8C4"/>
              <w:right w:val="single" w:sz="5" w:space="0" w:color="A8B8C4"/>
            </w:tcBorders>
            <w:tcMar>
              <w:top w:w="35" w:type="dxa"/>
              <w:left w:w="60" w:type="dxa"/>
              <w:bottom w:w="35" w:type="dxa"/>
              <w:right w:w="60" w:type="dxa"/>
            </w:tcMar>
            <w:vAlign w:val="center"/>
          </w:tcPr>
          <w:p w14:paraId="43C15B42" w14:textId="77777777" w:rsidR="00522FEA" w:rsidRPr="006348D5" w:rsidRDefault="00000000">
            <w:pPr>
              <w:spacing w:after="0" w:line="240" w:lineRule="auto"/>
              <w:rPr>
                <w:rFonts w:ascii="Times New Roman" w:hAnsi="Times New Roman" w:cs="Times New Roman"/>
              </w:rPr>
            </w:pPr>
            <w:r w:rsidRPr="006348D5">
              <w:rPr>
                <w:rFonts w:ascii="Times New Roman" w:hAnsi="Times New Roman" w:cs="Times New Roman"/>
                <w:sz w:val="16"/>
              </w:rPr>
              <w:t>:  ........................................................................................................................</w:t>
            </w:r>
          </w:p>
        </w:tc>
      </w:tr>
      <w:tr w:rsidR="00522FEA" w:rsidRPr="006348D5" w14:paraId="5DAB436C" w14:textId="77777777" w:rsidTr="009F3D44">
        <w:trPr>
          <w:jc w:val="center"/>
        </w:trPr>
        <w:tc>
          <w:tcPr>
            <w:tcW w:w="5472" w:type="dxa"/>
            <w:tcBorders>
              <w:top w:val="single" w:sz="5" w:space="0" w:color="A8B8C4"/>
              <w:left w:val="single" w:sz="5" w:space="0" w:color="A8B8C4"/>
              <w:bottom w:val="single" w:sz="5" w:space="0" w:color="A8B8C4"/>
              <w:right w:val="single" w:sz="5" w:space="0" w:color="A8B8C4"/>
            </w:tcBorders>
            <w:shd w:val="clear" w:color="auto" w:fill="EEF3F7"/>
            <w:tcMar>
              <w:top w:w="35" w:type="dxa"/>
              <w:left w:w="60" w:type="dxa"/>
              <w:bottom w:w="35" w:type="dxa"/>
              <w:right w:w="60" w:type="dxa"/>
            </w:tcMar>
            <w:vAlign w:val="center"/>
          </w:tcPr>
          <w:p w14:paraId="2A7C3F99" w14:textId="77777777" w:rsidR="00522FEA" w:rsidRPr="009F3D44" w:rsidRDefault="00000000">
            <w:pPr>
              <w:spacing w:after="0" w:line="240" w:lineRule="auto"/>
              <w:rPr>
                <w:rFonts w:ascii="Times New Roman" w:hAnsi="Times New Roman" w:cs="Times New Roman"/>
                <w:szCs w:val="18"/>
              </w:rPr>
            </w:pPr>
            <w:r w:rsidRPr="009F3D44">
              <w:rPr>
                <w:rFonts w:ascii="Times New Roman" w:hAnsi="Times New Roman" w:cs="Times New Roman"/>
                <w:b/>
                <w:szCs w:val="18"/>
              </w:rPr>
              <w:t>Erasmus Code of the Host Institution (if applicable)</w:t>
            </w:r>
          </w:p>
        </w:tc>
        <w:tc>
          <w:tcPr>
            <w:tcW w:w="5302" w:type="dxa"/>
            <w:tcBorders>
              <w:top w:val="single" w:sz="5" w:space="0" w:color="A8B8C4"/>
              <w:left w:val="single" w:sz="5" w:space="0" w:color="A8B8C4"/>
              <w:bottom w:val="single" w:sz="5" w:space="0" w:color="A8B8C4"/>
              <w:right w:val="single" w:sz="5" w:space="0" w:color="A8B8C4"/>
            </w:tcBorders>
            <w:tcMar>
              <w:top w:w="35" w:type="dxa"/>
              <w:left w:w="60" w:type="dxa"/>
              <w:bottom w:w="35" w:type="dxa"/>
              <w:right w:w="60" w:type="dxa"/>
            </w:tcMar>
            <w:vAlign w:val="center"/>
          </w:tcPr>
          <w:p w14:paraId="7BA0AA1E" w14:textId="77777777" w:rsidR="00522FEA" w:rsidRPr="006348D5" w:rsidRDefault="00000000">
            <w:pPr>
              <w:spacing w:after="0" w:line="240" w:lineRule="auto"/>
              <w:rPr>
                <w:rFonts w:ascii="Times New Roman" w:hAnsi="Times New Roman" w:cs="Times New Roman"/>
              </w:rPr>
            </w:pPr>
            <w:r w:rsidRPr="006348D5">
              <w:rPr>
                <w:rFonts w:ascii="Times New Roman" w:hAnsi="Times New Roman" w:cs="Times New Roman"/>
                <w:sz w:val="16"/>
              </w:rPr>
              <w:t>:  ........................................................................................................................</w:t>
            </w:r>
          </w:p>
        </w:tc>
      </w:tr>
      <w:tr w:rsidR="00522FEA" w:rsidRPr="006348D5" w14:paraId="189A5B2E" w14:textId="77777777" w:rsidTr="009F3D44">
        <w:trPr>
          <w:jc w:val="center"/>
        </w:trPr>
        <w:tc>
          <w:tcPr>
            <w:tcW w:w="5472" w:type="dxa"/>
            <w:tcBorders>
              <w:top w:val="single" w:sz="5" w:space="0" w:color="A8B8C4"/>
              <w:left w:val="single" w:sz="5" w:space="0" w:color="A8B8C4"/>
              <w:bottom w:val="single" w:sz="5" w:space="0" w:color="A8B8C4"/>
              <w:right w:val="single" w:sz="5" w:space="0" w:color="A8B8C4"/>
            </w:tcBorders>
            <w:shd w:val="clear" w:color="auto" w:fill="EEF3F7"/>
            <w:tcMar>
              <w:top w:w="35" w:type="dxa"/>
              <w:left w:w="60" w:type="dxa"/>
              <w:bottom w:w="35" w:type="dxa"/>
              <w:right w:w="60" w:type="dxa"/>
            </w:tcMar>
            <w:vAlign w:val="center"/>
          </w:tcPr>
          <w:p w14:paraId="0E467043" w14:textId="77777777" w:rsidR="00522FEA" w:rsidRPr="009F3D44" w:rsidRDefault="00000000">
            <w:pPr>
              <w:spacing w:after="0" w:line="240" w:lineRule="auto"/>
              <w:rPr>
                <w:rFonts w:ascii="Times New Roman" w:hAnsi="Times New Roman" w:cs="Times New Roman"/>
                <w:szCs w:val="18"/>
              </w:rPr>
            </w:pPr>
            <w:r w:rsidRPr="009F3D44">
              <w:rPr>
                <w:rFonts w:ascii="Times New Roman" w:hAnsi="Times New Roman" w:cs="Times New Roman"/>
                <w:b/>
                <w:szCs w:val="18"/>
              </w:rPr>
              <w:t>Mobility Period</w:t>
            </w:r>
          </w:p>
        </w:tc>
        <w:tc>
          <w:tcPr>
            <w:tcW w:w="5302" w:type="dxa"/>
            <w:tcBorders>
              <w:top w:val="single" w:sz="5" w:space="0" w:color="A8B8C4"/>
              <w:left w:val="single" w:sz="5" w:space="0" w:color="A8B8C4"/>
              <w:bottom w:val="single" w:sz="5" w:space="0" w:color="A8B8C4"/>
              <w:right w:val="single" w:sz="5" w:space="0" w:color="A8B8C4"/>
            </w:tcBorders>
            <w:tcMar>
              <w:top w:w="35" w:type="dxa"/>
              <w:left w:w="60" w:type="dxa"/>
              <w:bottom w:w="35" w:type="dxa"/>
              <w:right w:w="60" w:type="dxa"/>
            </w:tcMar>
            <w:vAlign w:val="center"/>
          </w:tcPr>
          <w:p w14:paraId="3F4D6EA4" w14:textId="77777777" w:rsidR="00522FEA" w:rsidRPr="006348D5" w:rsidRDefault="00000000">
            <w:pPr>
              <w:spacing w:after="0" w:line="240" w:lineRule="auto"/>
              <w:rPr>
                <w:rFonts w:ascii="Times New Roman" w:hAnsi="Times New Roman" w:cs="Times New Roman"/>
              </w:rPr>
            </w:pPr>
            <w:r w:rsidRPr="006348D5">
              <w:rPr>
                <w:rFonts w:ascii="Times New Roman" w:hAnsi="Times New Roman" w:cs="Times New Roman"/>
                <w:sz w:val="16"/>
              </w:rPr>
              <w:t>:  ........................................................................................................................</w:t>
            </w:r>
          </w:p>
        </w:tc>
      </w:tr>
      <w:tr w:rsidR="00522FEA" w:rsidRPr="006348D5" w14:paraId="79434E75" w14:textId="77777777" w:rsidTr="009F3D44">
        <w:trPr>
          <w:trHeight w:val="69"/>
          <w:jc w:val="center"/>
        </w:trPr>
        <w:tc>
          <w:tcPr>
            <w:tcW w:w="5472" w:type="dxa"/>
            <w:tcBorders>
              <w:top w:val="single" w:sz="5" w:space="0" w:color="A8B8C4"/>
              <w:left w:val="single" w:sz="5" w:space="0" w:color="A8B8C4"/>
              <w:bottom w:val="single" w:sz="5" w:space="0" w:color="A8B8C4"/>
              <w:right w:val="single" w:sz="5" w:space="0" w:color="A8B8C4"/>
            </w:tcBorders>
            <w:shd w:val="clear" w:color="auto" w:fill="EEF3F7"/>
            <w:tcMar>
              <w:top w:w="35" w:type="dxa"/>
              <w:left w:w="60" w:type="dxa"/>
              <w:bottom w:w="35" w:type="dxa"/>
              <w:right w:w="60" w:type="dxa"/>
            </w:tcMar>
            <w:vAlign w:val="center"/>
          </w:tcPr>
          <w:p w14:paraId="74A89FC4" w14:textId="77777777" w:rsidR="00522FEA" w:rsidRPr="009F3D44" w:rsidRDefault="00000000">
            <w:pPr>
              <w:spacing w:after="0" w:line="240" w:lineRule="auto"/>
              <w:rPr>
                <w:rFonts w:ascii="Times New Roman" w:hAnsi="Times New Roman" w:cs="Times New Roman"/>
                <w:szCs w:val="18"/>
              </w:rPr>
            </w:pPr>
            <w:r w:rsidRPr="009F3D44">
              <w:rPr>
                <w:rFonts w:ascii="Times New Roman" w:hAnsi="Times New Roman" w:cs="Times New Roman"/>
                <w:b/>
                <w:szCs w:val="18"/>
              </w:rPr>
              <w:t>Total Grant Amount to Be Received</w:t>
            </w:r>
          </w:p>
        </w:tc>
        <w:tc>
          <w:tcPr>
            <w:tcW w:w="5302" w:type="dxa"/>
            <w:tcBorders>
              <w:top w:val="single" w:sz="5" w:space="0" w:color="A8B8C4"/>
              <w:left w:val="single" w:sz="5" w:space="0" w:color="A8B8C4"/>
              <w:bottom w:val="single" w:sz="5" w:space="0" w:color="A8B8C4"/>
              <w:right w:val="single" w:sz="5" w:space="0" w:color="A8B8C4"/>
            </w:tcBorders>
            <w:tcMar>
              <w:top w:w="35" w:type="dxa"/>
              <w:left w:w="60" w:type="dxa"/>
              <w:bottom w:w="35" w:type="dxa"/>
              <w:right w:w="60" w:type="dxa"/>
            </w:tcMar>
            <w:vAlign w:val="center"/>
          </w:tcPr>
          <w:p w14:paraId="04061AEB" w14:textId="77777777" w:rsidR="00522FEA" w:rsidRPr="006348D5" w:rsidRDefault="00000000">
            <w:pPr>
              <w:spacing w:after="0" w:line="240" w:lineRule="auto"/>
              <w:rPr>
                <w:rFonts w:ascii="Times New Roman" w:hAnsi="Times New Roman" w:cs="Times New Roman"/>
              </w:rPr>
            </w:pPr>
            <w:r w:rsidRPr="006348D5">
              <w:rPr>
                <w:rFonts w:ascii="Times New Roman" w:hAnsi="Times New Roman" w:cs="Times New Roman"/>
                <w:sz w:val="16"/>
              </w:rPr>
              <w:t>:  ........................................................................................................................</w:t>
            </w:r>
          </w:p>
        </w:tc>
      </w:tr>
    </w:tbl>
    <w:p w14:paraId="2625DB56" w14:textId="77777777" w:rsidR="00522FEA" w:rsidRPr="009F3D44" w:rsidRDefault="00000000" w:rsidP="009F3D44">
      <w:pPr>
        <w:spacing w:before="80" w:after="60" w:line="240" w:lineRule="auto"/>
        <w:ind w:left="-142" w:right="-114"/>
        <w:jc w:val="both"/>
        <w:rPr>
          <w:rFonts w:ascii="Times New Roman" w:hAnsi="Times New Roman" w:cs="Times New Roman"/>
          <w:szCs w:val="18"/>
        </w:rPr>
      </w:pPr>
      <w:r w:rsidRPr="009F3D44">
        <w:rPr>
          <w:rFonts w:ascii="Times New Roman" w:hAnsi="Times New Roman" w:cs="Times New Roman"/>
          <w:szCs w:val="18"/>
        </w:rPr>
        <w:t>I am a student of Ankara Science University, Faculty/Institute/Vocational School of ........................................................, Department/Programme of ........................................................, with student number ................................ . I hereby agree, of my own free will, to continue my studies at ........................................................, the host institution, within the scope of the Erasmus+ Programme during the Fall / Spring Semester of the 202……–202…… Academic Year.</w:t>
      </w:r>
    </w:p>
    <w:p w14:paraId="155C3D66" w14:textId="77777777" w:rsidR="00522FEA" w:rsidRPr="009F3D44" w:rsidRDefault="00000000" w:rsidP="009F3D44">
      <w:pPr>
        <w:spacing w:after="60" w:line="240" w:lineRule="auto"/>
        <w:ind w:left="-142"/>
        <w:jc w:val="both"/>
        <w:rPr>
          <w:rFonts w:ascii="Times New Roman" w:hAnsi="Times New Roman" w:cs="Times New Roman"/>
          <w:szCs w:val="18"/>
        </w:rPr>
      </w:pPr>
      <w:r w:rsidRPr="009F3D44">
        <w:rPr>
          <w:rFonts w:ascii="Times New Roman" w:hAnsi="Times New Roman" w:cs="Times New Roman"/>
          <w:szCs w:val="18"/>
        </w:rPr>
        <w:t>I acknowledge that I am responsible for reading and reviewing the Erasmus Student Charter, which sets out my rights and obligations under the Erasmus+ Programme, and the current Erasmus+ Implementation Handbook published by the Ankara Science University Erasmus+ Coordination Office.</w:t>
      </w:r>
    </w:p>
    <w:p w14:paraId="0EAC2CA7" w14:textId="77777777" w:rsidR="00522FEA" w:rsidRPr="009F3D44" w:rsidRDefault="00000000" w:rsidP="009F3D44">
      <w:pPr>
        <w:spacing w:after="80" w:line="240" w:lineRule="auto"/>
        <w:ind w:left="-142"/>
        <w:jc w:val="both"/>
        <w:rPr>
          <w:rFonts w:ascii="Times New Roman" w:hAnsi="Times New Roman" w:cs="Times New Roman"/>
          <w:szCs w:val="18"/>
        </w:rPr>
      </w:pPr>
      <w:r w:rsidRPr="009F3D44">
        <w:rPr>
          <w:rFonts w:ascii="Times New Roman" w:hAnsi="Times New Roman" w:cs="Times New Roman"/>
          <w:szCs w:val="18"/>
        </w:rPr>
        <w:t>Following receipt of my acceptance letter, I acknowledge and declare that I may not receive a grant payment if I travel abroad before completing the documents required for the visa letter and the pre-mobility documents listed below, or if I fail to submit the original post-mobility documents within 15 days of my return to Türkiye; in such cases, I shall not make any claim against the University.</w:t>
      </w:r>
    </w:p>
    <w:p w14:paraId="7E39B7CA" w14:textId="77777777" w:rsidR="00522FEA" w:rsidRPr="009F3D44" w:rsidRDefault="00000000">
      <w:pPr>
        <w:pStyle w:val="SectionTitle"/>
        <w:spacing w:after="20"/>
        <w:rPr>
          <w:rFonts w:ascii="Times New Roman" w:hAnsi="Times New Roman" w:cs="Times New Roman"/>
          <w:color w:val="auto"/>
          <w:sz w:val="18"/>
          <w:szCs w:val="18"/>
        </w:rPr>
      </w:pPr>
      <w:r w:rsidRPr="009F3D44">
        <w:rPr>
          <w:rFonts w:ascii="Times New Roman" w:hAnsi="Times New Roman" w:cs="Times New Roman"/>
          <w:color w:val="auto"/>
          <w:sz w:val="18"/>
          <w:szCs w:val="18"/>
        </w:rPr>
        <w:t>DOCUMENTS TO BE SUBMITTED BEFORE DEPARTURE</w:t>
      </w:r>
    </w:p>
    <w:p w14:paraId="074CB846" w14:textId="77777777" w:rsidR="00522FEA" w:rsidRPr="009F3D44" w:rsidRDefault="00000000">
      <w:pPr>
        <w:spacing w:after="6" w:line="240" w:lineRule="auto"/>
        <w:ind w:left="85"/>
        <w:rPr>
          <w:rFonts w:ascii="Times New Roman" w:hAnsi="Times New Roman" w:cs="Times New Roman"/>
          <w:szCs w:val="18"/>
        </w:rPr>
      </w:pPr>
      <w:r w:rsidRPr="009F3D44">
        <w:rPr>
          <w:rFonts w:ascii="Times New Roman" w:hAnsi="Times New Roman" w:cs="Times New Roman"/>
          <w:szCs w:val="18"/>
        </w:rPr>
        <w:t>1. Copy of the acceptance letter</w:t>
      </w:r>
    </w:p>
    <w:p w14:paraId="2545FA85" w14:textId="77777777" w:rsidR="00522FEA" w:rsidRPr="009F3D44" w:rsidRDefault="00000000">
      <w:pPr>
        <w:spacing w:after="6" w:line="240" w:lineRule="auto"/>
        <w:ind w:left="85"/>
        <w:rPr>
          <w:rFonts w:ascii="Times New Roman" w:hAnsi="Times New Roman" w:cs="Times New Roman"/>
          <w:szCs w:val="18"/>
        </w:rPr>
      </w:pPr>
      <w:r w:rsidRPr="009F3D44">
        <w:rPr>
          <w:rFonts w:ascii="Times New Roman" w:hAnsi="Times New Roman" w:cs="Times New Roman"/>
          <w:szCs w:val="18"/>
        </w:rPr>
        <w:t>2. Copy of the language certificate</w:t>
      </w:r>
    </w:p>
    <w:p w14:paraId="08A896CA" w14:textId="77777777" w:rsidR="00522FEA" w:rsidRPr="009F3D44" w:rsidRDefault="00000000">
      <w:pPr>
        <w:spacing w:after="6" w:line="240" w:lineRule="auto"/>
        <w:ind w:left="85"/>
        <w:rPr>
          <w:rFonts w:ascii="Times New Roman" w:hAnsi="Times New Roman" w:cs="Times New Roman"/>
          <w:szCs w:val="18"/>
        </w:rPr>
      </w:pPr>
      <w:r w:rsidRPr="009F3D44">
        <w:rPr>
          <w:rFonts w:ascii="Times New Roman" w:hAnsi="Times New Roman" w:cs="Times New Roman"/>
          <w:szCs w:val="18"/>
        </w:rPr>
        <w:t>3. Application Form (turnaportal.ua.gov.tr)</w:t>
      </w:r>
    </w:p>
    <w:p w14:paraId="46AD6806" w14:textId="77777777" w:rsidR="00522FEA" w:rsidRPr="009F3D44" w:rsidRDefault="00000000">
      <w:pPr>
        <w:spacing w:after="6" w:line="240" w:lineRule="auto"/>
        <w:ind w:left="85"/>
        <w:rPr>
          <w:rFonts w:ascii="Times New Roman" w:hAnsi="Times New Roman" w:cs="Times New Roman"/>
          <w:szCs w:val="18"/>
        </w:rPr>
      </w:pPr>
      <w:r w:rsidRPr="009F3D44">
        <w:rPr>
          <w:rFonts w:ascii="Times New Roman" w:hAnsi="Times New Roman" w:cs="Times New Roman"/>
          <w:szCs w:val="18"/>
        </w:rPr>
        <w:t>4. Student Declaration and Undertaking (*)</w:t>
      </w:r>
    </w:p>
    <w:p w14:paraId="057C8134" w14:textId="77777777" w:rsidR="00522FEA" w:rsidRPr="009F3D44" w:rsidRDefault="00000000">
      <w:pPr>
        <w:spacing w:after="6" w:line="240" w:lineRule="auto"/>
        <w:ind w:left="85"/>
        <w:rPr>
          <w:rFonts w:ascii="Times New Roman" w:hAnsi="Times New Roman" w:cs="Times New Roman"/>
          <w:szCs w:val="18"/>
        </w:rPr>
      </w:pPr>
      <w:r w:rsidRPr="009F3D44">
        <w:rPr>
          <w:rFonts w:ascii="Times New Roman" w:hAnsi="Times New Roman" w:cs="Times New Roman"/>
          <w:szCs w:val="18"/>
        </w:rPr>
        <w:t>5. Learning Agreement / Online Learning Agreement (OLA), signed by the student, the Erasmus+ departmental coordinator and the host institution</w:t>
      </w:r>
    </w:p>
    <w:p w14:paraId="14756543" w14:textId="77777777" w:rsidR="00522FEA" w:rsidRPr="009F3D44" w:rsidRDefault="00000000">
      <w:pPr>
        <w:spacing w:after="6" w:line="240" w:lineRule="auto"/>
        <w:ind w:left="85"/>
        <w:rPr>
          <w:rFonts w:ascii="Times New Roman" w:hAnsi="Times New Roman" w:cs="Times New Roman"/>
          <w:szCs w:val="18"/>
        </w:rPr>
      </w:pPr>
      <w:r w:rsidRPr="009F3D44">
        <w:rPr>
          <w:rFonts w:ascii="Times New Roman" w:hAnsi="Times New Roman" w:cs="Times New Roman"/>
          <w:szCs w:val="18"/>
        </w:rPr>
        <w:t>6. Bank account details or receipt for the euro account</w:t>
      </w:r>
    </w:p>
    <w:p w14:paraId="76BA65BF" w14:textId="77777777" w:rsidR="00522FEA" w:rsidRPr="009F3D44" w:rsidRDefault="00000000">
      <w:pPr>
        <w:spacing w:after="6" w:line="240" w:lineRule="auto"/>
        <w:ind w:left="85"/>
        <w:rPr>
          <w:rFonts w:ascii="Times New Roman" w:hAnsi="Times New Roman" w:cs="Times New Roman"/>
          <w:szCs w:val="18"/>
        </w:rPr>
      </w:pPr>
      <w:r w:rsidRPr="009F3D44">
        <w:rPr>
          <w:rFonts w:ascii="Times New Roman" w:hAnsi="Times New Roman" w:cs="Times New Roman"/>
          <w:szCs w:val="18"/>
        </w:rPr>
        <w:t>7. Student Grant Agreement, signed by the authorised University representative and the student (*)</w:t>
      </w:r>
    </w:p>
    <w:p w14:paraId="67DE493E" w14:textId="77777777" w:rsidR="00522FEA" w:rsidRPr="009F3D44" w:rsidRDefault="00000000">
      <w:pPr>
        <w:spacing w:after="6" w:line="240" w:lineRule="auto"/>
        <w:ind w:left="85"/>
        <w:rPr>
          <w:rFonts w:ascii="Times New Roman" w:hAnsi="Times New Roman" w:cs="Times New Roman"/>
          <w:szCs w:val="18"/>
        </w:rPr>
      </w:pPr>
      <w:r w:rsidRPr="009F3D44">
        <w:rPr>
          <w:rFonts w:ascii="Times New Roman" w:hAnsi="Times New Roman" w:cs="Times New Roman"/>
          <w:szCs w:val="18"/>
        </w:rPr>
        <w:t>8. Copy of health insurance</w:t>
      </w:r>
    </w:p>
    <w:p w14:paraId="55ACCF46" w14:textId="77777777" w:rsidR="00522FEA" w:rsidRPr="009F3D44" w:rsidRDefault="00000000">
      <w:pPr>
        <w:spacing w:after="6" w:line="240" w:lineRule="auto"/>
        <w:ind w:left="85"/>
        <w:rPr>
          <w:rFonts w:ascii="Times New Roman" w:hAnsi="Times New Roman" w:cs="Times New Roman"/>
          <w:szCs w:val="18"/>
        </w:rPr>
      </w:pPr>
      <w:r w:rsidRPr="009F3D44">
        <w:rPr>
          <w:rFonts w:ascii="Times New Roman" w:hAnsi="Times New Roman" w:cs="Times New Roman"/>
          <w:szCs w:val="18"/>
        </w:rPr>
        <w:t>9. Copies of passport and visa</w:t>
      </w:r>
    </w:p>
    <w:p w14:paraId="6198A504" w14:textId="77777777" w:rsidR="00522FEA" w:rsidRPr="009F3D44" w:rsidRDefault="00000000">
      <w:pPr>
        <w:spacing w:after="6" w:line="240" w:lineRule="auto"/>
        <w:ind w:left="85"/>
        <w:rPr>
          <w:rFonts w:ascii="Times New Roman" w:hAnsi="Times New Roman" w:cs="Times New Roman"/>
          <w:szCs w:val="18"/>
        </w:rPr>
      </w:pPr>
      <w:r w:rsidRPr="009F3D44">
        <w:rPr>
          <w:rFonts w:ascii="Times New Roman" w:hAnsi="Times New Roman" w:cs="Times New Roman"/>
          <w:szCs w:val="18"/>
        </w:rPr>
        <w:t>10. OLS document / initial assessment result (if applicable)</w:t>
      </w:r>
    </w:p>
    <w:p w14:paraId="3678AF56" w14:textId="0A4FDEF9" w:rsidR="00522FEA" w:rsidRPr="009F3D44" w:rsidRDefault="00000000" w:rsidP="006348D5">
      <w:pPr>
        <w:spacing w:after="6" w:line="240" w:lineRule="auto"/>
        <w:ind w:left="85"/>
        <w:rPr>
          <w:rFonts w:ascii="Times New Roman" w:hAnsi="Times New Roman" w:cs="Times New Roman"/>
          <w:szCs w:val="18"/>
        </w:rPr>
      </w:pPr>
      <w:r w:rsidRPr="009F3D44">
        <w:rPr>
          <w:rFonts w:ascii="Times New Roman" w:hAnsi="Times New Roman" w:cs="Times New Roman"/>
          <w:szCs w:val="18"/>
        </w:rPr>
        <w:t>11. Academic Recognition Form (Before Mobility)</w:t>
      </w:r>
    </w:p>
    <w:p w14:paraId="4EEB4AC3" w14:textId="77777777" w:rsidR="00522FEA" w:rsidRPr="009F3D44" w:rsidRDefault="00000000" w:rsidP="009F3D44">
      <w:pPr>
        <w:pStyle w:val="SectionTitle"/>
        <w:spacing w:before="40" w:after="40"/>
        <w:ind w:left="-142"/>
        <w:rPr>
          <w:rFonts w:ascii="Times New Roman" w:hAnsi="Times New Roman" w:cs="Times New Roman"/>
          <w:color w:val="auto"/>
          <w:sz w:val="18"/>
          <w:szCs w:val="18"/>
        </w:rPr>
      </w:pPr>
      <w:r w:rsidRPr="009F3D44">
        <w:rPr>
          <w:rFonts w:ascii="Times New Roman" w:hAnsi="Times New Roman" w:cs="Times New Roman"/>
          <w:color w:val="auto"/>
          <w:sz w:val="18"/>
          <w:szCs w:val="18"/>
        </w:rPr>
        <w:t>DOCUMENTS TO BE SUBMITTED AFTER RETURN</w:t>
      </w:r>
    </w:p>
    <w:p w14:paraId="339FF07C" w14:textId="77777777" w:rsidR="00522FEA" w:rsidRPr="009F3D44" w:rsidRDefault="00000000">
      <w:pPr>
        <w:spacing w:after="24" w:line="240" w:lineRule="auto"/>
        <w:ind w:left="85"/>
        <w:rPr>
          <w:rFonts w:ascii="Times New Roman" w:hAnsi="Times New Roman" w:cs="Times New Roman"/>
          <w:szCs w:val="18"/>
        </w:rPr>
      </w:pPr>
      <w:r w:rsidRPr="009F3D44">
        <w:rPr>
          <w:rFonts w:ascii="Times New Roman" w:hAnsi="Times New Roman" w:cs="Times New Roman"/>
          <w:szCs w:val="18"/>
        </w:rPr>
        <w:t>12. Arrival Certificate (if applicable)</w:t>
      </w:r>
    </w:p>
    <w:p w14:paraId="19D99021" w14:textId="77777777" w:rsidR="00522FEA" w:rsidRPr="009F3D44" w:rsidRDefault="00000000">
      <w:pPr>
        <w:spacing w:after="24" w:line="240" w:lineRule="auto"/>
        <w:ind w:left="85"/>
        <w:rPr>
          <w:rFonts w:ascii="Times New Roman" w:hAnsi="Times New Roman" w:cs="Times New Roman"/>
          <w:szCs w:val="18"/>
        </w:rPr>
      </w:pPr>
      <w:r w:rsidRPr="009F3D44">
        <w:rPr>
          <w:rFonts w:ascii="Times New Roman" w:hAnsi="Times New Roman" w:cs="Times New Roman"/>
          <w:szCs w:val="18"/>
        </w:rPr>
        <w:t>13. During the Mobility section of the OLA (if applicable), signed by the student, the Erasmus+ departmental coordinator and the host institution (*)</w:t>
      </w:r>
    </w:p>
    <w:p w14:paraId="4A7AF59D" w14:textId="77777777" w:rsidR="00522FEA" w:rsidRPr="009F3D44" w:rsidRDefault="00000000">
      <w:pPr>
        <w:spacing w:after="24" w:line="240" w:lineRule="auto"/>
        <w:ind w:left="85"/>
        <w:rPr>
          <w:rFonts w:ascii="Times New Roman" w:hAnsi="Times New Roman" w:cs="Times New Roman"/>
          <w:szCs w:val="18"/>
        </w:rPr>
      </w:pPr>
      <w:r w:rsidRPr="009F3D44">
        <w:rPr>
          <w:rFonts w:ascii="Times New Roman" w:hAnsi="Times New Roman" w:cs="Times New Roman"/>
          <w:szCs w:val="18"/>
        </w:rPr>
        <w:t>14. Transcript of Records</w:t>
      </w:r>
    </w:p>
    <w:p w14:paraId="6A2D67A4" w14:textId="77777777" w:rsidR="00522FEA" w:rsidRPr="009F3D44" w:rsidRDefault="00000000">
      <w:pPr>
        <w:spacing w:after="24" w:line="240" w:lineRule="auto"/>
        <w:ind w:left="85"/>
        <w:rPr>
          <w:rFonts w:ascii="Times New Roman" w:hAnsi="Times New Roman" w:cs="Times New Roman"/>
          <w:szCs w:val="18"/>
        </w:rPr>
      </w:pPr>
      <w:r w:rsidRPr="009F3D44">
        <w:rPr>
          <w:rFonts w:ascii="Times New Roman" w:hAnsi="Times New Roman" w:cs="Times New Roman"/>
          <w:szCs w:val="18"/>
        </w:rPr>
        <w:t>15. Certificate of Attendance (*)</w:t>
      </w:r>
    </w:p>
    <w:p w14:paraId="6AEDF616" w14:textId="77777777" w:rsidR="00522FEA" w:rsidRPr="009F3D44" w:rsidRDefault="00000000">
      <w:pPr>
        <w:spacing w:after="24" w:line="240" w:lineRule="auto"/>
        <w:ind w:left="85"/>
        <w:rPr>
          <w:rFonts w:ascii="Times New Roman" w:hAnsi="Times New Roman" w:cs="Times New Roman"/>
          <w:szCs w:val="18"/>
        </w:rPr>
      </w:pPr>
      <w:r w:rsidRPr="009F3D44">
        <w:rPr>
          <w:rFonts w:ascii="Times New Roman" w:hAnsi="Times New Roman" w:cs="Times New Roman"/>
          <w:szCs w:val="18"/>
        </w:rPr>
        <w:t>16. Entry-exit record obtained through the e-Government Gateway (e-Devlet)</w:t>
      </w:r>
    </w:p>
    <w:p w14:paraId="46069F54" w14:textId="77777777" w:rsidR="00522FEA" w:rsidRPr="009F3D44" w:rsidRDefault="00000000">
      <w:pPr>
        <w:spacing w:after="24" w:line="240" w:lineRule="auto"/>
        <w:ind w:left="85"/>
        <w:rPr>
          <w:rFonts w:ascii="Times New Roman" w:hAnsi="Times New Roman" w:cs="Times New Roman"/>
          <w:szCs w:val="18"/>
        </w:rPr>
      </w:pPr>
      <w:r w:rsidRPr="009F3D44">
        <w:rPr>
          <w:rFonts w:ascii="Times New Roman" w:hAnsi="Times New Roman" w:cs="Times New Roman"/>
          <w:szCs w:val="18"/>
        </w:rPr>
        <w:t>17. Beneficiary Module Participant Report (EU Survey)</w:t>
      </w:r>
    </w:p>
    <w:p w14:paraId="071B44BE" w14:textId="77777777" w:rsidR="00522FEA" w:rsidRPr="009F3D44" w:rsidRDefault="00000000">
      <w:pPr>
        <w:spacing w:after="24" w:line="240" w:lineRule="auto"/>
        <w:ind w:left="85"/>
        <w:rPr>
          <w:rFonts w:ascii="Times New Roman" w:hAnsi="Times New Roman" w:cs="Times New Roman"/>
          <w:szCs w:val="18"/>
        </w:rPr>
      </w:pPr>
      <w:r w:rsidRPr="009F3D44">
        <w:rPr>
          <w:rFonts w:ascii="Times New Roman" w:hAnsi="Times New Roman" w:cs="Times New Roman"/>
          <w:szCs w:val="18"/>
        </w:rPr>
        <w:t>18. Student Report Form / Student Social Media Post</w:t>
      </w:r>
    </w:p>
    <w:p w14:paraId="3C28DDBA" w14:textId="77777777" w:rsidR="00522FEA" w:rsidRPr="009F3D44" w:rsidRDefault="00000000">
      <w:pPr>
        <w:spacing w:after="24" w:line="240" w:lineRule="auto"/>
        <w:ind w:left="85"/>
        <w:rPr>
          <w:rFonts w:ascii="Times New Roman" w:hAnsi="Times New Roman" w:cs="Times New Roman"/>
          <w:szCs w:val="18"/>
        </w:rPr>
      </w:pPr>
      <w:r w:rsidRPr="009F3D44">
        <w:rPr>
          <w:rFonts w:ascii="Times New Roman" w:hAnsi="Times New Roman" w:cs="Times New Roman"/>
          <w:szCs w:val="18"/>
        </w:rPr>
        <w:t>19. Academic Recognition Form (After Mobility)</w:t>
      </w:r>
    </w:p>
    <w:p w14:paraId="652ED07D" w14:textId="4D6C0C1F" w:rsidR="009F3D44" w:rsidRPr="009F3D44" w:rsidRDefault="00000000" w:rsidP="009F3D44">
      <w:pPr>
        <w:spacing w:after="80" w:line="250" w:lineRule="auto"/>
        <w:ind w:left="-142"/>
        <w:jc w:val="both"/>
        <w:rPr>
          <w:rFonts w:ascii="Times New Roman" w:hAnsi="Times New Roman" w:cs="Times New Roman"/>
          <w:szCs w:val="18"/>
        </w:rPr>
      </w:pPr>
      <w:r w:rsidRPr="009F3D44">
        <w:rPr>
          <w:rFonts w:ascii="Times New Roman" w:hAnsi="Times New Roman" w:cs="Times New Roman"/>
          <w:szCs w:val="18"/>
        </w:rPr>
        <w:t xml:space="preserve">I acknowledge that, if I fail to submit the documents listed above within the prescribed period or if I become indebted to the University, any grant amount already paid to me may be recovered in accordance with the provisions of Law No. 6183 on the Procedure for the Collection of Public </w:t>
      </w:r>
      <w:proofErr w:type="spellStart"/>
      <w:r w:rsidRPr="009F3D44">
        <w:rPr>
          <w:rFonts w:ascii="Times New Roman" w:hAnsi="Times New Roman" w:cs="Times New Roman"/>
          <w:szCs w:val="18"/>
        </w:rPr>
        <w:t>Receivables.I</w:t>
      </w:r>
      <w:proofErr w:type="spellEnd"/>
      <w:r w:rsidRPr="009F3D44">
        <w:rPr>
          <w:rFonts w:ascii="Times New Roman" w:hAnsi="Times New Roman" w:cs="Times New Roman"/>
          <w:szCs w:val="18"/>
        </w:rPr>
        <w:t xml:space="preserve"> accept and declare that, in any dispute arising from this undertaking, the records and books of Ankara Science University shall constitute an evidentiary agreement within the meaning of Article 193 of the Code of Civil Procedure No. 6100, and that the Courts and Enforcement Offices of Ankara shall have </w:t>
      </w:r>
      <w:proofErr w:type="spellStart"/>
      <w:r w:rsidRPr="009F3D44">
        <w:rPr>
          <w:rFonts w:ascii="Times New Roman" w:hAnsi="Times New Roman" w:cs="Times New Roman"/>
          <w:szCs w:val="18"/>
        </w:rPr>
        <w:t>jurisdiction.I</w:t>
      </w:r>
      <w:proofErr w:type="spellEnd"/>
      <w:r w:rsidRPr="009F3D44">
        <w:rPr>
          <w:rFonts w:ascii="Times New Roman" w:hAnsi="Times New Roman" w:cs="Times New Roman"/>
          <w:szCs w:val="18"/>
        </w:rPr>
        <w:t xml:space="preserve"> undertake to notify the University immediately and in writing of any change in my address for service. If I fail to do so, any notification sent to the address stated above shall be deemed to have been duly served on me.</w:t>
      </w:r>
    </w:p>
    <w:tbl>
      <w:tblPr>
        <w:tblW w:w="0" w:type="auto"/>
        <w:jc w:val="center"/>
        <w:tblLook w:val="04A0" w:firstRow="1" w:lastRow="0" w:firstColumn="1" w:lastColumn="0" w:noHBand="0" w:noVBand="1"/>
      </w:tblPr>
      <w:tblGrid>
        <w:gridCol w:w="10523"/>
      </w:tblGrid>
      <w:tr w:rsidR="00522FEA" w:rsidRPr="009F3D44" w14:paraId="344A1FF8" w14:textId="77777777" w:rsidTr="009F3D44">
        <w:trPr>
          <w:jc w:val="center"/>
        </w:trPr>
        <w:tc>
          <w:tcPr>
            <w:tcW w:w="10523" w:type="dxa"/>
            <w:tcBorders>
              <w:top w:val="single" w:sz="7" w:space="0" w:color="173B5E"/>
              <w:left w:val="single" w:sz="7" w:space="0" w:color="173B5E"/>
              <w:bottom w:val="single" w:sz="7" w:space="0" w:color="173B5E"/>
              <w:right w:val="single" w:sz="7" w:space="0" w:color="173B5E"/>
            </w:tcBorders>
            <w:shd w:val="clear" w:color="auto" w:fill="EEF3F7"/>
            <w:tcMar>
              <w:top w:w="75" w:type="dxa"/>
              <w:left w:w="90" w:type="dxa"/>
              <w:bottom w:w="75" w:type="dxa"/>
              <w:right w:w="90" w:type="dxa"/>
            </w:tcMar>
          </w:tcPr>
          <w:p w14:paraId="0AC7F68C" w14:textId="72212F7C" w:rsidR="00522FEA" w:rsidRPr="009F3D44" w:rsidRDefault="00000000">
            <w:pPr>
              <w:spacing w:after="0"/>
              <w:jc w:val="both"/>
              <w:rPr>
                <w:rFonts w:ascii="Times New Roman" w:hAnsi="Times New Roman" w:cs="Times New Roman"/>
                <w:bCs/>
                <w:sz w:val="16"/>
                <w:szCs w:val="16"/>
              </w:rPr>
            </w:pPr>
            <w:r w:rsidRPr="009F3D44">
              <w:rPr>
                <w:rFonts w:ascii="Times New Roman" w:hAnsi="Times New Roman" w:cs="Times New Roman"/>
                <w:bCs/>
                <w:sz w:val="16"/>
                <w:szCs w:val="16"/>
              </w:rPr>
              <w:t xml:space="preserve">IMPORTANT: If, after the student completes the mobility and submits the required documents, it is determined that the student owes a debt, statutory interest shall be applied to the advance </w:t>
            </w:r>
            <w:r w:rsidR="009F3D44" w:rsidRPr="009F3D44">
              <w:rPr>
                <w:rFonts w:ascii="Times New Roman" w:hAnsi="Times New Roman" w:cs="Times New Roman"/>
                <w:bCs/>
                <w:sz w:val="16"/>
                <w:szCs w:val="16"/>
              </w:rPr>
              <w:t>amount</w:t>
            </w:r>
            <w:r w:rsidRPr="009F3D44">
              <w:rPr>
                <w:rFonts w:ascii="Times New Roman" w:hAnsi="Times New Roman" w:cs="Times New Roman"/>
                <w:bCs/>
                <w:sz w:val="16"/>
                <w:szCs w:val="16"/>
              </w:rPr>
              <w:t xml:space="preserve"> at the relevant time if the debt is not paid within 45 days. The grant amount owed shall be recorded as an individual receivable; legal proceedings shall be </w:t>
            </w:r>
            <w:r w:rsidR="009F3D44" w:rsidRPr="009F3D44">
              <w:rPr>
                <w:rFonts w:ascii="Times New Roman" w:hAnsi="Times New Roman" w:cs="Times New Roman"/>
                <w:bCs/>
                <w:sz w:val="16"/>
                <w:szCs w:val="16"/>
              </w:rPr>
              <w:t>initiated,</w:t>
            </w:r>
            <w:r w:rsidRPr="009F3D44">
              <w:rPr>
                <w:rFonts w:ascii="Times New Roman" w:hAnsi="Times New Roman" w:cs="Times New Roman"/>
                <w:bCs/>
                <w:sz w:val="16"/>
                <w:szCs w:val="16"/>
              </w:rPr>
              <w:t xml:space="preserve"> and the file shall be referred to the Office of Legal Counsel.</w:t>
            </w:r>
          </w:p>
        </w:tc>
      </w:tr>
    </w:tbl>
    <w:tbl>
      <w:tblPr>
        <w:tblW w:w="0" w:type="auto"/>
        <w:jc w:val="center"/>
        <w:tblLayout w:type="fixed"/>
        <w:tblLook w:val="04A0" w:firstRow="1" w:lastRow="0" w:firstColumn="1" w:lastColumn="0" w:noHBand="0" w:noVBand="1"/>
      </w:tblPr>
      <w:tblGrid>
        <w:gridCol w:w="5188"/>
        <w:gridCol w:w="5302"/>
      </w:tblGrid>
      <w:tr w:rsidR="00522FEA" w:rsidRPr="006348D5" w14:paraId="78E74995" w14:textId="77777777" w:rsidTr="009F3D44">
        <w:trPr>
          <w:jc w:val="center"/>
        </w:trPr>
        <w:tc>
          <w:tcPr>
            <w:tcW w:w="5188" w:type="dxa"/>
            <w:tcBorders>
              <w:top w:val="single" w:sz="5" w:space="0" w:color="A8B8C4"/>
              <w:left w:val="single" w:sz="5" w:space="0" w:color="A8B8C4"/>
              <w:bottom w:val="single" w:sz="5" w:space="0" w:color="A8B8C4"/>
              <w:right w:val="single" w:sz="5" w:space="0" w:color="A8B8C4"/>
            </w:tcBorders>
            <w:shd w:val="clear" w:color="auto" w:fill="EEF3F7"/>
            <w:tcMar>
              <w:top w:w="55" w:type="dxa"/>
              <w:left w:w="80" w:type="dxa"/>
              <w:bottom w:w="55" w:type="dxa"/>
              <w:right w:w="80" w:type="dxa"/>
            </w:tcMar>
            <w:vAlign w:val="center"/>
          </w:tcPr>
          <w:p w14:paraId="1AB94607" w14:textId="77777777" w:rsidR="00522FEA" w:rsidRPr="006348D5" w:rsidRDefault="00000000">
            <w:pPr>
              <w:spacing w:after="0" w:line="240" w:lineRule="auto"/>
              <w:jc w:val="center"/>
              <w:rPr>
                <w:rFonts w:ascii="Times New Roman" w:hAnsi="Times New Roman" w:cs="Times New Roman"/>
              </w:rPr>
            </w:pPr>
            <w:r w:rsidRPr="006348D5">
              <w:rPr>
                <w:rFonts w:ascii="Times New Roman" w:hAnsi="Times New Roman" w:cs="Times New Roman"/>
                <w:b/>
              </w:rPr>
              <w:t>Delivered / Explained By</w:t>
            </w:r>
          </w:p>
        </w:tc>
        <w:tc>
          <w:tcPr>
            <w:tcW w:w="5302" w:type="dxa"/>
            <w:tcBorders>
              <w:top w:val="single" w:sz="5" w:space="0" w:color="A8B8C4"/>
              <w:left w:val="single" w:sz="5" w:space="0" w:color="A8B8C4"/>
              <w:bottom w:val="single" w:sz="5" w:space="0" w:color="A8B8C4"/>
              <w:right w:val="single" w:sz="5" w:space="0" w:color="A8B8C4"/>
            </w:tcBorders>
            <w:shd w:val="clear" w:color="auto" w:fill="EEF3F7"/>
            <w:tcMar>
              <w:top w:w="55" w:type="dxa"/>
              <w:left w:w="80" w:type="dxa"/>
              <w:bottom w:w="55" w:type="dxa"/>
              <w:right w:w="80" w:type="dxa"/>
            </w:tcMar>
            <w:vAlign w:val="center"/>
          </w:tcPr>
          <w:p w14:paraId="50C03613" w14:textId="77777777" w:rsidR="00522FEA" w:rsidRPr="006348D5" w:rsidRDefault="00000000">
            <w:pPr>
              <w:spacing w:after="0" w:line="240" w:lineRule="auto"/>
              <w:jc w:val="center"/>
              <w:rPr>
                <w:rFonts w:ascii="Times New Roman" w:hAnsi="Times New Roman" w:cs="Times New Roman"/>
              </w:rPr>
            </w:pPr>
            <w:r w:rsidRPr="006348D5">
              <w:rPr>
                <w:rFonts w:ascii="Times New Roman" w:hAnsi="Times New Roman" w:cs="Times New Roman"/>
                <w:b/>
              </w:rPr>
              <w:t>Acknowledged and Received By</w:t>
            </w:r>
          </w:p>
        </w:tc>
      </w:tr>
      <w:tr w:rsidR="00522FEA" w:rsidRPr="006348D5" w14:paraId="2C451F01" w14:textId="77777777" w:rsidTr="009F3D44">
        <w:trPr>
          <w:jc w:val="center"/>
        </w:trPr>
        <w:tc>
          <w:tcPr>
            <w:tcW w:w="5188" w:type="dxa"/>
            <w:tcBorders>
              <w:top w:val="single" w:sz="5" w:space="0" w:color="A8B8C4"/>
              <w:left w:val="single" w:sz="5" w:space="0" w:color="A8B8C4"/>
              <w:bottom w:val="single" w:sz="5" w:space="0" w:color="A8B8C4"/>
              <w:right w:val="single" w:sz="5" w:space="0" w:color="A8B8C4"/>
            </w:tcBorders>
            <w:tcMar>
              <w:top w:w="65" w:type="dxa"/>
              <w:left w:w="80" w:type="dxa"/>
              <w:bottom w:w="65" w:type="dxa"/>
              <w:right w:w="80" w:type="dxa"/>
            </w:tcMar>
            <w:vAlign w:val="center"/>
          </w:tcPr>
          <w:p w14:paraId="5BFED702" w14:textId="77777777" w:rsidR="00522FEA" w:rsidRPr="006348D5" w:rsidRDefault="00000000">
            <w:pPr>
              <w:spacing w:after="0" w:line="240" w:lineRule="auto"/>
              <w:rPr>
                <w:rFonts w:ascii="Times New Roman" w:hAnsi="Times New Roman" w:cs="Times New Roman"/>
              </w:rPr>
            </w:pPr>
            <w:r w:rsidRPr="006348D5">
              <w:rPr>
                <w:rFonts w:ascii="Times New Roman" w:hAnsi="Times New Roman" w:cs="Times New Roman"/>
                <w:b/>
                <w:sz w:val="17"/>
              </w:rPr>
              <w:t>Full Name:</w:t>
            </w:r>
            <w:r w:rsidRPr="006348D5">
              <w:rPr>
                <w:rFonts w:ascii="Times New Roman" w:hAnsi="Times New Roman" w:cs="Times New Roman"/>
                <w:b/>
                <w:sz w:val="17"/>
              </w:rPr>
              <w:br/>
            </w:r>
          </w:p>
        </w:tc>
        <w:tc>
          <w:tcPr>
            <w:tcW w:w="5302" w:type="dxa"/>
            <w:tcBorders>
              <w:top w:val="single" w:sz="5" w:space="0" w:color="A8B8C4"/>
              <w:left w:val="single" w:sz="5" w:space="0" w:color="A8B8C4"/>
              <w:bottom w:val="single" w:sz="5" w:space="0" w:color="A8B8C4"/>
              <w:right w:val="single" w:sz="5" w:space="0" w:color="A8B8C4"/>
            </w:tcBorders>
            <w:tcMar>
              <w:top w:w="65" w:type="dxa"/>
              <w:left w:w="80" w:type="dxa"/>
              <w:bottom w:w="65" w:type="dxa"/>
              <w:right w:w="80" w:type="dxa"/>
            </w:tcMar>
            <w:vAlign w:val="center"/>
          </w:tcPr>
          <w:p w14:paraId="5A8B478F" w14:textId="25050A62" w:rsidR="00522FEA" w:rsidRPr="006348D5" w:rsidRDefault="00000000">
            <w:pPr>
              <w:spacing w:after="0" w:line="240" w:lineRule="auto"/>
              <w:rPr>
                <w:rFonts w:ascii="Times New Roman" w:hAnsi="Times New Roman" w:cs="Times New Roman"/>
              </w:rPr>
            </w:pPr>
            <w:r w:rsidRPr="006348D5">
              <w:rPr>
                <w:rFonts w:ascii="Times New Roman" w:hAnsi="Times New Roman" w:cs="Times New Roman"/>
                <w:b/>
                <w:sz w:val="17"/>
              </w:rPr>
              <w:t>Full Name</w:t>
            </w:r>
            <w:r w:rsidR="009F3D44">
              <w:rPr>
                <w:rFonts w:ascii="Times New Roman" w:hAnsi="Times New Roman" w:cs="Times New Roman"/>
                <w:b/>
                <w:sz w:val="17"/>
              </w:rPr>
              <w:t>:</w:t>
            </w:r>
          </w:p>
        </w:tc>
      </w:tr>
      <w:tr w:rsidR="00522FEA" w:rsidRPr="006348D5" w14:paraId="38497A99" w14:textId="77777777" w:rsidTr="009F3D44">
        <w:trPr>
          <w:trHeight w:val="228"/>
          <w:jc w:val="center"/>
        </w:trPr>
        <w:tc>
          <w:tcPr>
            <w:tcW w:w="5188" w:type="dxa"/>
            <w:tcBorders>
              <w:top w:val="single" w:sz="5" w:space="0" w:color="A8B8C4"/>
              <w:left w:val="single" w:sz="5" w:space="0" w:color="A8B8C4"/>
              <w:bottom w:val="single" w:sz="5" w:space="0" w:color="A8B8C4"/>
              <w:right w:val="single" w:sz="5" w:space="0" w:color="A8B8C4"/>
            </w:tcBorders>
            <w:tcMar>
              <w:top w:w="65" w:type="dxa"/>
              <w:left w:w="80" w:type="dxa"/>
              <w:bottom w:w="65" w:type="dxa"/>
              <w:right w:w="80" w:type="dxa"/>
            </w:tcMar>
            <w:vAlign w:val="center"/>
          </w:tcPr>
          <w:p w14:paraId="72C32BF9" w14:textId="40742F0D" w:rsidR="00522FEA" w:rsidRPr="006348D5" w:rsidRDefault="00000000">
            <w:pPr>
              <w:spacing w:after="0" w:line="240" w:lineRule="auto"/>
              <w:rPr>
                <w:rFonts w:ascii="Times New Roman" w:hAnsi="Times New Roman" w:cs="Times New Roman"/>
              </w:rPr>
            </w:pPr>
            <w:r w:rsidRPr="006348D5">
              <w:rPr>
                <w:rFonts w:ascii="Times New Roman" w:hAnsi="Times New Roman" w:cs="Times New Roman"/>
                <w:b/>
                <w:sz w:val="17"/>
              </w:rPr>
              <w:t>Date</w:t>
            </w:r>
            <w:r w:rsidR="009F3D44">
              <w:rPr>
                <w:rFonts w:ascii="Times New Roman" w:hAnsi="Times New Roman" w:cs="Times New Roman"/>
                <w:b/>
                <w:sz w:val="17"/>
              </w:rPr>
              <w:t>/Signature:</w:t>
            </w:r>
            <w:r w:rsidRPr="006348D5">
              <w:rPr>
                <w:rFonts w:ascii="Times New Roman" w:hAnsi="Times New Roman" w:cs="Times New Roman"/>
                <w:b/>
                <w:sz w:val="17"/>
              </w:rPr>
              <w:br/>
            </w:r>
          </w:p>
        </w:tc>
        <w:tc>
          <w:tcPr>
            <w:tcW w:w="5302" w:type="dxa"/>
            <w:tcBorders>
              <w:top w:val="single" w:sz="5" w:space="0" w:color="A8B8C4"/>
              <w:left w:val="single" w:sz="5" w:space="0" w:color="A8B8C4"/>
              <w:bottom w:val="single" w:sz="5" w:space="0" w:color="A8B8C4"/>
              <w:right w:val="single" w:sz="5" w:space="0" w:color="A8B8C4"/>
            </w:tcBorders>
            <w:tcMar>
              <w:top w:w="65" w:type="dxa"/>
              <w:left w:w="80" w:type="dxa"/>
              <w:bottom w:w="65" w:type="dxa"/>
              <w:right w:w="80" w:type="dxa"/>
            </w:tcMar>
            <w:vAlign w:val="center"/>
          </w:tcPr>
          <w:p w14:paraId="447ADBA7" w14:textId="1C0A09DE" w:rsidR="00522FEA" w:rsidRPr="006348D5" w:rsidRDefault="009F3D44">
            <w:pPr>
              <w:spacing w:after="0" w:line="240" w:lineRule="auto"/>
              <w:rPr>
                <w:rFonts w:ascii="Times New Roman" w:hAnsi="Times New Roman" w:cs="Times New Roman"/>
              </w:rPr>
            </w:pPr>
            <w:r w:rsidRPr="006348D5">
              <w:rPr>
                <w:rFonts w:ascii="Times New Roman" w:hAnsi="Times New Roman" w:cs="Times New Roman"/>
                <w:b/>
                <w:sz w:val="17"/>
              </w:rPr>
              <w:t>Date</w:t>
            </w:r>
            <w:r>
              <w:rPr>
                <w:rFonts w:ascii="Times New Roman" w:hAnsi="Times New Roman" w:cs="Times New Roman"/>
                <w:b/>
                <w:sz w:val="17"/>
              </w:rPr>
              <w:t>/Signature:</w:t>
            </w:r>
            <w:r w:rsidRPr="006348D5">
              <w:rPr>
                <w:rFonts w:ascii="Times New Roman" w:hAnsi="Times New Roman" w:cs="Times New Roman"/>
                <w:b/>
                <w:sz w:val="17"/>
              </w:rPr>
              <w:br/>
            </w:r>
          </w:p>
        </w:tc>
      </w:tr>
    </w:tbl>
    <w:p w14:paraId="56650850" w14:textId="62E03080" w:rsidR="00522FEA" w:rsidRPr="006348D5" w:rsidRDefault="00522FEA">
      <w:pPr>
        <w:pStyle w:val="SmallNote"/>
        <w:spacing w:before="60" w:after="0"/>
        <w:rPr>
          <w:rFonts w:ascii="Times New Roman" w:hAnsi="Times New Roman" w:cs="Times New Roman"/>
          <w:color w:val="auto"/>
        </w:rPr>
      </w:pPr>
    </w:p>
    <w:sectPr w:rsidR="00522FEA" w:rsidRPr="006348D5" w:rsidSect="00D33706">
      <w:headerReference w:type="default" r:id="rId8"/>
      <w:footerReference w:type="default" r:id="rId9"/>
      <w:pgSz w:w="11906" w:h="16838"/>
      <w:pgMar w:top="567" w:right="765" w:bottom="680" w:left="765" w:header="170"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3FD03" w14:textId="77777777" w:rsidR="00AB0258" w:rsidRDefault="00AB0258">
      <w:pPr>
        <w:spacing w:after="0" w:line="240" w:lineRule="auto"/>
      </w:pPr>
      <w:r>
        <w:separator/>
      </w:r>
    </w:p>
  </w:endnote>
  <w:endnote w:type="continuationSeparator" w:id="0">
    <w:p w14:paraId="1645FB62" w14:textId="77777777" w:rsidR="00AB0258" w:rsidRDefault="00AB0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8E1F2" w14:textId="54AC2917" w:rsidR="00522FEA" w:rsidRPr="00D33706" w:rsidRDefault="006348D5" w:rsidP="006348D5">
    <w:pPr>
      <w:pStyle w:val="AltBilgi"/>
      <w:rPr>
        <w:rFonts w:ascii="Times New Roman" w:hAnsi="Times New Roman" w:cs="Times New Roman"/>
        <w:sz w:val="16"/>
        <w:szCs w:val="16"/>
      </w:rPr>
    </w:pPr>
    <w:r w:rsidRPr="00D33706">
      <w:rPr>
        <w:rFonts w:ascii="Times New Roman" w:hAnsi="Times New Roman" w:cs="Times New Roman"/>
        <w:color w:val="555555"/>
        <w:sz w:val="16"/>
        <w:szCs w:val="16"/>
      </w:rPr>
      <w:t xml:space="preserve">                                          Şehit Gönenç Street, Maltepe District, No: 5, Çankaya/Ankara  |  Contact: 444 22 28  |  www.ankarabilim.edu.tr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DA274" w14:textId="77777777" w:rsidR="00AB0258" w:rsidRDefault="00AB0258">
      <w:pPr>
        <w:spacing w:after="0" w:line="240" w:lineRule="auto"/>
      </w:pPr>
      <w:r>
        <w:separator/>
      </w:r>
    </w:p>
  </w:footnote>
  <w:footnote w:type="continuationSeparator" w:id="0">
    <w:p w14:paraId="0F4024AE" w14:textId="77777777" w:rsidR="00AB0258" w:rsidRDefault="00AB0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FB8F2" w14:textId="1FE7BAF2" w:rsidR="006348D5" w:rsidRDefault="006348D5">
    <w:pPr>
      <w:pStyle w:val="stBilgi"/>
    </w:pPr>
    <w:r>
      <w:t xml:space="preserve">                                                                               </w:t>
    </w:r>
    <w:r>
      <w:rPr>
        <w:noProof/>
      </w:rPr>
      <w:drawing>
        <wp:anchor distT="0" distB="0" distL="114300" distR="114300" simplePos="0" relativeHeight="251660288" behindDoc="1" locked="0" layoutInCell="1" allowOverlap="1" wp14:anchorId="19D5AB15" wp14:editId="194FFF80">
          <wp:simplePos x="0" y="0"/>
          <wp:positionH relativeFrom="column">
            <wp:posOffset>2511425</wp:posOffset>
          </wp:positionH>
          <wp:positionV relativeFrom="paragraph">
            <wp:posOffset>1905</wp:posOffset>
          </wp:positionV>
          <wp:extent cx="1363345" cy="240665"/>
          <wp:effectExtent l="0" t="0" r="8255" b="6985"/>
          <wp:wrapTight wrapText="bothSides">
            <wp:wrapPolygon edited="0">
              <wp:start x="1207" y="0"/>
              <wp:lineTo x="0" y="11968"/>
              <wp:lineTo x="0" y="20517"/>
              <wp:lineTo x="21429" y="20517"/>
              <wp:lineTo x="21429" y="0"/>
              <wp:lineTo x="1207" y="0"/>
            </wp:wrapPolygon>
          </wp:wrapTight>
          <wp:docPr id="1883782595"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3345" cy="24066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555507657">
    <w:abstractNumId w:val="8"/>
  </w:num>
  <w:num w:numId="2" w16cid:durableId="640305468">
    <w:abstractNumId w:val="6"/>
  </w:num>
  <w:num w:numId="3" w16cid:durableId="585959418">
    <w:abstractNumId w:val="5"/>
  </w:num>
  <w:num w:numId="4" w16cid:durableId="2028939815">
    <w:abstractNumId w:val="4"/>
  </w:num>
  <w:num w:numId="5" w16cid:durableId="1253515318">
    <w:abstractNumId w:val="7"/>
  </w:num>
  <w:num w:numId="6" w16cid:durableId="281347809">
    <w:abstractNumId w:val="3"/>
  </w:num>
  <w:num w:numId="7" w16cid:durableId="1839075538">
    <w:abstractNumId w:val="2"/>
  </w:num>
  <w:num w:numId="8" w16cid:durableId="1934125689">
    <w:abstractNumId w:val="1"/>
  </w:num>
  <w:num w:numId="9" w16cid:durableId="803692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22FEA"/>
    <w:rsid w:val="00547125"/>
    <w:rsid w:val="006348D5"/>
    <w:rsid w:val="00713129"/>
    <w:rsid w:val="009F3D44"/>
    <w:rsid w:val="00AA1D8D"/>
    <w:rsid w:val="00AB0258"/>
    <w:rsid w:val="00B47730"/>
    <w:rsid w:val="00CB0664"/>
    <w:rsid w:val="00CF3074"/>
    <w:rsid w:val="00D33706"/>
    <w:rsid w:val="00D90820"/>
    <w:rsid w:val="00E10A6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A8C00DB"/>
  <w14:defaultImageDpi w14:val="300"/>
  <w15:docId w15:val="{CD8312BE-6F75-4B14-97B3-73CF48C95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8"/>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ocTitle">
    <w:name w:val="DocTitle"/>
    <w:rPr>
      <w:rFonts w:ascii="Arial" w:hAnsi="Arial"/>
      <w:b/>
      <w:color w:val="173B5E"/>
      <w:sz w:val="26"/>
    </w:rPr>
  </w:style>
  <w:style w:type="paragraph" w:customStyle="1" w:styleId="SectionTitle">
    <w:name w:val="SectionTitle"/>
    <w:rPr>
      <w:rFonts w:ascii="Arial" w:hAnsi="Arial"/>
      <w:b/>
      <w:color w:val="173B5E"/>
      <w:sz w:val="19"/>
    </w:rPr>
  </w:style>
  <w:style w:type="paragraph" w:customStyle="1" w:styleId="SmallNote">
    <w:name w:val="SmallNote"/>
    <w:rPr>
      <w:rFonts w:ascii="Arial" w:hAnsi="Arial"/>
      <w:color w:val="555555"/>
      <w:sz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808</Words>
  <Characters>4608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Esra Aktaş</cp:lastModifiedBy>
  <cp:revision>4</cp:revision>
  <cp:lastPrinted>2026-08-04T06:49:00Z</cp:lastPrinted>
  <dcterms:created xsi:type="dcterms:W3CDTF">2013-12-23T23:15:00Z</dcterms:created>
  <dcterms:modified xsi:type="dcterms:W3CDTF">2026-08-04T06:49:00Z</dcterms:modified>
  <cp:category/>
</cp:coreProperties>
</file>