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D01E08" w:rsidRPr="00597650" w14:paraId="643D0414" w14:textId="77777777" w:rsidTr="004E5A4E"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A2D3" w14:textId="5E8AA451" w:rsidR="00D01E08" w:rsidRPr="00597650" w:rsidRDefault="00D01E08" w:rsidP="00662A34">
            <w:pPr>
              <w:jc w:val="right"/>
              <w:rPr>
                <w:b/>
                <w:sz w:val="21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77E72" w14:textId="77777777" w:rsidR="00662A34" w:rsidRPr="00597650" w:rsidRDefault="00662A34" w:rsidP="00662A34">
            <w:pPr>
              <w:spacing w:after="20"/>
              <w:jc w:val="right"/>
              <w:rPr>
                <w:b/>
                <w:sz w:val="21"/>
              </w:rPr>
            </w:pPr>
          </w:p>
          <w:p w14:paraId="485850FE" w14:textId="120A687F" w:rsidR="00D01E08" w:rsidRPr="00597650" w:rsidRDefault="00000000" w:rsidP="00662A34">
            <w:pPr>
              <w:spacing w:after="20"/>
              <w:jc w:val="right"/>
              <w:rPr>
                <w:b/>
                <w:sz w:val="21"/>
              </w:rPr>
            </w:pPr>
            <w:r w:rsidRPr="00597650">
              <w:rPr>
                <w:b/>
                <w:sz w:val="21"/>
              </w:rPr>
              <w:t>ERASMUS+ PERSONEL HAREKETLİLİĞİ</w:t>
            </w:r>
          </w:p>
          <w:p w14:paraId="7F280007" w14:textId="77777777" w:rsidR="00D01E08" w:rsidRPr="00597650" w:rsidRDefault="00000000" w:rsidP="004E5A4E">
            <w:pPr>
              <w:spacing w:after="0"/>
              <w:ind w:left="1139" w:hanging="1139"/>
              <w:jc w:val="right"/>
              <w:rPr>
                <w:b/>
                <w:sz w:val="21"/>
              </w:rPr>
            </w:pPr>
            <w:r w:rsidRPr="00597650">
              <w:rPr>
                <w:b/>
                <w:sz w:val="21"/>
              </w:rPr>
              <w:t>DÖNÜŞ VE KURUMSAL KAZANIM RAPORU</w:t>
            </w:r>
          </w:p>
          <w:p w14:paraId="3C9611FE" w14:textId="77777777" w:rsidR="00D01E08" w:rsidRPr="00597650" w:rsidRDefault="00000000" w:rsidP="00662A34">
            <w:pPr>
              <w:jc w:val="right"/>
              <w:rPr>
                <w:b/>
                <w:sz w:val="21"/>
              </w:rPr>
            </w:pPr>
            <w:r w:rsidRPr="00597650">
              <w:rPr>
                <w:b/>
                <w:sz w:val="21"/>
              </w:rPr>
              <w:t>Staff Mobility Return and Institutional Impact Report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31"/>
      </w:tblGrid>
      <w:tr w:rsidR="00D01E08" w:rsidRPr="004E5A4E" w14:paraId="09A20B6B" w14:textId="77777777" w:rsidTr="00597650">
        <w:trPr>
          <w:trHeight w:val="352"/>
          <w:jc w:val="center"/>
        </w:trPr>
        <w:tc>
          <w:tcPr>
            <w:tcW w:w="10431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2660F" w14:textId="77777777" w:rsidR="00D01E08" w:rsidRPr="004E5A4E" w:rsidRDefault="00D01E08" w:rsidP="00662A3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89CC3AA" w14:textId="77777777" w:rsidR="00D01E08" w:rsidRPr="004E5A4E" w:rsidRDefault="00000000">
      <w:pPr>
        <w:spacing w:before="20" w:after="20"/>
        <w:jc w:val="both"/>
        <w:rPr>
          <w:b/>
          <w:bCs/>
        </w:rPr>
      </w:pPr>
      <w:r w:rsidRPr="004E5A4E">
        <w:rPr>
          <w:b/>
          <w:bCs/>
          <w:sz w:val="15"/>
        </w:rPr>
        <w:t xml:space="preserve">Bu </w:t>
      </w:r>
      <w:proofErr w:type="spellStart"/>
      <w:r w:rsidRPr="004E5A4E">
        <w:rPr>
          <w:b/>
          <w:bCs/>
          <w:sz w:val="15"/>
        </w:rPr>
        <w:t>rapor</w:t>
      </w:r>
      <w:proofErr w:type="spellEnd"/>
      <w:r w:rsidRPr="004E5A4E">
        <w:rPr>
          <w:b/>
          <w:bCs/>
          <w:sz w:val="15"/>
        </w:rPr>
        <w:t xml:space="preserve">, </w:t>
      </w:r>
      <w:proofErr w:type="spellStart"/>
      <w:r w:rsidRPr="004E5A4E">
        <w:rPr>
          <w:b/>
          <w:bCs/>
          <w:sz w:val="15"/>
        </w:rPr>
        <w:t>hareketlilik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sonunda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edinilen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bilgi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ve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deneyimlerin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değerlendirilmesi</w:t>
      </w:r>
      <w:proofErr w:type="spellEnd"/>
      <w:r w:rsidRPr="004E5A4E">
        <w:rPr>
          <w:b/>
          <w:bCs/>
          <w:sz w:val="15"/>
        </w:rPr>
        <w:t xml:space="preserve">, Ankara Bilim </w:t>
      </w:r>
      <w:proofErr w:type="spellStart"/>
      <w:r w:rsidRPr="004E5A4E">
        <w:rPr>
          <w:b/>
          <w:bCs/>
          <w:sz w:val="15"/>
        </w:rPr>
        <w:t>Üniversitesine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sağlayabileceği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katkıların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belirlenmesi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ve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takip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faaliyetlerinin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planlanması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amacıyla</w:t>
      </w:r>
      <w:proofErr w:type="spellEnd"/>
      <w:r w:rsidRPr="004E5A4E">
        <w:rPr>
          <w:b/>
          <w:bCs/>
          <w:sz w:val="15"/>
        </w:rPr>
        <w:t xml:space="preserve"> </w:t>
      </w:r>
      <w:proofErr w:type="spellStart"/>
      <w:r w:rsidRPr="004E5A4E">
        <w:rPr>
          <w:b/>
          <w:bCs/>
          <w:sz w:val="15"/>
        </w:rPr>
        <w:t>doldurulur</w:t>
      </w:r>
      <w:proofErr w:type="spellEnd"/>
      <w:r w:rsidRPr="004E5A4E">
        <w:rPr>
          <w:b/>
          <w:bCs/>
          <w:sz w:val="15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3402"/>
        <w:gridCol w:w="1814"/>
        <w:gridCol w:w="3401"/>
        <w:gridCol w:w="40"/>
      </w:tblGrid>
      <w:tr w:rsidR="00D01E08" w:rsidRPr="00597650" w14:paraId="4423449E" w14:textId="77777777" w:rsidTr="004E5A4E">
        <w:trPr>
          <w:gridAfter w:val="1"/>
          <w:wAfter w:w="40" w:type="dxa"/>
          <w:trHeight w:val="269"/>
          <w:jc w:val="center"/>
        </w:trPr>
        <w:tc>
          <w:tcPr>
            <w:tcW w:w="10431" w:type="dxa"/>
            <w:gridSpan w:val="4"/>
            <w:tcBorders>
              <w:top w:val="single" w:sz="4" w:space="0" w:color="173B5E"/>
              <w:left w:val="single" w:sz="4" w:space="0" w:color="173B5E"/>
              <w:bottom w:val="single" w:sz="4" w:space="0" w:color="173B5E"/>
              <w:right w:val="single" w:sz="4" w:space="0" w:color="173B5E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210B28A7" w14:textId="77777777" w:rsidR="00D01E08" w:rsidRPr="00597650" w:rsidRDefault="00000000" w:rsidP="004E5A4E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597650">
              <w:rPr>
                <w:b/>
                <w:sz w:val="19"/>
              </w:rPr>
              <w:t>1. KATILIMCI VE HAREKETLİLİK BİLGİLERİ</w:t>
            </w:r>
          </w:p>
        </w:tc>
      </w:tr>
      <w:tr w:rsidR="00D01E08" w:rsidRPr="00597650" w14:paraId="05E7FD2D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0C32D9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Adı</w:t>
            </w:r>
            <w:proofErr w:type="spellEnd"/>
            <w:r w:rsidRPr="00597650">
              <w:rPr>
                <w:b/>
                <w:sz w:val="16"/>
              </w:rPr>
              <w:t xml:space="preserve"> </w:t>
            </w:r>
            <w:proofErr w:type="spellStart"/>
            <w:r w:rsidRPr="00597650">
              <w:rPr>
                <w:b/>
                <w:sz w:val="16"/>
              </w:rPr>
              <w:t>Soyadı</w:t>
            </w:r>
            <w:proofErr w:type="spellEnd"/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077351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DFC503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b/>
                <w:sz w:val="16"/>
              </w:rPr>
              <w:t xml:space="preserve">Rapor </w:t>
            </w:r>
            <w:proofErr w:type="spellStart"/>
            <w:r w:rsidRPr="00597650">
              <w:rPr>
                <w:b/>
                <w:sz w:val="16"/>
              </w:rPr>
              <w:t>Tarihi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95F516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 / …… / 20……</w:t>
            </w:r>
          </w:p>
        </w:tc>
      </w:tr>
      <w:tr w:rsidR="00D01E08" w:rsidRPr="00597650" w14:paraId="0D790438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E852F5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Unvanı</w:t>
            </w:r>
            <w:proofErr w:type="spellEnd"/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C34FE6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DD3506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Fakülte</w:t>
            </w:r>
            <w:proofErr w:type="spellEnd"/>
            <w:r w:rsidRPr="00597650">
              <w:rPr>
                <w:b/>
                <w:sz w:val="16"/>
              </w:rPr>
              <w:t xml:space="preserve"> / </w:t>
            </w:r>
            <w:proofErr w:type="spellStart"/>
            <w:r w:rsidRPr="00597650">
              <w:rPr>
                <w:b/>
                <w:sz w:val="16"/>
              </w:rPr>
              <w:t>Birim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47F46F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</w:tr>
      <w:tr w:rsidR="00D01E08" w:rsidRPr="00597650" w14:paraId="53ACF7A8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38D2A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Bölüm</w:t>
            </w:r>
            <w:proofErr w:type="spellEnd"/>
            <w:r w:rsidRPr="00597650">
              <w:rPr>
                <w:b/>
                <w:sz w:val="16"/>
              </w:rPr>
              <w:t xml:space="preserve"> / Program</w:t>
            </w:r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6B86A1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18D0C9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b/>
                <w:sz w:val="16"/>
              </w:rPr>
              <w:t>E-</w:t>
            </w:r>
            <w:proofErr w:type="spellStart"/>
            <w:r w:rsidRPr="00597650">
              <w:rPr>
                <w:b/>
                <w:sz w:val="16"/>
              </w:rPr>
              <w:t>posta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0EAA6D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</w:tr>
      <w:tr w:rsidR="00D01E08" w:rsidRPr="00597650" w14:paraId="590D6AED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A5BCA0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Proje</w:t>
            </w:r>
            <w:proofErr w:type="spellEnd"/>
            <w:r w:rsidRPr="00597650">
              <w:rPr>
                <w:b/>
                <w:sz w:val="16"/>
              </w:rPr>
              <w:t xml:space="preserve"> </w:t>
            </w:r>
            <w:proofErr w:type="spellStart"/>
            <w:r w:rsidRPr="00597650">
              <w:rPr>
                <w:b/>
                <w:sz w:val="16"/>
              </w:rPr>
              <w:t>Türü</w:t>
            </w:r>
            <w:proofErr w:type="spellEnd"/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4222BC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 xml:space="preserve">☐ KA131   ☐ KA171   ☐ </w:t>
            </w:r>
            <w:proofErr w:type="spellStart"/>
            <w:r w:rsidRPr="00597650">
              <w:rPr>
                <w:sz w:val="16"/>
              </w:rPr>
              <w:t>Diğer</w:t>
            </w:r>
            <w:proofErr w:type="spellEnd"/>
            <w:r w:rsidRPr="00597650">
              <w:rPr>
                <w:sz w:val="16"/>
              </w:rPr>
              <w:t>: ……………………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3B739E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Hareketlilik</w:t>
            </w:r>
            <w:proofErr w:type="spellEnd"/>
            <w:r w:rsidRPr="00597650">
              <w:rPr>
                <w:b/>
                <w:sz w:val="16"/>
              </w:rPr>
              <w:t xml:space="preserve"> </w:t>
            </w:r>
            <w:proofErr w:type="spellStart"/>
            <w:r w:rsidRPr="00597650">
              <w:rPr>
                <w:b/>
                <w:sz w:val="16"/>
              </w:rPr>
              <w:t>Türü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CF4EC4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 xml:space="preserve">☐ Ders Verme   ☐ </w:t>
            </w:r>
            <w:proofErr w:type="spellStart"/>
            <w:r w:rsidRPr="00597650">
              <w:rPr>
                <w:sz w:val="16"/>
              </w:rPr>
              <w:t>Eğitim</w:t>
            </w:r>
            <w:proofErr w:type="spellEnd"/>
            <w:r w:rsidRPr="00597650">
              <w:rPr>
                <w:sz w:val="16"/>
              </w:rPr>
              <w:t xml:space="preserve"> Alma</w:t>
            </w:r>
          </w:p>
        </w:tc>
      </w:tr>
      <w:tr w:rsidR="00D01E08" w:rsidRPr="00597650" w14:paraId="662BE72C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CBE900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b/>
                <w:sz w:val="16"/>
              </w:rPr>
              <w:t xml:space="preserve">Kabul Eden </w:t>
            </w:r>
            <w:proofErr w:type="spellStart"/>
            <w:r w:rsidRPr="00597650">
              <w:rPr>
                <w:b/>
                <w:sz w:val="16"/>
              </w:rPr>
              <w:t>Kurum</w:t>
            </w:r>
            <w:proofErr w:type="spellEnd"/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B69C37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939D28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Şehir</w:t>
            </w:r>
            <w:proofErr w:type="spellEnd"/>
            <w:r w:rsidRPr="00597650">
              <w:rPr>
                <w:b/>
                <w:sz w:val="16"/>
              </w:rPr>
              <w:t xml:space="preserve"> / </w:t>
            </w:r>
            <w:proofErr w:type="spellStart"/>
            <w:r w:rsidRPr="00597650">
              <w:rPr>
                <w:b/>
                <w:sz w:val="16"/>
              </w:rPr>
              <w:t>Ülke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00E3B2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</w:tr>
      <w:tr w:rsidR="00D01E08" w:rsidRPr="00597650" w14:paraId="09E47F51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507613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Faaliyet</w:t>
            </w:r>
            <w:proofErr w:type="spellEnd"/>
            <w:r w:rsidRPr="00597650">
              <w:rPr>
                <w:b/>
                <w:sz w:val="16"/>
              </w:rPr>
              <w:t xml:space="preserve"> </w:t>
            </w:r>
            <w:proofErr w:type="spellStart"/>
            <w:r w:rsidRPr="00597650">
              <w:rPr>
                <w:b/>
                <w:sz w:val="16"/>
              </w:rPr>
              <w:t>Tarihleri</w:t>
            </w:r>
            <w:proofErr w:type="spellEnd"/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CE90BE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 / …… / 20……  –  …… / …… / 20……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939AB2" w14:textId="77777777" w:rsidR="00D01E08" w:rsidRPr="00597650" w:rsidRDefault="00000000">
            <w:pPr>
              <w:spacing w:after="0" w:line="240" w:lineRule="auto"/>
            </w:pPr>
            <w:proofErr w:type="spellStart"/>
            <w:r w:rsidRPr="00597650">
              <w:rPr>
                <w:b/>
                <w:sz w:val="16"/>
              </w:rPr>
              <w:t>Faaliyet</w:t>
            </w:r>
            <w:proofErr w:type="spellEnd"/>
            <w:r w:rsidRPr="00597650">
              <w:rPr>
                <w:b/>
                <w:sz w:val="16"/>
              </w:rPr>
              <w:t xml:space="preserve"> </w:t>
            </w:r>
            <w:proofErr w:type="spellStart"/>
            <w:r w:rsidRPr="00597650">
              <w:rPr>
                <w:b/>
                <w:sz w:val="16"/>
              </w:rPr>
              <w:t>Süresi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A2780F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 xml:space="preserve">……… </w:t>
            </w:r>
            <w:proofErr w:type="spellStart"/>
            <w:r w:rsidRPr="00597650">
              <w:rPr>
                <w:sz w:val="16"/>
              </w:rPr>
              <w:t>gün</w:t>
            </w:r>
            <w:proofErr w:type="spellEnd"/>
          </w:p>
        </w:tc>
      </w:tr>
      <w:tr w:rsidR="00D01E08" w:rsidRPr="00597650" w14:paraId="20221BEB" w14:textId="77777777" w:rsidTr="00CB2983">
        <w:trPr>
          <w:jc w:val="center"/>
        </w:trPr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F4EBD1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b/>
                <w:sz w:val="16"/>
              </w:rPr>
              <w:t xml:space="preserve">Ders / </w:t>
            </w:r>
            <w:proofErr w:type="spellStart"/>
            <w:r w:rsidRPr="00597650">
              <w:rPr>
                <w:b/>
                <w:sz w:val="16"/>
              </w:rPr>
              <w:t>Eğitim</w:t>
            </w:r>
            <w:proofErr w:type="spellEnd"/>
            <w:r w:rsidRPr="00597650">
              <w:rPr>
                <w:b/>
                <w:sz w:val="16"/>
              </w:rPr>
              <w:t xml:space="preserve"> </w:t>
            </w:r>
            <w:proofErr w:type="spellStart"/>
            <w:r w:rsidRPr="00597650">
              <w:rPr>
                <w:b/>
                <w:sz w:val="16"/>
              </w:rPr>
              <w:t>Alanı</w:t>
            </w:r>
            <w:proofErr w:type="spellEnd"/>
          </w:p>
        </w:tc>
        <w:tc>
          <w:tcPr>
            <w:tcW w:w="34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077CE7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>…………………………………………………………………………</w:t>
            </w:r>
          </w:p>
        </w:tc>
        <w:tc>
          <w:tcPr>
            <w:tcW w:w="1814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4F8ACD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b/>
                <w:sz w:val="16"/>
              </w:rPr>
              <w:t>Ders Saati (</w:t>
            </w:r>
            <w:proofErr w:type="spellStart"/>
            <w:r w:rsidRPr="00597650">
              <w:rPr>
                <w:b/>
                <w:sz w:val="16"/>
              </w:rPr>
              <w:t>varsa</w:t>
            </w:r>
            <w:proofErr w:type="spellEnd"/>
            <w:r w:rsidRPr="00597650">
              <w:rPr>
                <w:b/>
                <w:sz w:val="16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8CAEFE" w14:textId="77777777" w:rsidR="00D01E08" w:rsidRPr="00597650" w:rsidRDefault="00000000">
            <w:pPr>
              <w:spacing w:after="0" w:line="240" w:lineRule="auto"/>
            </w:pPr>
            <w:r w:rsidRPr="00597650">
              <w:rPr>
                <w:sz w:val="16"/>
              </w:rPr>
              <w:t xml:space="preserve">……… </w:t>
            </w:r>
            <w:proofErr w:type="spellStart"/>
            <w:r w:rsidRPr="00597650">
              <w:rPr>
                <w:sz w:val="16"/>
              </w:rPr>
              <w:t>saat</w:t>
            </w:r>
            <w:proofErr w:type="spellEnd"/>
          </w:p>
        </w:tc>
      </w:tr>
      <w:tr w:rsidR="00D01E08" w:rsidRPr="00597650" w14:paraId="299102C5" w14:textId="77777777" w:rsidTr="00CB2983">
        <w:trPr>
          <w:gridAfter w:val="1"/>
          <w:wAfter w:w="40" w:type="dxa"/>
          <w:trHeight w:val="334"/>
          <w:jc w:val="center"/>
        </w:trPr>
        <w:tc>
          <w:tcPr>
            <w:tcW w:w="10431" w:type="dxa"/>
            <w:gridSpan w:val="4"/>
            <w:tcBorders>
              <w:top w:val="single" w:sz="4" w:space="0" w:color="173B5E"/>
              <w:left w:val="single" w:sz="4" w:space="0" w:color="173B5E"/>
              <w:bottom w:val="single" w:sz="4" w:space="0" w:color="173B5E"/>
              <w:right w:val="single" w:sz="4" w:space="0" w:color="173B5E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5795D173" w14:textId="77777777" w:rsidR="00D01E08" w:rsidRPr="00597650" w:rsidRDefault="00000000" w:rsidP="00CB2983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597650">
              <w:rPr>
                <w:b/>
                <w:sz w:val="19"/>
              </w:rPr>
              <w:t>2. FAALİYETİN AMACI VE GERÇEKLEŞTİRİLEN ÇALIŞMALAR</w:t>
            </w:r>
          </w:p>
        </w:tc>
      </w:tr>
      <w:tr w:rsidR="00D01E08" w:rsidRPr="00597650" w14:paraId="4CBDAED5" w14:textId="77777777">
        <w:trPr>
          <w:gridAfter w:val="1"/>
          <w:wAfter w:w="20" w:type="dxa"/>
          <w:jc w:val="center"/>
        </w:trPr>
        <w:tc>
          <w:tcPr>
            <w:tcW w:w="10431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23F8D0" w14:textId="77777777" w:rsidR="00D01E08" w:rsidRPr="00597650" w:rsidRDefault="00000000">
            <w:pPr>
              <w:spacing w:after="60"/>
            </w:pPr>
            <w:proofErr w:type="spellStart"/>
            <w:r w:rsidRPr="00597650">
              <w:rPr>
                <w:b/>
                <w:sz w:val="17"/>
              </w:rPr>
              <w:t>Hareketliliğin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temel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amacı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ve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hedefleri</w:t>
            </w:r>
            <w:proofErr w:type="spellEnd"/>
            <w:r w:rsidRPr="00597650">
              <w:rPr>
                <w:b/>
                <w:sz w:val="17"/>
              </w:rPr>
              <w:t>:</w:t>
            </w:r>
          </w:p>
          <w:p w14:paraId="6E0D14B5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6E05918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7C6B293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597650" w14:paraId="4A2E8AAB" w14:textId="77777777">
        <w:trPr>
          <w:gridAfter w:val="1"/>
          <w:wAfter w:w="20" w:type="dxa"/>
          <w:jc w:val="center"/>
        </w:trPr>
        <w:tc>
          <w:tcPr>
            <w:tcW w:w="10431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E8FDC4" w14:textId="77777777" w:rsidR="00D01E08" w:rsidRPr="00597650" w:rsidRDefault="00000000">
            <w:pPr>
              <w:spacing w:after="60"/>
            </w:pPr>
            <w:proofErr w:type="spellStart"/>
            <w:r w:rsidRPr="00597650">
              <w:rPr>
                <w:b/>
                <w:sz w:val="17"/>
              </w:rPr>
              <w:t>Gerçekleştirilen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ders</w:t>
            </w:r>
            <w:proofErr w:type="spellEnd"/>
            <w:r w:rsidRPr="00597650">
              <w:rPr>
                <w:b/>
                <w:sz w:val="17"/>
              </w:rPr>
              <w:t xml:space="preserve">, </w:t>
            </w:r>
            <w:proofErr w:type="spellStart"/>
            <w:r w:rsidRPr="00597650">
              <w:rPr>
                <w:b/>
                <w:sz w:val="17"/>
              </w:rPr>
              <w:t>eğitim</w:t>
            </w:r>
            <w:proofErr w:type="spellEnd"/>
            <w:r w:rsidRPr="00597650">
              <w:rPr>
                <w:b/>
                <w:sz w:val="17"/>
              </w:rPr>
              <w:t xml:space="preserve">, </w:t>
            </w:r>
            <w:proofErr w:type="spellStart"/>
            <w:r w:rsidRPr="00597650">
              <w:rPr>
                <w:b/>
                <w:sz w:val="17"/>
              </w:rPr>
              <w:t>gözlem</w:t>
            </w:r>
            <w:proofErr w:type="spellEnd"/>
            <w:r w:rsidRPr="00597650">
              <w:rPr>
                <w:b/>
                <w:sz w:val="17"/>
              </w:rPr>
              <w:t xml:space="preserve">, </w:t>
            </w:r>
            <w:proofErr w:type="spellStart"/>
            <w:r w:rsidRPr="00597650">
              <w:rPr>
                <w:b/>
                <w:sz w:val="17"/>
              </w:rPr>
              <w:t>toplantı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ve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diğer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faaliyetlerin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kısa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özeti</w:t>
            </w:r>
            <w:proofErr w:type="spellEnd"/>
            <w:r w:rsidRPr="00597650">
              <w:rPr>
                <w:b/>
                <w:sz w:val="17"/>
              </w:rPr>
              <w:t>:</w:t>
            </w:r>
          </w:p>
          <w:p w14:paraId="3C5C209E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55C3420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D488A97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2F989F6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597650" w14:paraId="3DA80863" w14:textId="77777777" w:rsidTr="00CB2983">
        <w:trPr>
          <w:gridAfter w:val="1"/>
          <w:wAfter w:w="40" w:type="dxa"/>
          <w:trHeight w:val="360"/>
          <w:jc w:val="center"/>
        </w:trPr>
        <w:tc>
          <w:tcPr>
            <w:tcW w:w="10431" w:type="dxa"/>
            <w:gridSpan w:val="4"/>
            <w:tcBorders>
              <w:top w:val="single" w:sz="4" w:space="0" w:color="173B5E"/>
              <w:left w:val="single" w:sz="4" w:space="0" w:color="173B5E"/>
              <w:bottom w:val="single" w:sz="4" w:space="0" w:color="173B5E"/>
              <w:right w:val="single" w:sz="4" w:space="0" w:color="173B5E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768A95F6" w14:textId="77777777" w:rsidR="00D01E08" w:rsidRPr="00CB2983" w:rsidRDefault="00000000" w:rsidP="00CB2983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 w:rsidRPr="00597650">
              <w:rPr>
                <w:b/>
                <w:sz w:val="19"/>
              </w:rPr>
              <w:t>3. ÖĞRENME ÇIKTILARI VE KURUMSAL KATKI</w:t>
            </w:r>
          </w:p>
        </w:tc>
      </w:tr>
      <w:tr w:rsidR="00D01E08" w:rsidRPr="00597650" w14:paraId="6037794D" w14:textId="77777777">
        <w:trPr>
          <w:gridAfter w:val="1"/>
          <w:wAfter w:w="20" w:type="dxa"/>
          <w:jc w:val="center"/>
        </w:trPr>
        <w:tc>
          <w:tcPr>
            <w:tcW w:w="10431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5687EB" w14:textId="77777777" w:rsidR="00D01E08" w:rsidRPr="00597650" w:rsidRDefault="00000000">
            <w:pPr>
              <w:spacing w:after="60"/>
            </w:pPr>
            <w:proofErr w:type="spellStart"/>
            <w:r w:rsidRPr="00597650">
              <w:rPr>
                <w:b/>
                <w:sz w:val="17"/>
              </w:rPr>
              <w:t>Edinilen</w:t>
            </w:r>
            <w:proofErr w:type="spellEnd"/>
            <w:r w:rsidRPr="00597650">
              <w:rPr>
                <w:b/>
                <w:sz w:val="17"/>
              </w:rPr>
              <w:t xml:space="preserve"> yeni </w:t>
            </w:r>
            <w:proofErr w:type="spellStart"/>
            <w:r w:rsidRPr="00597650">
              <w:rPr>
                <w:b/>
                <w:sz w:val="17"/>
              </w:rPr>
              <w:t>bilgi</w:t>
            </w:r>
            <w:proofErr w:type="spellEnd"/>
            <w:r w:rsidRPr="00597650">
              <w:rPr>
                <w:b/>
                <w:sz w:val="17"/>
              </w:rPr>
              <w:t xml:space="preserve">, </w:t>
            </w:r>
            <w:proofErr w:type="spellStart"/>
            <w:r w:rsidRPr="00597650">
              <w:rPr>
                <w:b/>
                <w:sz w:val="17"/>
              </w:rPr>
              <w:t>beceri</w:t>
            </w:r>
            <w:proofErr w:type="spellEnd"/>
            <w:r w:rsidRPr="00597650">
              <w:rPr>
                <w:b/>
                <w:sz w:val="17"/>
              </w:rPr>
              <w:t xml:space="preserve">, </w:t>
            </w:r>
            <w:proofErr w:type="spellStart"/>
            <w:r w:rsidRPr="00597650">
              <w:rPr>
                <w:b/>
                <w:sz w:val="17"/>
              </w:rPr>
              <w:t>yöntem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veya</w:t>
            </w:r>
            <w:proofErr w:type="spellEnd"/>
            <w:r w:rsidRPr="00597650">
              <w:rPr>
                <w:b/>
                <w:sz w:val="17"/>
              </w:rPr>
              <w:t xml:space="preserve"> iyi </w:t>
            </w:r>
            <w:proofErr w:type="spellStart"/>
            <w:r w:rsidRPr="00597650">
              <w:rPr>
                <w:b/>
                <w:sz w:val="17"/>
              </w:rPr>
              <w:t>uygulamalar</w:t>
            </w:r>
            <w:proofErr w:type="spellEnd"/>
            <w:r w:rsidRPr="00597650">
              <w:rPr>
                <w:b/>
                <w:sz w:val="17"/>
              </w:rPr>
              <w:t>:</w:t>
            </w:r>
          </w:p>
          <w:p w14:paraId="7CA926EC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04722F3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4147774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597650" w14:paraId="02B3107A" w14:textId="77777777" w:rsidTr="00662A34">
        <w:trPr>
          <w:gridAfter w:val="1"/>
          <w:wAfter w:w="20" w:type="dxa"/>
          <w:trHeight w:val="1159"/>
          <w:jc w:val="center"/>
        </w:trPr>
        <w:tc>
          <w:tcPr>
            <w:tcW w:w="10431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35773B" w14:textId="77777777" w:rsidR="00D01E08" w:rsidRPr="00597650" w:rsidRDefault="00000000">
            <w:pPr>
              <w:spacing w:after="60"/>
            </w:pPr>
            <w:r w:rsidRPr="00597650">
              <w:rPr>
                <w:b/>
                <w:sz w:val="17"/>
              </w:rPr>
              <w:t xml:space="preserve">Bu </w:t>
            </w:r>
            <w:proofErr w:type="spellStart"/>
            <w:r w:rsidRPr="00597650">
              <w:rPr>
                <w:b/>
                <w:sz w:val="17"/>
              </w:rPr>
              <w:t>kazanımların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görevlerinize</w:t>
            </w:r>
            <w:proofErr w:type="spellEnd"/>
            <w:r w:rsidRPr="00597650">
              <w:rPr>
                <w:b/>
                <w:sz w:val="17"/>
              </w:rPr>
              <w:t xml:space="preserve">, </w:t>
            </w:r>
            <w:proofErr w:type="spellStart"/>
            <w:r w:rsidRPr="00597650">
              <w:rPr>
                <w:b/>
                <w:sz w:val="17"/>
              </w:rPr>
              <w:t>biriminize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ve</w:t>
            </w:r>
            <w:proofErr w:type="spellEnd"/>
            <w:r w:rsidRPr="00597650">
              <w:rPr>
                <w:b/>
                <w:sz w:val="17"/>
              </w:rPr>
              <w:t xml:space="preserve"> Ankara Bilim </w:t>
            </w:r>
            <w:proofErr w:type="spellStart"/>
            <w:r w:rsidRPr="00597650">
              <w:rPr>
                <w:b/>
                <w:sz w:val="17"/>
              </w:rPr>
              <w:t>Üniversitesine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olası</w:t>
            </w:r>
            <w:proofErr w:type="spellEnd"/>
            <w:r w:rsidRPr="00597650">
              <w:rPr>
                <w:b/>
                <w:sz w:val="17"/>
              </w:rPr>
              <w:t xml:space="preserve"> </w:t>
            </w:r>
            <w:proofErr w:type="spellStart"/>
            <w:r w:rsidRPr="00597650">
              <w:rPr>
                <w:b/>
                <w:sz w:val="17"/>
              </w:rPr>
              <w:t>katkıları</w:t>
            </w:r>
            <w:proofErr w:type="spellEnd"/>
            <w:r w:rsidRPr="00597650">
              <w:rPr>
                <w:b/>
                <w:sz w:val="17"/>
              </w:rPr>
              <w:t>:</w:t>
            </w:r>
          </w:p>
          <w:p w14:paraId="5D2C00BA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C24C7CB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A11A9FD" w14:textId="77777777" w:rsidR="00D01E08" w:rsidRPr="00597650" w:rsidRDefault="00000000">
            <w:pPr>
              <w:spacing w:after="20"/>
            </w:pPr>
            <w:r w:rsidRPr="00597650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</w:tbl>
    <w:p w14:paraId="2A8BC953" w14:textId="77777777" w:rsidR="00D01E08" w:rsidRPr="00597650" w:rsidRDefault="00000000">
      <w:r w:rsidRPr="00597650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1629"/>
        <w:gridCol w:w="358"/>
        <w:gridCol w:w="1032"/>
        <w:gridCol w:w="3168"/>
        <w:gridCol w:w="31"/>
        <w:gridCol w:w="16"/>
      </w:tblGrid>
      <w:tr w:rsidR="00D01E08" w:rsidRPr="00597650" w14:paraId="01DFB832" w14:textId="77777777" w:rsidTr="00662A34">
        <w:trPr>
          <w:gridAfter w:val="1"/>
          <w:wAfter w:w="16" w:type="dxa"/>
          <w:trHeight w:val="820"/>
          <w:jc w:val="center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E59D" w14:textId="77777777" w:rsidR="00662A34" w:rsidRPr="00597650" w:rsidRDefault="00662A34" w:rsidP="00662A34"/>
          <w:p w14:paraId="4FB7470D" w14:textId="619591E8" w:rsidR="00D01E08" w:rsidRPr="00597650" w:rsidRDefault="00D01E08" w:rsidP="00662A34"/>
        </w:tc>
        <w:tc>
          <w:tcPr>
            <w:tcW w:w="62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80A28" w14:textId="77777777" w:rsidR="00662A34" w:rsidRPr="00597650" w:rsidRDefault="00662A34">
            <w:pPr>
              <w:jc w:val="right"/>
              <w:rPr>
                <w:b/>
                <w:sz w:val="21"/>
              </w:rPr>
            </w:pPr>
          </w:p>
          <w:p w14:paraId="452D9CA8" w14:textId="28D92BF4" w:rsidR="00D01E08" w:rsidRPr="00597650" w:rsidRDefault="00000000" w:rsidP="00662A34">
            <w:pPr>
              <w:ind w:firstLine="210"/>
              <w:jc w:val="right"/>
            </w:pPr>
            <w:r w:rsidRPr="00597650">
              <w:rPr>
                <w:b/>
                <w:sz w:val="21"/>
              </w:rPr>
              <w:t>ERASMUS+ PERSONEL HAREKETLİLİĞİ DÖNÜŞ VE KURUMSAL KAZANIM RAPORU</w:t>
            </w:r>
          </w:p>
        </w:tc>
      </w:tr>
      <w:tr w:rsidR="00D01E08" w:rsidRPr="00CB2983" w14:paraId="365E2320" w14:textId="77777777" w:rsidTr="00CB2983">
        <w:trPr>
          <w:gridAfter w:val="1"/>
          <w:wAfter w:w="16" w:type="dxa"/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EA9FD7F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 xml:space="preserve">Program </w:t>
            </w:r>
            <w:proofErr w:type="spellStart"/>
            <w:r w:rsidRPr="00CB2983">
              <w:rPr>
                <w:b/>
                <w:sz w:val="16"/>
              </w:rPr>
              <w:t>Önceliği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6EFF34" w14:textId="77777777" w:rsidR="00D01E08" w:rsidRPr="00CB2983" w:rsidRDefault="00000000">
            <w:pPr>
              <w:spacing w:after="0" w:line="240" w:lineRule="auto"/>
              <w:jc w:val="center"/>
            </w:pPr>
            <w:proofErr w:type="spellStart"/>
            <w:r w:rsidRPr="00CB2983">
              <w:rPr>
                <w:b/>
                <w:sz w:val="16"/>
              </w:rPr>
              <w:t>İlgili</w:t>
            </w:r>
            <w:proofErr w:type="spellEnd"/>
            <w:r w:rsidRPr="00CB2983">
              <w:rPr>
                <w:b/>
                <w:sz w:val="16"/>
              </w:rPr>
              <w:t xml:space="preserve"> mi?</w:t>
            </w:r>
          </w:p>
        </w:tc>
        <w:tc>
          <w:tcPr>
            <w:tcW w:w="4231" w:type="dxa"/>
            <w:gridSpan w:val="3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F41476D" w14:textId="77777777" w:rsidR="00D01E08" w:rsidRPr="00CB2983" w:rsidRDefault="00000000">
            <w:pPr>
              <w:spacing w:after="0" w:line="240" w:lineRule="auto"/>
              <w:jc w:val="center"/>
            </w:pPr>
            <w:proofErr w:type="spellStart"/>
            <w:r w:rsidRPr="00CB2983">
              <w:rPr>
                <w:b/>
                <w:sz w:val="16"/>
              </w:rPr>
              <w:t>Gözlem</w:t>
            </w:r>
            <w:proofErr w:type="spellEnd"/>
            <w:r w:rsidRPr="00CB2983">
              <w:rPr>
                <w:b/>
                <w:sz w:val="16"/>
              </w:rPr>
              <w:t xml:space="preserve"> / </w:t>
            </w:r>
            <w:proofErr w:type="spellStart"/>
            <w:r w:rsidRPr="00CB2983">
              <w:rPr>
                <w:b/>
                <w:sz w:val="16"/>
              </w:rPr>
              <w:t>Öneri</w:t>
            </w:r>
            <w:proofErr w:type="spellEnd"/>
          </w:p>
        </w:tc>
      </w:tr>
      <w:tr w:rsidR="00D01E08" w:rsidRPr="00CB2983" w14:paraId="6E9245E7" w14:textId="77777777" w:rsidTr="00CB2983">
        <w:trPr>
          <w:gridAfter w:val="1"/>
          <w:wAfter w:w="16" w:type="dxa"/>
          <w:trHeight w:val="216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764649" w14:textId="77777777" w:rsidR="00D01E08" w:rsidRPr="00CB2983" w:rsidRDefault="00000000">
            <w:pPr>
              <w:spacing w:after="0" w:line="240" w:lineRule="auto"/>
            </w:pPr>
            <w:proofErr w:type="spellStart"/>
            <w:r w:rsidRPr="00CB2983">
              <w:rPr>
                <w:b/>
                <w:sz w:val="16"/>
              </w:rPr>
              <w:t>Kapsayıcılık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ve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çeşitlilik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873392E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 xml:space="preserve">☐ Evet   ☐ </w:t>
            </w:r>
            <w:proofErr w:type="spellStart"/>
            <w:r w:rsidRPr="00CB2983">
              <w:rPr>
                <w:sz w:val="16"/>
              </w:rPr>
              <w:t>Hayır</w:t>
            </w:r>
            <w:proofErr w:type="spellEnd"/>
          </w:p>
        </w:tc>
        <w:tc>
          <w:tcPr>
            <w:tcW w:w="4231" w:type="dxa"/>
            <w:gridSpan w:val="3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76591AC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……………………………………………………………………………………</w:t>
            </w:r>
          </w:p>
        </w:tc>
      </w:tr>
      <w:tr w:rsidR="00D01E08" w:rsidRPr="00CB2983" w14:paraId="3CD7D4B1" w14:textId="77777777" w:rsidTr="00CB2983">
        <w:trPr>
          <w:gridAfter w:val="1"/>
          <w:wAfter w:w="16" w:type="dxa"/>
          <w:trHeight w:val="216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C90A7A0" w14:textId="77777777" w:rsidR="00D01E08" w:rsidRPr="00CB2983" w:rsidRDefault="00000000">
            <w:pPr>
              <w:spacing w:after="0" w:line="240" w:lineRule="auto"/>
            </w:pPr>
            <w:proofErr w:type="spellStart"/>
            <w:r w:rsidRPr="00CB2983">
              <w:rPr>
                <w:b/>
                <w:sz w:val="16"/>
              </w:rPr>
              <w:t>Dijital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dönüşüm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7B96F1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 xml:space="preserve">☐ Evet   ☐ </w:t>
            </w:r>
            <w:proofErr w:type="spellStart"/>
            <w:r w:rsidRPr="00CB2983">
              <w:rPr>
                <w:sz w:val="16"/>
              </w:rPr>
              <w:t>Hayır</w:t>
            </w:r>
            <w:proofErr w:type="spellEnd"/>
          </w:p>
        </w:tc>
        <w:tc>
          <w:tcPr>
            <w:tcW w:w="4231" w:type="dxa"/>
            <w:gridSpan w:val="3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45A7218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……………………………………………………………………………………</w:t>
            </w:r>
          </w:p>
        </w:tc>
      </w:tr>
      <w:tr w:rsidR="00D01E08" w:rsidRPr="00CB2983" w14:paraId="2FB492B3" w14:textId="77777777" w:rsidTr="00CB2983">
        <w:trPr>
          <w:gridAfter w:val="1"/>
          <w:wAfter w:w="16" w:type="dxa"/>
          <w:trHeight w:val="204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F075933" w14:textId="77777777" w:rsidR="00D01E08" w:rsidRPr="00CB2983" w:rsidRDefault="00000000">
            <w:pPr>
              <w:spacing w:after="0" w:line="240" w:lineRule="auto"/>
            </w:pPr>
            <w:proofErr w:type="spellStart"/>
            <w:r w:rsidRPr="00CB2983">
              <w:rPr>
                <w:b/>
                <w:sz w:val="16"/>
              </w:rPr>
              <w:t>Çevre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ve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sürdürülebilirlik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7F5DDA2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 xml:space="preserve">☐ Evet   ☐ </w:t>
            </w:r>
            <w:proofErr w:type="spellStart"/>
            <w:r w:rsidRPr="00CB2983">
              <w:rPr>
                <w:sz w:val="16"/>
              </w:rPr>
              <w:t>Hayır</w:t>
            </w:r>
            <w:proofErr w:type="spellEnd"/>
          </w:p>
        </w:tc>
        <w:tc>
          <w:tcPr>
            <w:tcW w:w="4231" w:type="dxa"/>
            <w:gridSpan w:val="3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E445D1A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……………………………………………………………………………………</w:t>
            </w:r>
          </w:p>
        </w:tc>
      </w:tr>
      <w:tr w:rsidR="00D01E08" w:rsidRPr="00CB2983" w14:paraId="5481E196" w14:textId="77777777" w:rsidTr="00CB2983">
        <w:trPr>
          <w:gridAfter w:val="1"/>
          <w:wAfter w:w="16" w:type="dxa"/>
          <w:trHeight w:val="216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D6CB837" w14:textId="77777777" w:rsidR="00D01E08" w:rsidRPr="00CB2983" w:rsidRDefault="00000000">
            <w:pPr>
              <w:spacing w:after="0" w:line="240" w:lineRule="auto"/>
            </w:pPr>
            <w:proofErr w:type="spellStart"/>
            <w:r w:rsidRPr="00CB2983">
              <w:rPr>
                <w:b/>
                <w:sz w:val="16"/>
              </w:rPr>
              <w:t>Katılım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ve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ortak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değerler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EE3F1FF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 xml:space="preserve">☐ Evet   ☐ </w:t>
            </w:r>
            <w:proofErr w:type="spellStart"/>
            <w:r w:rsidRPr="00CB2983">
              <w:rPr>
                <w:sz w:val="16"/>
              </w:rPr>
              <w:t>Hayır</w:t>
            </w:r>
            <w:proofErr w:type="spellEnd"/>
          </w:p>
        </w:tc>
        <w:tc>
          <w:tcPr>
            <w:tcW w:w="4231" w:type="dxa"/>
            <w:gridSpan w:val="3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9C77936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……………………………………………………………………………………</w:t>
            </w:r>
          </w:p>
        </w:tc>
      </w:tr>
      <w:tr w:rsidR="00D01E08" w:rsidRPr="00CB2983" w14:paraId="5160FCD8" w14:textId="77777777" w:rsidTr="00CB2983">
        <w:trPr>
          <w:gridAfter w:val="2"/>
          <w:wAfter w:w="47" w:type="dxa"/>
          <w:trHeight w:val="414"/>
          <w:jc w:val="center"/>
        </w:trPr>
        <w:tc>
          <w:tcPr>
            <w:tcW w:w="10293" w:type="dxa"/>
            <w:gridSpan w:val="5"/>
            <w:tcBorders>
              <w:top w:val="single" w:sz="4" w:space="0" w:color="173B5E"/>
              <w:left w:val="single" w:sz="4" w:space="0" w:color="173B5E"/>
              <w:bottom w:val="single" w:sz="4" w:space="0" w:color="173B5E"/>
              <w:right w:val="single" w:sz="4" w:space="0" w:color="173B5E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15B81096" w14:textId="77777777" w:rsidR="00D01E08" w:rsidRPr="00CB2983" w:rsidRDefault="00000000" w:rsidP="00CB2983">
            <w:pPr>
              <w:spacing w:after="0" w:line="240" w:lineRule="auto"/>
              <w:jc w:val="center"/>
            </w:pPr>
            <w:r w:rsidRPr="00CB2983">
              <w:rPr>
                <w:b/>
                <w:sz w:val="19"/>
              </w:rPr>
              <w:t>4. İŞ BİRLİĞİ, YAYGINLAŞTIRMA VE TAKİP PLANI</w:t>
            </w:r>
          </w:p>
        </w:tc>
      </w:tr>
      <w:tr w:rsidR="00D01E08" w:rsidRPr="00CB2983" w14:paraId="473B4800" w14:textId="77777777" w:rsidTr="00662A34">
        <w:trPr>
          <w:gridAfter w:val="2"/>
          <w:wAfter w:w="47" w:type="dxa"/>
          <w:trHeight w:val="981"/>
          <w:jc w:val="center"/>
        </w:trPr>
        <w:tc>
          <w:tcPr>
            <w:tcW w:w="10293" w:type="dxa"/>
            <w:gridSpan w:val="5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D0C6B5" w14:textId="77777777" w:rsidR="00D01E08" w:rsidRPr="00CB2983" w:rsidRDefault="00000000">
            <w:pPr>
              <w:spacing w:after="60"/>
            </w:pPr>
            <w:r w:rsidRPr="00CB2983">
              <w:rPr>
                <w:b/>
                <w:sz w:val="17"/>
              </w:rPr>
              <w:t xml:space="preserve">Kurulan </w:t>
            </w:r>
            <w:proofErr w:type="spellStart"/>
            <w:r w:rsidRPr="00CB2983">
              <w:rPr>
                <w:b/>
                <w:sz w:val="17"/>
              </w:rPr>
              <w:t>bağlantılar</w:t>
            </w:r>
            <w:proofErr w:type="spellEnd"/>
            <w:r w:rsidRPr="00CB2983">
              <w:rPr>
                <w:b/>
                <w:sz w:val="17"/>
              </w:rPr>
              <w:t xml:space="preserve">, yeni </w:t>
            </w:r>
            <w:proofErr w:type="spellStart"/>
            <w:r w:rsidRPr="00CB2983">
              <w:rPr>
                <w:b/>
                <w:sz w:val="17"/>
              </w:rPr>
              <w:t>anlaşma</w:t>
            </w:r>
            <w:proofErr w:type="spellEnd"/>
            <w:r w:rsidRPr="00CB2983">
              <w:rPr>
                <w:b/>
                <w:sz w:val="17"/>
              </w:rPr>
              <w:t>/</w:t>
            </w:r>
            <w:proofErr w:type="spellStart"/>
            <w:r w:rsidRPr="00CB2983">
              <w:rPr>
                <w:b/>
                <w:sz w:val="17"/>
              </w:rPr>
              <w:t>proje</w:t>
            </w:r>
            <w:proofErr w:type="spellEnd"/>
            <w:r w:rsidRPr="00CB2983">
              <w:rPr>
                <w:b/>
                <w:sz w:val="17"/>
              </w:rPr>
              <w:t>/</w:t>
            </w:r>
            <w:proofErr w:type="spellStart"/>
            <w:r w:rsidRPr="00CB2983">
              <w:rPr>
                <w:b/>
                <w:sz w:val="17"/>
              </w:rPr>
              <w:t>ortak</w:t>
            </w:r>
            <w:proofErr w:type="spellEnd"/>
            <w:r w:rsidRPr="00CB2983">
              <w:rPr>
                <w:b/>
                <w:sz w:val="17"/>
              </w:rPr>
              <w:t xml:space="preserve"> </w:t>
            </w:r>
            <w:proofErr w:type="spellStart"/>
            <w:r w:rsidRPr="00CB2983">
              <w:rPr>
                <w:b/>
                <w:sz w:val="17"/>
              </w:rPr>
              <w:t>faaliyet</w:t>
            </w:r>
            <w:proofErr w:type="spellEnd"/>
            <w:r w:rsidRPr="00CB2983">
              <w:rPr>
                <w:b/>
                <w:sz w:val="17"/>
              </w:rPr>
              <w:t xml:space="preserve"> ihtimalleri ve iletişim kişileri:</w:t>
            </w:r>
          </w:p>
          <w:p w14:paraId="3463D83C" w14:textId="77777777" w:rsidR="00D01E08" w:rsidRPr="00CB2983" w:rsidRDefault="00000000">
            <w:pPr>
              <w:spacing w:after="20"/>
            </w:pPr>
            <w:r w:rsidRPr="00CB2983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56B3E66" w14:textId="77777777" w:rsidR="00D01E08" w:rsidRPr="00CB2983" w:rsidRDefault="00000000">
            <w:pPr>
              <w:spacing w:after="20"/>
            </w:pPr>
            <w:r w:rsidRPr="00CB2983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E45CFA2" w14:textId="77777777" w:rsidR="00D01E08" w:rsidRPr="00CB2983" w:rsidRDefault="00000000">
            <w:pPr>
              <w:spacing w:after="20"/>
            </w:pPr>
            <w:r w:rsidRPr="00CB2983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CB2983" w14:paraId="15BBA677" w14:textId="77777777" w:rsidTr="00CB2983">
        <w:trPr>
          <w:gridAfter w:val="1"/>
          <w:wAfter w:w="16" w:type="dxa"/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8461326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Planlanan Faaliyet / Çıktı</w:t>
            </w:r>
          </w:p>
        </w:tc>
        <w:tc>
          <w:tcPr>
            <w:tcW w:w="1629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35968E7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Sorumlu Birim / Kişi</w:t>
            </w:r>
          </w:p>
        </w:tc>
        <w:tc>
          <w:tcPr>
            <w:tcW w:w="1390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81A466D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Hedef Tarih</w:t>
            </w:r>
          </w:p>
        </w:tc>
        <w:tc>
          <w:tcPr>
            <w:tcW w:w="3199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30C9BA4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Beklenen Sonuç</w:t>
            </w:r>
          </w:p>
        </w:tc>
      </w:tr>
      <w:tr w:rsidR="00D01E08" w:rsidRPr="00CB2983" w14:paraId="2DC1528B" w14:textId="77777777" w:rsidTr="00662A34">
        <w:trPr>
          <w:gridAfter w:val="1"/>
          <w:wAfter w:w="16" w:type="dxa"/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EDEC70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</w:t>
            </w:r>
          </w:p>
        </w:tc>
        <w:tc>
          <w:tcPr>
            <w:tcW w:w="1629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49460EC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</w:t>
            </w:r>
          </w:p>
        </w:tc>
        <w:tc>
          <w:tcPr>
            <w:tcW w:w="1390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B572E93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>…… / …… / 20……</w:t>
            </w:r>
          </w:p>
        </w:tc>
        <w:tc>
          <w:tcPr>
            <w:tcW w:w="3199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AA2AC85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</w:t>
            </w:r>
          </w:p>
        </w:tc>
      </w:tr>
      <w:tr w:rsidR="00D01E08" w:rsidRPr="00CB2983" w14:paraId="5D7E05F6" w14:textId="77777777" w:rsidTr="00662A34">
        <w:trPr>
          <w:gridAfter w:val="1"/>
          <w:wAfter w:w="16" w:type="dxa"/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C886B5F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</w:t>
            </w:r>
          </w:p>
        </w:tc>
        <w:tc>
          <w:tcPr>
            <w:tcW w:w="1629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88C034A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</w:t>
            </w:r>
          </w:p>
        </w:tc>
        <w:tc>
          <w:tcPr>
            <w:tcW w:w="1390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E66F763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>…… / …… / 20……</w:t>
            </w:r>
          </w:p>
        </w:tc>
        <w:tc>
          <w:tcPr>
            <w:tcW w:w="3199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F2D7213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</w:t>
            </w:r>
          </w:p>
        </w:tc>
      </w:tr>
      <w:tr w:rsidR="00D01E08" w:rsidRPr="00CB2983" w14:paraId="55ECA558" w14:textId="77777777" w:rsidTr="00662A34">
        <w:trPr>
          <w:gridAfter w:val="1"/>
          <w:wAfter w:w="16" w:type="dxa"/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B79E03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</w:t>
            </w:r>
          </w:p>
        </w:tc>
        <w:tc>
          <w:tcPr>
            <w:tcW w:w="1629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D35A54C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</w:t>
            </w:r>
          </w:p>
        </w:tc>
        <w:tc>
          <w:tcPr>
            <w:tcW w:w="1390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E12FDAB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>…… / …… / 20……</w:t>
            </w:r>
          </w:p>
        </w:tc>
        <w:tc>
          <w:tcPr>
            <w:tcW w:w="3199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99A77A5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……………………………………………………</w:t>
            </w:r>
          </w:p>
        </w:tc>
      </w:tr>
      <w:tr w:rsidR="00D01E08" w:rsidRPr="00CB2983" w14:paraId="1A89D25F" w14:textId="77777777" w:rsidTr="00CB2983">
        <w:trPr>
          <w:gridAfter w:val="2"/>
          <w:wAfter w:w="47" w:type="dxa"/>
          <w:trHeight w:val="420"/>
          <w:jc w:val="center"/>
        </w:trPr>
        <w:tc>
          <w:tcPr>
            <w:tcW w:w="10293" w:type="dxa"/>
            <w:gridSpan w:val="5"/>
            <w:tcBorders>
              <w:top w:val="single" w:sz="4" w:space="0" w:color="173B5E"/>
              <w:left w:val="single" w:sz="4" w:space="0" w:color="173B5E"/>
              <w:bottom w:val="single" w:sz="4" w:space="0" w:color="173B5E"/>
              <w:right w:val="single" w:sz="4" w:space="0" w:color="173B5E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729007D8" w14:textId="77777777" w:rsidR="00D01E08" w:rsidRPr="00CB2983" w:rsidRDefault="00000000" w:rsidP="00CB2983">
            <w:pPr>
              <w:spacing w:after="0" w:line="240" w:lineRule="auto"/>
              <w:jc w:val="center"/>
            </w:pPr>
            <w:r w:rsidRPr="00CB2983">
              <w:rPr>
                <w:b/>
                <w:sz w:val="19"/>
              </w:rPr>
              <w:t>5. GENEL DEĞERLENDİRME</w:t>
            </w:r>
          </w:p>
        </w:tc>
      </w:tr>
      <w:tr w:rsidR="00D01E08" w:rsidRPr="00CB2983" w14:paraId="660AA45C" w14:textId="77777777" w:rsidTr="00CB2983">
        <w:trPr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584561" w14:textId="77777777" w:rsidR="00D01E08" w:rsidRPr="00CB2983" w:rsidRDefault="00000000">
            <w:pPr>
              <w:spacing w:after="0" w:line="240" w:lineRule="auto"/>
              <w:jc w:val="center"/>
            </w:pPr>
            <w:proofErr w:type="spellStart"/>
            <w:r w:rsidRPr="00CB2983">
              <w:rPr>
                <w:b/>
                <w:sz w:val="16"/>
              </w:rPr>
              <w:t>Değerlendirme</w:t>
            </w:r>
            <w:proofErr w:type="spellEnd"/>
            <w:r w:rsidRPr="00CB2983">
              <w:rPr>
                <w:b/>
                <w:sz w:val="16"/>
              </w:rPr>
              <w:t xml:space="preserve"> </w:t>
            </w:r>
            <w:proofErr w:type="spellStart"/>
            <w:r w:rsidRPr="00CB2983">
              <w:rPr>
                <w:b/>
                <w:sz w:val="16"/>
              </w:rPr>
              <w:t>Ölçütü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6A5CED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Puan (1–5)</w:t>
            </w:r>
          </w:p>
        </w:tc>
        <w:tc>
          <w:tcPr>
            <w:tcW w:w="4247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7BBCE6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Açıklama</w:t>
            </w:r>
          </w:p>
        </w:tc>
      </w:tr>
      <w:tr w:rsidR="00D01E08" w:rsidRPr="00CB2983" w14:paraId="73E0AE78" w14:textId="77777777" w:rsidTr="00CB2983">
        <w:trPr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505156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b/>
                <w:sz w:val="16"/>
              </w:rPr>
              <w:t>Faaliyetin mesleki/akademik yararı</w:t>
            </w:r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4D2A02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>1  2  3  4  5</w:t>
            </w:r>
          </w:p>
        </w:tc>
        <w:tc>
          <w:tcPr>
            <w:tcW w:w="4247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51596E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</w:t>
            </w:r>
          </w:p>
        </w:tc>
      </w:tr>
      <w:tr w:rsidR="00D01E08" w:rsidRPr="00CB2983" w14:paraId="4AA7DE08" w14:textId="77777777" w:rsidTr="00CB2983">
        <w:trPr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9225D0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b/>
                <w:sz w:val="16"/>
              </w:rPr>
              <w:t>Kabul eden kurumun organizasyonu</w:t>
            </w:r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C1458D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>1  2  3  4  5</w:t>
            </w:r>
          </w:p>
        </w:tc>
        <w:tc>
          <w:tcPr>
            <w:tcW w:w="4247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95F36A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</w:t>
            </w:r>
          </w:p>
        </w:tc>
      </w:tr>
      <w:tr w:rsidR="00D01E08" w:rsidRPr="00CB2983" w14:paraId="3794E399" w14:textId="77777777" w:rsidTr="00CB2983">
        <w:trPr>
          <w:trHeight w:val="182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FDBF69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b/>
                <w:sz w:val="16"/>
              </w:rPr>
              <w:t>Genel hareketlilik deneyimi</w:t>
            </w:r>
          </w:p>
        </w:tc>
        <w:tc>
          <w:tcPr>
            <w:tcW w:w="1987" w:type="dxa"/>
            <w:gridSpan w:val="2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A4E534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sz w:val="16"/>
              </w:rPr>
              <w:t>1  2  3  4  5</w:t>
            </w:r>
          </w:p>
        </w:tc>
        <w:tc>
          <w:tcPr>
            <w:tcW w:w="4247" w:type="dxa"/>
            <w:gridSpan w:val="4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F9CF5D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………………………………</w:t>
            </w:r>
          </w:p>
        </w:tc>
      </w:tr>
      <w:tr w:rsidR="00D01E08" w:rsidRPr="00CB2983" w14:paraId="30C1F014" w14:textId="77777777" w:rsidTr="00662A34">
        <w:trPr>
          <w:gridAfter w:val="2"/>
          <w:wAfter w:w="47" w:type="dxa"/>
          <w:trHeight w:val="741"/>
          <w:jc w:val="center"/>
        </w:trPr>
        <w:tc>
          <w:tcPr>
            <w:tcW w:w="10293" w:type="dxa"/>
            <w:gridSpan w:val="5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EC42FD" w14:textId="77777777" w:rsidR="00D01E08" w:rsidRPr="00CB2983" w:rsidRDefault="00000000">
            <w:pPr>
              <w:spacing w:after="60"/>
            </w:pPr>
            <w:r w:rsidRPr="00CB2983">
              <w:rPr>
                <w:b/>
                <w:sz w:val="17"/>
              </w:rPr>
              <w:t>Karşılaşılan güçlükler ve gelecekteki katılımcılar için öneriler:</w:t>
            </w:r>
          </w:p>
          <w:p w14:paraId="33D2DF05" w14:textId="77777777" w:rsidR="00D01E08" w:rsidRPr="00CB2983" w:rsidRDefault="00000000">
            <w:pPr>
              <w:spacing w:after="20"/>
            </w:pPr>
            <w:r w:rsidRPr="00CB2983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BC28700" w14:textId="77777777" w:rsidR="00D01E08" w:rsidRPr="00CB2983" w:rsidRDefault="00000000">
            <w:pPr>
              <w:spacing w:after="20"/>
            </w:pPr>
            <w:r w:rsidRPr="00CB2983">
              <w:rPr>
                <w:sz w:val="16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D01E08" w:rsidRPr="00CB2983" w14:paraId="50AF0048" w14:textId="77777777" w:rsidTr="00CB2983">
        <w:trPr>
          <w:gridAfter w:val="2"/>
          <w:wAfter w:w="47" w:type="dxa"/>
          <w:trHeight w:val="404"/>
          <w:jc w:val="center"/>
        </w:trPr>
        <w:tc>
          <w:tcPr>
            <w:tcW w:w="10293" w:type="dxa"/>
            <w:gridSpan w:val="5"/>
            <w:tcBorders>
              <w:top w:val="single" w:sz="4" w:space="0" w:color="173B5E"/>
              <w:left w:val="single" w:sz="4" w:space="0" w:color="173B5E"/>
              <w:bottom w:val="single" w:sz="4" w:space="0" w:color="173B5E"/>
              <w:right w:val="single" w:sz="4" w:space="0" w:color="173B5E"/>
            </w:tcBorders>
            <w:shd w:val="clear" w:color="auto" w:fill="FFFFFF" w:themeFill="background1"/>
            <w:tcMar>
              <w:top w:w="45" w:type="dxa"/>
              <w:left w:w="110" w:type="dxa"/>
              <w:bottom w:w="45" w:type="dxa"/>
              <w:right w:w="80" w:type="dxa"/>
            </w:tcMar>
            <w:vAlign w:val="center"/>
          </w:tcPr>
          <w:p w14:paraId="1B240A62" w14:textId="77777777" w:rsidR="00D01E08" w:rsidRPr="00CB2983" w:rsidRDefault="00000000" w:rsidP="00CB2983">
            <w:pPr>
              <w:spacing w:after="0" w:line="240" w:lineRule="auto"/>
              <w:jc w:val="center"/>
            </w:pPr>
            <w:r w:rsidRPr="00CB2983">
              <w:rPr>
                <w:b/>
                <w:sz w:val="19"/>
              </w:rPr>
              <w:t>6. EKLER VE ONAY</w:t>
            </w:r>
          </w:p>
        </w:tc>
      </w:tr>
      <w:tr w:rsidR="00D01E08" w:rsidRPr="00CB2983" w14:paraId="71F7E803" w14:textId="77777777" w:rsidTr="00CB2983">
        <w:trPr>
          <w:trHeight w:val="171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4AAAA36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 xml:space="preserve">Teslim </w:t>
            </w:r>
            <w:proofErr w:type="spellStart"/>
            <w:r w:rsidRPr="00CB2983">
              <w:rPr>
                <w:b/>
                <w:sz w:val="16"/>
              </w:rPr>
              <w:t>Edilen</w:t>
            </w:r>
            <w:proofErr w:type="spellEnd"/>
            <w:r w:rsidRPr="00CB2983">
              <w:rPr>
                <w:b/>
                <w:sz w:val="16"/>
              </w:rPr>
              <w:t xml:space="preserve"> Belgeler</w:t>
            </w:r>
          </w:p>
        </w:tc>
        <w:tc>
          <w:tcPr>
            <w:tcW w:w="6234" w:type="dxa"/>
            <w:gridSpan w:val="6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250D494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Yaygınlaştırma Yöntemi</w:t>
            </w:r>
          </w:p>
        </w:tc>
      </w:tr>
      <w:tr w:rsidR="00D01E08" w:rsidRPr="00CB2983" w14:paraId="12B1359D" w14:textId="77777777" w:rsidTr="00662A34">
        <w:trPr>
          <w:trHeight w:val="1049"/>
          <w:jc w:val="center"/>
        </w:trPr>
        <w:tc>
          <w:tcPr>
            <w:tcW w:w="410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E8CA869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☐ Katılım Sertifikası</w:t>
            </w:r>
            <w:r w:rsidRPr="00CB2983">
              <w:rPr>
                <w:sz w:val="16"/>
              </w:rPr>
              <w:br/>
              <w:t>☐ AB Katılımcı Raporu / EU Survey</w:t>
            </w:r>
            <w:r w:rsidRPr="00CB2983">
              <w:rPr>
                <w:sz w:val="16"/>
              </w:rPr>
              <w:br/>
              <w:t>☐ Yurda Giriş-Çıkış Belgesi</w:t>
            </w:r>
            <w:r w:rsidRPr="00CB2983">
              <w:rPr>
                <w:sz w:val="16"/>
              </w:rPr>
              <w:br/>
              <w:t>☐ Fotoğraflar</w:t>
            </w:r>
            <w:r w:rsidRPr="00CB2983">
              <w:rPr>
                <w:sz w:val="16"/>
              </w:rPr>
              <w:br/>
              <w:t>☐ Diğer: …………………………………</w:t>
            </w:r>
          </w:p>
        </w:tc>
        <w:tc>
          <w:tcPr>
            <w:tcW w:w="6234" w:type="dxa"/>
            <w:gridSpan w:val="6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525B584" w14:textId="77777777" w:rsidR="00D01E08" w:rsidRPr="00CB2983" w:rsidRDefault="00000000">
            <w:pPr>
              <w:spacing w:after="0" w:line="240" w:lineRule="auto"/>
            </w:pPr>
            <w:r w:rsidRPr="00CB2983">
              <w:rPr>
                <w:sz w:val="16"/>
              </w:rPr>
              <w:t>☐ Birim/bölüm sunumu</w:t>
            </w:r>
            <w:r w:rsidRPr="00CB2983">
              <w:rPr>
                <w:sz w:val="16"/>
              </w:rPr>
              <w:br/>
              <w:t>☐ Web/haber paylaşımı</w:t>
            </w:r>
            <w:r w:rsidRPr="00CB2983">
              <w:rPr>
                <w:sz w:val="16"/>
              </w:rPr>
              <w:br/>
              <w:t>☐ Toplantı veya atölye</w:t>
            </w:r>
            <w:r w:rsidRPr="00CB2983">
              <w:rPr>
                <w:sz w:val="16"/>
              </w:rPr>
              <w:br/>
              <w:t>☐ Ders/eğitim materyali paylaşımı</w:t>
            </w:r>
            <w:r w:rsidRPr="00CB2983">
              <w:rPr>
                <w:sz w:val="16"/>
              </w:rPr>
              <w:br/>
              <w:t>☐ Diğer: …………………………………</w:t>
            </w:r>
          </w:p>
        </w:tc>
      </w:tr>
    </w:tbl>
    <w:p w14:paraId="2EA21E76" w14:textId="77777777" w:rsidR="00662A34" w:rsidRPr="00CB2983" w:rsidRDefault="00662A34">
      <w:pPr>
        <w:spacing w:before="60" w:after="40"/>
        <w:jc w:val="both"/>
        <w:rPr>
          <w:sz w:val="16"/>
        </w:rPr>
      </w:pPr>
    </w:p>
    <w:p w14:paraId="33628567" w14:textId="036757DB" w:rsidR="00D01E08" w:rsidRPr="00CB2983" w:rsidRDefault="00000000">
      <w:pPr>
        <w:spacing w:before="60" w:after="40"/>
        <w:jc w:val="both"/>
        <w:rPr>
          <w:sz w:val="16"/>
        </w:rPr>
      </w:pPr>
      <w:r w:rsidRPr="00CB2983">
        <w:rPr>
          <w:sz w:val="16"/>
        </w:rPr>
        <w:t xml:space="preserve">Bu </w:t>
      </w:r>
      <w:proofErr w:type="spellStart"/>
      <w:r w:rsidRPr="00CB2983">
        <w:rPr>
          <w:sz w:val="16"/>
        </w:rPr>
        <w:t>raporda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yer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alan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bilgilerin</w:t>
      </w:r>
      <w:proofErr w:type="spellEnd"/>
      <w:r w:rsidRPr="00CB2983">
        <w:rPr>
          <w:sz w:val="16"/>
        </w:rPr>
        <w:t xml:space="preserve"> doğru olduğunu; hareketlilikte edindiğim bilgi ve deneyimleri kurum içinde </w:t>
      </w:r>
      <w:proofErr w:type="spellStart"/>
      <w:r w:rsidRPr="00CB2983">
        <w:rPr>
          <w:sz w:val="16"/>
        </w:rPr>
        <w:t>paylaşmayı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ve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uygun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görülen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takip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faaliyetlerine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katkı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sunmayı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kabul</w:t>
      </w:r>
      <w:proofErr w:type="spellEnd"/>
      <w:r w:rsidRPr="00CB2983">
        <w:rPr>
          <w:sz w:val="16"/>
        </w:rPr>
        <w:t xml:space="preserve"> </w:t>
      </w:r>
      <w:proofErr w:type="spellStart"/>
      <w:r w:rsidRPr="00CB2983">
        <w:rPr>
          <w:sz w:val="16"/>
        </w:rPr>
        <w:t>ederim</w:t>
      </w:r>
      <w:proofErr w:type="spellEnd"/>
      <w:r w:rsidRPr="00CB2983">
        <w:rPr>
          <w:sz w:val="16"/>
        </w:rPr>
        <w:t>.</w:t>
      </w:r>
    </w:p>
    <w:p w14:paraId="107FFBAD" w14:textId="77777777" w:rsidR="00662A34" w:rsidRPr="00CB2983" w:rsidRDefault="00662A34">
      <w:pPr>
        <w:spacing w:before="60" w:after="40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216"/>
      </w:tblGrid>
      <w:tr w:rsidR="00D01E08" w:rsidRPr="00CB2983" w14:paraId="6BEA57EC" w14:textId="77777777" w:rsidTr="00CB2983">
        <w:trPr>
          <w:jc w:val="center"/>
        </w:trPr>
        <w:tc>
          <w:tcPr>
            <w:tcW w:w="51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A49130" w14:textId="77777777" w:rsidR="00D01E08" w:rsidRPr="00CB2983" w:rsidRDefault="00000000">
            <w:pPr>
              <w:spacing w:after="0" w:line="240" w:lineRule="auto"/>
              <w:jc w:val="center"/>
            </w:pPr>
            <w:proofErr w:type="spellStart"/>
            <w:r w:rsidRPr="00CB2983">
              <w:rPr>
                <w:b/>
                <w:sz w:val="16"/>
              </w:rPr>
              <w:t>Katılımcı</w:t>
            </w:r>
            <w:proofErr w:type="spellEnd"/>
          </w:p>
        </w:tc>
        <w:tc>
          <w:tcPr>
            <w:tcW w:w="521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shd w:val="clear" w:color="auto" w:fill="FFFFFF" w:themeFill="background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62D74B" w14:textId="77777777" w:rsidR="00D01E08" w:rsidRPr="00CB2983" w:rsidRDefault="00000000">
            <w:pPr>
              <w:spacing w:after="0" w:line="240" w:lineRule="auto"/>
              <w:jc w:val="center"/>
            </w:pPr>
            <w:r w:rsidRPr="00CB2983">
              <w:rPr>
                <w:b/>
                <w:sz w:val="16"/>
              </w:rPr>
              <w:t>Erasmus Koordinatörlüğü Değerlendirmesi</w:t>
            </w:r>
          </w:p>
        </w:tc>
      </w:tr>
      <w:tr w:rsidR="00D01E08" w:rsidRPr="00597650" w14:paraId="3A907C4C" w14:textId="77777777" w:rsidTr="00662A34">
        <w:trPr>
          <w:trHeight w:val="846"/>
          <w:jc w:val="center"/>
        </w:trPr>
        <w:tc>
          <w:tcPr>
            <w:tcW w:w="5102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3BE65B" w14:textId="77777777" w:rsidR="00D01E08" w:rsidRPr="00CB2983" w:rsidRDefault="00000000">
            <w:pPr>
              <w:spacing w:after="0" w:line="240" w:lineRule="auto"/>
            </w:pPr>
            <w:proofErr w:type="spellStart"/>
            <w:r w:rsidRPr="00CB2983">
              <w:rPr>
                <w:sz w:val="16"/>
              </w:rPr>
              <w:t>Ad</w:t>
            </w:r>
            <w:proofErr w:type="spellEnd"/>
            <w:r w:rsidRPr="00CB2983">
              <w:rPr>
                <w:sz w:val="16"/>
              </w:rPr>
              <w:t xml:space="preserve"> </w:t>
            </w:r>
            <w:proofErr w:type="spellStart"/>
            <w:r w:rsidRPr="00CB2983">
              <w:rPr>
                <w:sz w:val="16"/>
              </w:rPr>
              <w:t>Soyad</w:t>
            </w:r>
            <w:proofErr w:type="spellEnd"/>
            <w:r w:rsidRPr="00CB2983">
              <w:rPr>
                <w:sz w:val="16"/>
              </w:rPr>
              <w:t>: ……………………………………………</w:t>
            </w:r>
            <w:r w:rsidRPr="00CB2983">
              <w:rPr>
                <w:sz w:val="16"/>
              </w:rPr>
              <w:br/>
              <w:t>Tarih: …… / …… / 20……</w:t>
            </w:r>
            <w:r w:rsidRPr="00CB2983">
              <w:rPr>
                <w:sz w:val="16"/>
              </w:rPr>
              <w:br/>
              <w:t>İmza:</w:t>
            </w:r>
          </w:p>
        </w:tc>
        <w:tc>
          <w:tcPr>
            <w:tcW w:w="5216" w:type="dxa"/>
            <w:tcBorders>
              <w:top w:val="single" w:sz="6" w:space="0" w:color="89A7B8"/>
              <w:left w:val="single" w:sz="6" w:space="0" w:color="89A7B8"/>
              <w:bottom w:val="single" w:sz="6" w:space="0" w:color="89A7B8"/>
              <w:right w:val="single" w:sz="6" w:space="0" w:color="89A7B8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010102" w14:textId="77777777" w:rsidR="00D01E08" w:rsidRPr="00597650" w:rsidRDefault="00000000">
            <w:pPr>
              <w:spacing w:after="0" w:line="240" w:lineRule="auto"/>
            </w:pPr>
            <w:r w:rsidRPr="00CB2983">
              <w:rPr>
                <w:sz w:val="16"/>
              </w:rPr>
              <w:t>☐ Uygun   ☐ Revizyon gerekli</w:t>
            </w:r>
            <w:r w:rsidRPr="00CB2983">
              <w:rPr>
                <w:sz w:val="16"/>
              </w:rPr>
              <w:br/>
              <w:t>Açıklama: ……………………………………………</w:t>
            </w:r>
            <w:r w:rsidRPr="00CB2983">
              <w:rPr>
                <w:sz w:val="16"/>
              </w:rPr>
              <w:br/>
              <w:t>Tarih / İmza: ………………………………………</w:t>
            </w:r>
          </w:p>
        </w:tc>
      </w:tr>
    </w:tbl>
    <w:p w14:paraId="53FD4FE4" w14:textId="77777777" w:rsidR="004D1EFA" w:rsidRPr="00597650" w:rsidRDefault="004D1EFA"/>
    <w:sectPr w:rsidR="004D1EFA" w:rsidRPr="00597650" w:rsidSect="009F0142">
      <w:headerReference w:type="default" r:id="rId8"/>
      <w:footerReference w:type="default" r:id="rId9"/>
      <w:pgSz w:w="11906" w:h="16838"/>
      <w:pgMar w:top="567" w:right="709" w:bottom="567" w:left="709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257B" w14:textId="77777777" w:rsidR="00E92A00" w:rsidRDefault="00E92A00">
      <w:pPr>
        <w:spacing w:after="0" w:line="240" w:lineRule="auto"/>
      </w:pPr>
      <w:r>
        <w:separator/>
      </w:r>
    </w:p>
  </w:endnote>
  <w:endnote w:type="continuationSeparator" w:id="0">
    <w:p w14:paraId="1D4B6816" w14:textId="77777777" w:rsidR="00E92A00" w:rsidRDefault="00E9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9C811" w14:textId="77777777" w:rsidR="00662A34" w:rsidRDefault="00662A34" w:rsidP="00662A34">
    <w:pPr>
      <w:pStyle w:val="AltBilgi"/>
      <w:jc w:val="center"/>
      <w:rPr>
        <w:sz w:val="16"/>
        <w:szCs w:val="16"/>
      </w:rPr>
    </w:pPr>
  </w:p>
  <w:p w14:paraId="71BCEDF1" w14:textId="77777777" w:rsidR="00662A34" w:rsidRPr="00AF60B3" w:rsidRDefault="00662A34" w:rsidP="00662A34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Şehit Gönenç Caddesi Maltepe Mah.No:5 Çankaya Ankara  </w:t>
    </w:r>
  </w:p>
  <w:p w14:paraId="78013879" w14:textId="77777777" w:rsidR="00662A34" w:rsidRPr="00AF60B3" w:rsidRDefault="00662A34" w:rsidP="00662A34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 </w:t>
    </w:r>
    <w:proofErr w:type="spellStart"/>
    <w:r w:rsidRPr="00AF60B3">
      <w:rPr>
        <w:sz w:val="16"/>
        <w:szCs w:val="16"/>
      </w:rPr>
      <w:t>İletişim</w:t>
    </w:r>
    <w:proofErr w:type="spellEnd"/>
    <w:r w:rsidRPr="00AF60B3">
      <w:rPr>
        <w:sz w:val="16"/>
        <w:szCs w:val="16"/>
      </w:rPr>
      <w:t xml:space="preserve"> :444 22 28 </w:t>
    </w:r>
    <w:hyperlink r:id="rId1" w:history="1">
      <w:r w:rsidRPr="00AF60B3">
        <w:rPr>
          <w:rStyle w:val="Kpr"/>
          <w:color w:val="auto"/>
          <w:sz w:val="16"/>
          <w:szCs w:val="16"/>
        </w:rPr>
        <w:t>www.ankarabilim.edu.tr</w:t>
      </w:r>
    </w:hyperlink>
  </w:p>
  <w:p w14:paraId="7E341BF2" w14:textId="730AF3D9" w:rsidR="00D01E08" w:rsidRPr="00662A34" w:rsidRDefault="00D01E08" w:rsidP="00662A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1AC60" w14:textId="77777777" w:rsidR="00E92A00" w:rsidRDefault="00E92A00">
      <w:pPr>
        <w:spacing w:after="0" w:line="240" w:lineRule="auto"/>
      </w:pPr>
      <w:r>
        <w:separator/>
      </w:r>
    </w:p>
  </w:footnote>
  <w:footnote w:type="continuationSeparator" w:id="0">
    <w:p w14:paraId="60D301AA" w14:textId="77777777" w:rsidR="00E92A00" w:rsidRDefault="00E92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0E06A" w14:textId="4D881636" w:rsidR="00662A34" w:rsidRDefault="00662A34">
    <w:pPr>
      <w:pStyle w:val="stBilgi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78C8F4FF" wp14:editId="506BE39B">
          <wp:extent cx="1518285" cy="255905"/>
          <wp:effectExtent l="0" t="0" r="5715" b="0"/>
          <wp:docPr id="158945626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3547622">
    <w:abstractNumId w:val="8"/>
  </w:num>
  <w:num w:numId="2" w16cid:durableId="669454664">
    <w:abstractNumId w:val="6"/>
  </w:num>
  <w:num w:numId="3" w16cid:durableId="598030714">
    <w:abstractNumId w:val="5"/>
  </w:num>
  <w:num w:numId="4" w16cid:durableId="1331180728">
    <w:abstractNumId w:val="4"/>
  </w:num>
  <w:num w:numId="5" w16cid:durableId="437063201">
    <w:abstractNumId w:val="7"/>
  </w:num>
  <w:num w:numId="6" w16cid:durableId="285812385">
    <w:abstractNumId w:val="3"/>
  </w:num>
  <w:num w:numId="7" w16cid:durableId="313610375">
    <w:abstractNumId w:val="2"/>
  </w:num>
  <w:num w:numId="8" w16cid:durableId="1002708658">
    <w:abstractNumId w:val="1"/>
  </w:num>
  <w:num w:numId="9" w16cid:durableId="93089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0146"/>
    <w:rsid w:val="0029639D"/>
    <w:rsid w:val="00326F90"/>
    <w:rsid w:val="003940AB"/>
    <w:rsid w:val="0046609D"/>
    <w:rsid w:val="004D1EFA"/>
    <w:rsid w:val="004E5A4E"/>
    <w:rsid w:val="00551510"/>
    <w:rsid w:val="00597650"/>
    <w:rsid w:val="00662A34"/>
    <w:rsid w:val="009F0142"/>
    <w:rsid w:val="00AA1D8D"/>
    <w:rsid w:val="00B237D4"/>
    <w:rsid w:val="00B47730"/>
    <w:rsid w:val="00CB0664"/>
    <w:rsid w:val="00CB2983"/>
    <w:rsid w:val="00D01E08"/>
    <w:rsid w:val="00E92A00"/>
    <w:rsid w:val="00F200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E9C03"/>
  <w14:defaultImageDpi w14:val="300"/>
  <w15:docId w15:val="{A6345908-2A76-470A-B48B-B6593F0C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rPr>
      <w:rFonts w:ascii="Arial" w:hAnsi="Arial"/>
      <w:b/>
      <w:color w:val="173B5E"/>
      <w:sz w:val="30"/>
    </w:rPr>
  </w:style>
  <w:style w:type="paragraph" w:customStyle="1" w:styleId="DocSubTitle">
    <w:name w:val="DocSubTitle"/>
    <w:rPr>
      <w:rFonts w:ascii="Arial" w:hAnsi="Arial"/>
      <w:color w:val="5D6770"/>
      <w:sz w:val="19"/>
    </w:rPr>
  </w:style>
  <w:style w:type="paragraph" w:customStyle="1" w:styleId="SectionHeading">
    <w:name w:val="SectionHeading"/>
    <w:rPr>
      <w:rFonts w:ascii="Arial" w:hAnsi="Arial"/>
      <w:b/>
      <w:color w:val="FFFFFF"/>
      <w:sz w:val="20"/>
    </w:rPr>
  </w:style>
  <w:style w:type="paragraph" w:customStyle="1" w:styleId="SmallText">
    <w:name w:val="SmallText"/>
    <w:rPr>
      <w:rFonts w:ascii="Arial" w:hAnsi="Arial"/>
      <w:color w:val="5D6770"/>
      <w:sz w:val="15"/>
    </w:rPr>
  </w:style>
  <w:style w:type="character" w:styleId="Kpr">
    <w:name w:val="Hyperlink"/>
    <w:basedOn w:val="VarsaylanParagrafYazTipi"/>
    <w:uiPriority w:val="99"/>
    <w:unhideWhenUsed/>
    <w:rsid w:val="00662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4</cp:revision>
  <cp:lastPrinted>2026-07-17T12:37:00Z</cp:lastPrinted>
  <dcterms:created xsi:type="dcterms:W3CDTF">2026-07-17T12:36:00Z</dcterms:created>
  <dcterms:modified xsi:type="dcterms:W3CDTF">2026-08-10T11:08:00Z</dcterms:modified>
  <cp:category/>
</cp:coreProperties>
</file>