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BF80" w14:textId="3CDC6951" w:rsidR="00BC27DE" w:rsidRPr="00F50BA1" w:rsidRDefault="00F50BA1" w:rsidP="00F50BA1">
      <w:pPr>
        <w:tabs>
          <w:tab w:val="left" w:pos="4510"/>
        </w:tabs>
        <w:spacing w:after="0"/>
        <w:rPr>
          <w:rFonts w:ascii="Times New Roman" w:hAnsi="Times New Roman" w:cs="Times New Roman"/>
        </w:rPr>
      </w:pPr>
      <w:r w:rsidRPr="00F50BA1">
        <w:rPr>
          <w:rFonts w:ascii="Times New Roman" w:hAnsi="Times New Roman" w:cs="Times New Roman"/>
        </w:rPr>
        <w:tab/>
      </w:r>
    </w:p>
    <w:p w14:paraId="12C33BC3" w14:textId="77777777" w:rsidR="00BC27DE" w:rsidRPr="00F50BA1" w:rsidRDefault="00000000">
      <w:pPr>
        <w:spacing w:after="0"/>
        <w:jc w:val="center"/>
        <w:rPr>
          <w:rFonts w:ascii="Times New Roman" w:hAnsi="Times New Roman" w:cs="Times New Roman"/>
        </w:rPr>
      </w:pPr>
      <w:r w:rsidRPr="00F50BA1">
        <w:rPr>
          <w:rFonts w:ascii="Times New Roman" w:hAnsi="Times New Roman" w:cs="Times New Roman"/>
          <w:b/>
          <w:sz w:val="21"/>
        </w:rPr>
        <w:t>T.C.</w:t>
      </w:r>
    </w:p>
    <w:p w14:paraId="66D86C66" w14:textId="77777777" w:rsidR="00BC27DE" w:rsidRPr="00F50BA1" w:rsidRDefault="00000000">
      <w:pPr>
        <w:spacing w:after="0"/>
        <w:jc w:val="center"/>
        <w:rPr>
          <w:rFonts w:ascii="Times New Roman" w:hAnsi="Times New Roman" w:cs="Times New Roman"/>
        </w:rPr>
      </w:pPr>
      <w:r w:rsidRPr="00F50BA1">
        <w:rPr>
          <w:rFonts w:ascii="Times New Roman" w:hAnsi="Times New Roman" w:cs="Times New Roman"/>
          <w:b/>
          <w:sz w:val="24"/>
        </w:rPr>
        <w:t>ANKARA BİLİM ÜNİVERSİTESİ</w:t>
      </w:r>
    </w:p>
    <w:p w14:paraId="17C3669D" w14:textId="77777777" w:rsidR="00BC27DE" w:rsidRDefault="00000000">
      <w:pPr>
        <w:spacing w:after="0"/>
        <w:jc w:val="center"/>
        <w:rPr>
          <w:rFonts w:ascii="Times New Roman" w:hAnsi="Times New Roman" w:cs="Times New Roman"/>
          <w:b/>
          <w:sz w:val="21"/>
        </w:rPr>
      </w:pPr>
      <w:r w:rsidRPr="00F50BA1">
        <w:rPr>
          <w:rFonts w:ascii="Times New Roman" w:hAnsi="Times New Roman" w:cs="Times New Roman"/>
          <w:b/>
          <w:sz w:val="21"/>
        </w:rPr>
        <w:t>ERASMUS+ KOORDİNATÖRLÜĞÜ</w:t>
      </w:r>
    </w:p>
    <w:p w14:paraId="54F6A914" w14:textId="77777777" w:rsidR="00F50BA1" w:rsidRPr="00F50BA1" w:rsidRDefault="00F50BA1">
      <w:pPr>
        <w:spacing w:after="0"/>
        <w:jc w:val="center"/>
        <w:rPr>
          <w:rFonts w:ascii="Times New Roman" w:hAnsi="Times New Roman" w:cs="Times New Roman"/>
        </w:rPr>
      </w:pPr>
    </w:p>
    <w:p w14:paraId="72E1E775" w14:textId="24D332FB" w:rsidR="00BC27DE" w:rsidRDefault="00000000">
      <w:pPr>
        <w:pStyle w:val="LetterTitle"/>
        <w:spacing w:before="1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F72D1">
        <w:rPr>
          <w:rFonts w:ascii="Times New Roman" w:hAnsi="Times New Roman" w:cs="Times New Roman"/>
          <w:color w:val="auto"/>
          <w:sz w:val="24"/>
          <w:szCs w:val="24"/>
        </w:rPr>
        <w:t>ERASMUS+ ÖĞRENCİ ÖĞRENİM HAREKETLİLİĞİ</w:t>
      </w:r>
      <w:r w:rsidRPr="001F72D1">
        <w:rPr>
          <w:rFonts w:ascii="Times New Roman" w:hAnsi="Times New Roman" w:cs="Times New Roman"/>
          <w:color w:val="auto"/>
          <w:sz w:val="24"/>
          <w:szCs w:val="24"/>
        </w:rPr>
        <w:br/>
        <w:t>ADAY GÖSTERME</w:t>
      </w:r>
      <w:r w:rsidR="0069286B">
        <w:rPr>
          <w:rFonts w:ascii="Times New Roman" w:hAnsi="Times New Roman" w:cs="Times New Roman"/>
          <w:color w:val="auto"/>
          <w:sz w:val="24"/>
          <w:szCs w:val="24"/>
        </w:rPr>
        <w:t>/ BİLGİ FORMU</w:t>
      </w:r>
      <w:r w:rsidR="000F7D1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26BFF6DE" w14:textId="77777777" w:rsidR="000F7D12" w:rsidRDefault="000F7D12">
      <w:pPr>
        <w:pStyle w:val="LetterTitle"/>
        <w:spacing w:before="1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19990518" w14:textId="77FEA03E" w:rsidR="000F7D12" w:rsidRPr="001F72D1" w:rsidRDefault="000F7D12">
      <w:pPr>
        <w:pStyle w:val="LetterTitle"/>
        <w:spacing w:before="1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../..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20..</w:t>
      </w:r>
      <w:proofErr w:type="gramEnd"/>
    </w:p>
    <w:p w14:paraId="5F796565" w14:textId="77777777" w:rsidR="00BC27DE" w:rsidRPr="00F50BA1" w:rsidRDefault="00000000">
      <w:pPr>
        <w:spacing w:after="80" w:line="252" w:lineRule="auto"/>
        <w:rPr>
          <w:rFonts w:ascii="Times New Roman" w:hAnsi="Times New Roman" w:cs="Times New Roman"/>
        </w:rPr>
      </w:pPr>
      <w:r w:rsidRPr="00F50BA1">
        <w:rPr>
          <w:rFonts w:ascii="Times New Roman" w:hAnsi="Times New Roman" w:cs="Times New Roman"/>
          <w:b/>
          <w:sz w:val="20"/>
        </w:rPr>
        <w:t>İLGİLİ MAKAMA,</w:t>
      </w:r>
    </w:p>
    <w:p w14:paraId="4F33B120" w14:textId="77777777" w:rsidR="00BC27DE" w:rsidRPr="00174C28" w:rsidRDefault="00000000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4C28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yazı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aşağıda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bilgileri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yer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alan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Ankara Bilim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Üniversitesi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öğrencisinin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, Erasmus+ Öğrenci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Öğrenim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Hareketliliği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kapsamında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belirtilen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ev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sahibi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üniversitede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öğrenim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görmek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üzere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kurumumuz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resmî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aday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gösterildiğini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teyit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etmek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amacıyla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C28">
        <w:rPr>
          <w:rFonts w:ascii="Times New Roman" w:hAnsi="Times New Roman" w:cs="Times New Roman"/>
          <w:sz w:val="20"/>
          <w:szCs w:val="20"/>
        </w:rPr>
        <w:t>düzenlenmiştir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0"/>
      </w:tblGrid>
      <w:tr w:rsidR="00BC27DE" w:rsidRPr="00F50BA1" w14:paraId="7A310F67" w14:textId="77777777" w:rsidTr="001F72D1">
        <w:trPr>
          <w:cantSplit/>
          <w:trHeight w:val="341"/>
          <w:jc w:val="center"/>
        </w:trPr>
        <w:tc>
          <w:tcPr>
            <w:tcW w:w="10376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vAlign w:val="center"/>
          </w:tcPr>
          <w:p w14:paraId="0D1F05E0" w14:textId="77777777" w:rsidR="00BC27DE" w:rsidRPr="000F7D1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D12">
              <w:rPr>
                <w:rFonts w:ascii="Times New Roman" w:hAnsi="Times New Roman" w:cs="Times New Roman"/>
                <w:b/>
                <w:sz w:val="24"/>
                <w:szCs w:val="24"/>
              </w:rPr>
              <w:t>ÖĞRENCİ VE HAREKETLİLİK BİLGİLERİ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C27DE" w:rsidRPr="00F50BA1" w14:paraId="3140076C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4728E8FD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77F1472" w14:textId="07D1D3C1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35A8BD41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06981F2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T.C.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Kimlik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Pasaport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AAACDDE" w14:textId="69729E26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03E62A3F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2571354A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3162716" w14:textId="640D743A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554EFBA8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2FEF6FA8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Fakülte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Yüksekokul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Enstitü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F9B566B" w14:textId="2367543E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315EB2F4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521947BD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2EE20ECE" w14:textId="6FB55B5A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0EC981F5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1904045F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Öğrenim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Kademesi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4A288029" w14:textId="34040E1E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BA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50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0BA1">
              <w:rPr>
                <w:rFonts w:ascii="Times New Roman" w:hAnsi="Times New Roman" w:cs="Times New Roman"/>
                <w:sz w:val="20"/>
                <w:szCs w:val="20"/>
              </w:rPr>
              <w:t>Ön</w:t>
            </w:r>
            <w:proofErr w:type="spellEnd"/>
            <w:r w:rsidRPr="00F50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0BA1">
              <w:rPr>
                <w:rFonts w:ascii="Times New Roman" w:hAnsi="Times New Roman" w:cs="Times New Roman"/>
                <w:sz w:val="20"/>
                <w:szCs w:val="20"/>
              </w:rPr>
              <w:t>Lisans</w:t>
            </w:r>
            <w:proofErr w:type="spellEnd"/>
            <w:r w:rsidRPr="00F50BA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F7D12" w:rsidRPr="000F7D1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0F7D12" w:rsidRPr="000F7D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0BA1">
              <w:rPr>
                <w:rFonts w:ascii="Times New Roman" w:hAnsi="Times New Roman" w:cs="Times New Roman"/>
                <w:sz w:val="20"/>
                <w:szCs w:val="20"/>
              </w:rPr>
              <w:t>Lisans</w:t>
            </w:r>
            <w:proofErr w:type="spellEnd"/>
            <w:r w:rsidRPr="00F50BA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50BA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50BA1">
              <w:rPr>
                <w:rFonts w:ascii="Times New Roman" w:hAnsi="Times New Roman" w:cs="Times New Roman"/>
                <w:sz w:val="20"/>
                <w:szCs w:val="20"/>
              </w:rPr>
              <w:t xml:space="preserve"> Yüksek </w:t>
            </w:r>
            <w:proofErr w:type="spellStart"/>
            <w:r w:rsidRPr="00F50BA1">
              <w:rPr>
                <w:rFonts w:ascii="Times New Roman" w:hAnsi="Times New Roman" w:cs="Times New Roman"/>
                <w:sz w:val="20"/>
                <w:szCs w:val="20"/>
              </w:rPr>
              <w:t>Lisans</w:t>
            </w:r>
            <w:proofErr w:type="spellEnd"/>
          </w:p>
        </w:tc>
      </w:tr>
      <w:tr w:rsidR="00BC27DE" w:rsidRPr="00F50BA1" w14:paraId="5DE50DFD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38B5E68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 Sahibi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Üniversite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74B1A3C7" w14:textId="16DEB23F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16E7D924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37569720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 Sahibi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Üniversitenin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Erasmus Kodu</w:t>
            </w:r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FF075E7" w14:textId="257F11E8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332671D3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5781F2B9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Ülke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2F498956" w14:textId="421E7519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532D3202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4E96D5D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Hareketlilik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</w:t>
            </w:r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A156E16" w14:textId="38377208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7DE" w:rsidRPr="00F50BA1" w14:paraId="7098EAC7" w14:textId="77777777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EAF1F6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7E465C6" w14:textId="77777777" w:rsidR="00BC27DE" w:rsidRPr="00F50BA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Planlanan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Hareketlilik</w:t>
            </w:r>
            <w:proofErr w:type="spellEnd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0BA1">
              <w:rPr>
                <w:rFonts w:ascii="Times New Roman" w:hAnsi="Times New Roman" w:cs="Times New Roman"/>
                <w:b/>
                <w:sz w:val="20"/>
                <w:szCs w:val="20"/>
              </w:rPr>
              <w:t>Tarihleri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02117BF" w14:textId="4877D51C" w:rsidR="00BC27DE" w:rsidRPr="00F50BA1" w:rsidRDefault="00BC2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254305" w14:textId="77777777" w:rsidR="00F50BA1" w:rsidRPr="00F50BA1" w:rsidRDefault="00F50BA1">
      <w:pPr>
        <w:spacing w:before="80" w:after="60" w:line="252" w:lineRule="auto"/>
        <w:jc w:val="both"/>
        <w:rPr>
          <w:rFonts w:ascii="Times New Roman" w:hAnsi="Times New Roman" w:cs="Times New Roman"/>
          <w:sz w:val="18"/>
        </w:rPr>
      </w:pPr>
    </w:p>
    <w:p w14:paraId="3573BFD1" w14:textId="760822A0" w:rsidR="00BC27DE" w:rsidRPr="000F7D12" w:rsidRDefault="00000000" w:rsidP="00F50BA1">
      <w:pPr>
        <w:spacing w:before="80" w:after="60" w:line="25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F7D12">
        <w:rPr>
          <w:rFonts w:ascii="Times New Roman" w:hAnsi="Times New Roman" w:cs="Times New Roman"/>
          <w:sz w:val="20"/>
          <w:szCs w:val="20"/>
        </w:rPr>
        <w:t>Adı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geçen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öğrenci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, Ankara Bilim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Üniversitesi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yürütülen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kurum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içi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seçim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sürecini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başarıyla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tamamlamış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yürürlükteki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Erasmus+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kuralları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başvuru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ilanı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doğrultusunda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öğrenim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hareketliliğine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katılmaya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kazanmıştır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Öğrencinin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Ankara Bilim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Üniversitesindeki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öğrencilik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kaydı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olup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hareketlilik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süresince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öğrencilik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statüsü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devam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edecektir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>.</w:t>
      </w:r>
    </w:p>
    <w:p w14:paraId="34928194" w14:textId="77777777" w:rsidR="00BC27DE" w:rsidRPr="000F7D12" w:rsidRDefault="00000000" w:rsidP="00F50BA1">
      <w:pPr>
        <w:spacing w:after="6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7D12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belge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öğrencinin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Erasmus+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adaylığını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Ankara Bilim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Üniversitesi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yurt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dışında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öğrenim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hareketliliğine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gönderildiğini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teyit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etmek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üzere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Göç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İdaresi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Başkanlığına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diğer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resmî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makamlara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sunulmak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amacıyla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hazırlanmıştır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>.</w:t>
      </w:r>
    </w:p>
    <w:p w14:paraId="7381DDA2" w14:textId="77777777" w:rsidR="00BC27DE" w:rsidRPr="000F7D12" w:rsidRDefault="00000000" w:rsidP="00F50BA1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Öğrencinin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ev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sahibi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üniversiteye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kesin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kabulü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kurumun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başvuru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koşulları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, son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başvuru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tarihleri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onay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süreçlerine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tabidir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>.</w:t>
      </w:r>
    </w:p>
    <w:p w14:paraId="58208C02" w14:textId="77777777" w:rsidR="00BC27DE" w:rsidRPr="000F7D12" w:rsidRDefault="00000000" w:rsidP="00F50BA1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F7D12">
        <w:rPr>
          <w:rFonts w:ascii="Times New Roman" w:hAnsi="Times New Roman" w:cs="Times New Roman"/>
          <w:sz w:val="20"/>
          <w:szCs w:val="20"/>
        </w:rPr>
        <w:t>Bilgilerinize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arz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7D12">
        <w:rPr>
          <w:rFonts w:ascii="Times New Roman" w:hAnsi="Times New Roman" w:cs="Times New Roman"/>
          <w:sz w:val="20"/>
          <w:szCs w:val="20"/>
        </w:rPr>
        <w:t>ederim</w:t>
      </w:r>
      <w:proofErr w:type="spellEnd"/>
      <w:r w:rsidRPr="000F7D12">
        <w:rPr>
          <w:rFonts w:ascii="Times New Roman" w:hAnsi="Times New Roman" w:cs="Times New Roman"/>
          <w:sz w:val="20"/>
          <w:szCs w:val="20"/>
        </w:rPr>
        <w:t>.</w:t>
      </w:r>
    </w:p>
    <w:p w14:paraId="179F4EBF" w14:textId="77777777" w:rsidR="00F50BA1" w:rsidRPr="000F7D12" w:rsidRDefault="00F50BA1" w:rsidP="00F50BA1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0EE987" w14:textId="36896C4B" w:rsidR="00F50BA1" w:rsidRPr="000F7D12" w:rsidRDefault="00F50BA1" w:rsidP="00F50BA1">
      <w:pPr>
        <w:spacing w:after="10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C27DE" w:rsidRPr="000F7D12" w14:paraId="1F127AD1" w14:textId="77777777">
        <w:trPr>
          <w:cantSplit/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3A801D0" w14:textId="082C99D5" w:rsidR="00BC27DE" w:rsidRPr="000F7D12" w:rsidRDefault="00A80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12">
              <w:rPr>
                <w:rFonts w:ascii="Times New Roman" w:hAnsi="Times New Roman" w:cs="Times New Roman"/>
                <w:b/>
                <w:sz w:val="24"/>
                <w:szCs w:val="24"/>
              </w:rPr>
              <w:t>Esra AKTAŞ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5A87A5" w14:textId="568BF4C2" w:rsidR="00BC27DE" w:rsidRPr="000F7D12" w:rsidRDefault="00BC27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DE" w:rsidRPr="000F7D12" w14:paraId="0D58342F" w14:textId="77777777">
        <w:trPr>
          <w:cantSplit/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AD91B98" w14:textId="35C7AE55" w:rsidR="00BC27DE" w:rsidRPr="000F7D12" w:rsidRDefault="000F7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12">
              <w:rPr>
                <w:rFonts w:ascii="Times New Roman" w:hAnsi="Times New Roman" w:cs="Times New Roman"/>
                <w:sz w:val="24"/>
                <w:szCs w:val="24"/>
              </w:rPr>
              <w:t xml:space="preserve">Erasmus </w:t>
            </w:r>
            <w:proofErr w:type="spellStart"/>
            <w:r w:rsidRPr="000F7D12">
              <w:rPr>
                <w:rFonts w:ascii="Times New Roman" w:hAnsi="Times New Roman" w:cs="Times New Roman"/>
                <w:sz w:val="24"/>
                <w:szCs w:val="24"/>
              </w:rPr>
              <w:t>Kurum</w:t>
            </w:r>
            <w:proofErr w:type="spellEnd"/>
            <w:r w:rsidRPr="000F7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D12">
              <w:rPr>
                <w:rFonts w:ascii="Times New Roman" w:hAnsi="Times New Roman" w:cs="Times New Roman"/>
                <w:sz w:val="24"/>
                <w:szCs w:val="24"/>
              </w:rPr>
              <w:t>Koordinatörü</w:t>
            </w:r>
            <w:proofErr w:type="spellEnd"/>
          </w:p>
          <w:p w14:paraId="22FE6E68" w14:textId="2921CA25" w:rsidR="00F50BA1" w:rsidRPr="000F7D12" w:rsidRDefault="00F5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5DE5464" w14:textId="77777777" w:rsidR="00BC27DE" w:rsidRPr="000F7D12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D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F7D1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0BD696DD" w14:textId="77777777" w:rsidR="00833C89" w:rsidRPr="00F50BA1" w:rsidRDefault="00833C89">
      <w:pPr>
        <w:rPr>
          <w:rFonts w:ascii="Times New Roman" w:hAnsi="Times New Roman" w:cs="Times New Roman"/>
        </w:rPr>
      </w:pPr>
    </w:p>
    <w:sectPr w:rsidR="00833C89" w:rsidRPr="00F50BA1" w:rsidSect="00633344">
      <w:headerReference w:type="default" r:id="rId8"/>
      <w:footerReference w:type="default" r:id="rId9"/>
      <w:pgSz w:w="11906" w:h="16838"/>
      <w:pgMar w:top="425" w:right="765" w:bottom="454" w:left="765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2E202" w14:textId="77777777" w:rsidR="00460C1E" w:rsidRDefault="00460C1E">
      <w:pPr>
        <w:spacing w:after="0" w:line="240" w:lineRule="auto"/>
      </w:pPr>
      <w:r>
        <w:separator/>
      </w:r>
    </w:p>
  </w:endnote>
  <w:endnote w:type="continuationSeparator" w:id="0">
    <w:p w14:paraId="13DE7538" w14:textId="77777777" w:rsidR="00460C1E" w:rsidRDefault="00460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4448" w14:textId="77777777" w:rsidR="00BC27DE" w:rsidRDefault="00000000">
    <w:pPr>
      <w:pStyle w:val="AltBilgi"/>
      <w:jc w:val="center"/>
    </w:pPr>
    <w:r>
      <w:rPr>
        <w:color w:val="5E6870"/>
        <w:sz w:val="13"/>
      </w:rPr>
      <w:t xml:space="preserve">Şehit Gönenç Caddesi, Maltepe </w:t>
    </w:r>
    <w:proofErr w:type="spellStart"/>
    <w:r>
      <w:rPr>
        <w:color w:val="5E6870"/>
        <w:sz w:val="13"/>
      </w:rPr>
      <w:t>Mahallesi</w:t>
    </w:r>
    <w:proofErr w:type="spellEnd"/>
    <w:r>
      <w:rPr>
        <w:color w:val="5E6870"/>
        <w:sz w:val="13"/>
      </w:rPr>
      <w:t xml:space="preserve"> No: 5, Çankaya/Ankara  |  +90 444 22 28  |  erasmus@ankarabilim.edu.tr  |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D7D9" w14:textId="77777777" w:rsidR="00460C1E" w:rsidRDefault="00460C1E">
      <w:pPr>
        <w:spacing w:after="0" w:line="240" w:lineRule="auto"/>
      </w:pPr>
      <w:r>
        <w:separator/>
      </w:r>
    </w:p>
  </w:footnote>
  <w:footnote w:type="continuationSeparator" w:id="0">
    <w:p w14:paraId="4AF99DB6" w14:textId="77777777" w:rsidR="00460C1E" w:rsidRDefault="00460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BCF1" w14:textId="5DEC9670" w:rsidR="00F50BA1" w:rsidRDefault="00F50BA1">
    <w:pPr>
      <w:pStyle w:val="stBilgi"/>
    </w:pPr>
    <w:r>
      <w:t xml:space="preserve">                                                                                         </w:t>
    </w:r>
    <w:r>
      <w:rPr>
        <w:noProof/>
      </w:rPr>
      <w:drawing>
        <wp:inline distT="0" distB="0" distL="0" distR="0" wp14:anchorId="63BFB9AA" wp14:editId="00ECBAC8">
          <wp:extent cx="1460500" cy="238302"/>
          <wp:effectExtent l="0" t="0" r="6350" b="9525"/>
          <wp:docPr id="640341281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808" cy="245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6741210">
    <w:abstractNumId w:val="8"/>
  </w:num>
  <w:num w:numId="2" w16cid:durableId="1269433451">
    <w:abstractNumId w:val="6"/>
  </w:num>
  <w:num w:numId="3" w16cid:durableId="2065564490">
    <w:abstractNumId w:val="5"/>
  </w:num>
  <w:num w:numId="4" w16cid:durableId="1802109657">
    <w:abstractNumId w:val="4"/>
  </w:num>
  <w:num w:numId="5" w16cid:durableId="1490948006">
    <w:abstractNumId w:val="7"/>
  </w:num>
  <w:num w:numId="6" w16cid:durableId="1596282870">
    <w:abstractNumId w:val="3"/>
  </w:num>
  <w:num w:numId="7" w16cid:durableId="8794525">
    <w:abstractNumId w:val="2"/>
  </w:num>
  <w:num w:numId="8" w16cid:durableId="2040347789">
    <w:abstractNumId w:val="1"/>
  </w:num>
  <w:num w:numId="9" w16cid:durableId="92461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7D12"/>
    <w:rsid w:val="0015074B"/>
    <w:rsid w:val="00174C28"/>
    <w:rsid w:val="001F72D1"/>
    <w:rsid w:val="0029639D"/>
    <w:rsid w:val="00326F90"/>
    <w:rsid w:val="00460C1E"/>
    <w:rsid w:val="005B172F"/>
    <w:rsid w:val="00633344"/>
    <w:rsid w:val="0069286B"/>
    <w:rsid w:val="00695648"/>
    <w:rsid w:val="006B5BB5"/>
    <w:rsid w:val="00727C5C"/>
    <w:rsid w:val="00833C89"/>
    <w:rsid w:val="00A801FD"/>
    <w:rsid w:val="00AA1D8D"/>
    <w:rsid w:val="00B47730"/>
    <w:rsid w:val="00BC27DE"/>
    <w:rsid w:val="00CB0664"/>
    <w:rsid w:val="00D0296D"/>
    <w:rsid w:val="00F50B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87078"/>
  <w14:defaultImageDpi w14:val="300"/>
  <w15:docId w15:val="{CB38EDDC-775F-4FBD-BF04-F9700F2C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tterTitle">
    <w:name w:val="LetterTitle"/>
    <w:rPr>
      <w:rFonts w:ascii="Calibri" w:hAnsi="Calibri"/>
      <w:b/>
      <w:color w:val="173B5E"/>
      <w:sz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Erasmus+ Öğrenci Öğrenim Hareketliliği Aday Gösterme Mektubu</vt:lpstr>
      <vt:lpstr/>
    </vt:vector>
  </TitlesOfParts>
  <Manager/>
  <Company/>
  <LinksUpToDate>false</LinksUpToDate>
  <CharactersWithSpaces>1847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Öğrenci Öğrenim Hareketliliği Aday Gösterme Mektubu</dc:title>
  <dc:subject>Göç İdaresi ve ilgili resmî makamlar için aday gösterme mektubu</dc:subject>
  <dc:creator>Ankara Bilim Üniversitesi Erasmus+ Koordinatörlüğü</dc:creator>
  <cp:keywords>Erasmus+, Öğrenim Hareketliliği, Aday Gösterme Mektubu</cp:keywords>
  <dc:description>generated by python-docx</dc:description>
  <cp:lastModifiedBy>Esra Aktaş</cp:lastModifiedBy>
  <cp:revision>3</cp:revision>
  <cp:lastPrinted>2026-08-04T06:38:00Z</cp:lastPrinted>
  <dcterms:created xsi:type="dcterms:W3CDTF">2026-07-31T10:05:00Z</dcterms:created>
  <dcterms:modified xsi:type="dcterms:W3CDTF">2026-08-04T06:38:00Z</dcterms:modified>
  <cp:category/>
</cp:coreProperties>
</file>