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82F64" w14:textId="77777777" w:rsidR="00CF68E6" w:rsidRDefault="00CF68E6" w:rsidP="00CF68E6">
      <w:pPr>
        <w:spacing w:after="0"/>
        <w:rPr>
          <w:rFonts w:ascii="Times New Roman" w:hAnsi="Times New Roman" w:cs="Times New Roman"/>
          <w:b/>
          <w:color w:val="000000" w:themeColor="text1"/>
          <w:sz w:val="20"/>
          <w:szCs w:val="20"/>
        </w:rPr>
      </w:pPr>
    </w:p>
    <w:p w14:paraId="69E287A6" w14:textId="7FB99CFA" w:rsidR="00386D6F" w:rsidRPr="004D4DF6" w:rsidRDefault="00000000">
      <w:pPr>
        <w:spacing w:after="0"/>
        <w:jc w:val="center"/>
        <w:rPr>
          <w:rFonts w:ascii="Times New Roman" w:hAnsi="Times New Roman" w:cs="Times New Roman"/>
          <w:color w:val="000000" w:themeColor="text1"/>
          <w:sz w:val="20"/>
          <w:szCs w:val="20"/>
        </w:rPr>
      </w:pPr>
      <w:r w:rsidRPr="004D4DF6">
        <w:rPr>
          <w:rFonts w:ascii="Times New Roman" w:hAnsi="Times New Roman" w:cs="Times New Roman"/>
          <w:b/>
          <w:color w:val="000000" w:themeColor="text1"/>
          <w:sz w:val="20"/>
          <w:szCs w:val="20"/>
        </w:rPr>
        <w:t>ANKARA BİLİM ÜNİVERSİTESİ</w:t>
      </w:r>
    </w:p>
    <w:p w14:paraId="327AD7BA" w14:textId="77777777" w:rsidR="00386D6F" w:rsidRPr="004D4DF6" w:rsidRDefault="00000000">
      <w:pPr>
        <w:spacing w:after="0"/>
        <w:jc w:val="center"/>
        <w:rPr>
          <w:rFonts w:ascii="Times New Roman" w:hAnsi="Times New Roman" w:cs="Times New Roman"/>
          <w:color w:val="000000" w:themeColor="text1"/>
          <w:sz w:val="20"/>
          <w:szCs w:val="20"/>
        </w:rPr>
      </w:pPr>
      <w:r w:rsidRPr="004D4DF6">
        <w:rPr>
          <w:rFonts w:ascii="Times New Roman" w:hAnsi="Times New Roman" w:cs="Times New Roman"/>
          <w:b/>
          <w:color w:val="000000" w:themeColor="text1"/>
          <w:sz w:val="20"/>
          <w:szCs w:val="20"/>
        </w:rPr>
        <w:t>ERASMUS+ KOORDİNATÖRLÜĞÜ</w:t>
      </w:r>
    </w:p>
    <w:p w14:paraId="2804AF9C" w14:textId="77777777" w:rsidR="00386D6F" w:rsidRPr="004D4DF6" w:rsidRDefault="00000000">
      <w:pPr>
        <w:pStyle w:val="FormTitle"/>
        <w:spacing w:before="100" w:after="0"/>
        <w:jc w:val="center"/>
        <w:rPr>
          <w:rFonts w:ascii="Times New Roman" w:hAnsi="Times New Roman" w:cs="Times New Roman"/>
          <w:color w:val="000000" w:themeColor="text1"/>
          <w:sz w:val="24"/>
          <w:szCs w:val="24"/>
        </w:rPr>
      </w:pPr>
      <w:r w:rsidRPr="004D4DF6">
        <w:rPr>
          <w:rFonts w:ascii="Times New Roman" w:hAnsi="Times New Roman" w:cs="Times New Roman"/>
          <w:color w:val="000000" w:themeColor="text1"/>
          <w:sz w:val="24"/>
          <w:szCs w:val="24"/>
        </w:rPr>
        <w:t>ERASMUS+ ÖĞRENCİ HAREKETLİLİĞİ</w:t>
      </w:r>
    </w:p>
    <w:p w14:paraId="56D1C86A" w14:textId="77777777" w:rsidR="00386D6F" w:rsidRDefault="00000000">
      <w:pPr>
        <w:pStyle w:val="FormTitle"/>
        <w:spacing w:after="60"/>
        <w:jc w:val="center"/>
        <w:rPr>
          <w:rFonts w:ascii="Times New Roman" w:hAnsi="Times New Roman" w:cs="Times New Roman"/>
          <w:color w:val="000000" w:themeColor="text1"/>
          <w:sz w:val="24"/>
          <w:szCs w:val="24"/>
        </w:rPr>
      </w:pPr>
      <w:r w:rsidRPr="004D4DF6">
        <w:rPr>
          <w:rFonts w:ascii="Times New Roman" w:hAnsi="Times New Roman" w:cs="Times New Roman"/>
          <w:color w:val="000000" w:themeColor="text1"/>
          <w:sz w:val="24"/>
          <w:szCs w:val="24"/>
        </w:rPr>
        <w:t>HİBESİZ KATILIM BEYAN VE KABUL FORMU</w:t>
      </w:r>
    </w:p>
    <w:p w14:paraId="1D22778C" w14:textId="77777777" w:rsidR="004D4DF6" w:rsidRPr="004D4DF6" w:rsidRDefault="004D4DF6">
      <w:pPr>
        <w:pStyle w:val="FormTitle"/>
        <w:spacing w:after="60"/>
        <w:jc w:val="center"/>
        <w:rPr>
          <w:rFonts w:ascii="Times New Roman" w:hAnsi="Times New Roman" w:cs="Times New Roman"/>
          <w:color w:val="000000" w:themeColor="text1"/>
          <w:sz w:val="24"/>
          <w:szCs w:val="24"/>
        </w:rPr>
      </w:pPr>
    </w:p>
    <w:p w14:paraId="4902750E" w14:textId="77777777" w:rsidR="00386D6F" w:rsidRPr="004D4DF6" w:rsidRDefault="00000000">
      <w:pPr>
        <w:spacing w:after="60"/>
        <w:jc w:val="right"/>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Başvuru Tarihi: …… / …… / 20……</w:t>
      </w:r>
    </w:p>
    <w:tbl>
      <w:tblPr>
        <w:tblW w:w="0" w:type="auto"/>
        <w:jc w:val="center"/>
        <w:tblLook w:val="04A0" w:firstRow="1" w:lastRow="0" w:firstColumn="1" w:lastColumn="0" w:noHBand="0" w:noVBand="1"/>
      </w:tblPr>
      <w:tblGrid>
        <w:gridCol w:w="2314"/>
        <w:gridCol w:w="3376"/>
        <w:gridCol w:w="2284"/>
        <w:gridCol w:w="2494"/>
        <w:gridCol w:w="100"/>
      </w:tblGrid>
      <w:tr w:rsidR="00386D6F" w:rsidRPr="004D4DF6" w14:paraId="17884960" w14:textId="77777777" w:rsidTr="004D4DF6">
        <w:trPr>
          <w:gridAfter w:val="1"/>
          <w:wAfter w:w="112" w:type="dxa"/>
          <w:jc w:val="center"/>
        </w:trPr>
        <w:tc>
          <w:tcPr>
            <w:tcW w:w="10432" w:type="dxa"/>
            <w:gridSpan w:val="4"/>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7E517F29" w14:textId="77777777" w:rsidR="00386D6F" w:rsidRPr="004D4DF6" w:rsidRDefault="00000000">
            <w:pPr>
              <w:spacing w:after="0" w:line="240" w:lineRule="auto"/>
              <w:rPr>
                <w:rFonts w:ascii="Times New Roman" w:hAnsi="Times New Roman" w:cs="Times New Roman"/>
                <w:color w:val="000000" w:themeColor="text1"/>
                <w:sz w:val="20"/>
                <w:szCs w:val="20"/>
              </w:rPr>
            </w:pPr>
            <w:r w:rsidRPr="004D4DF6">
              <w:rPr>
                <w:rFonts w:ascii="Times New Roman" w:hAnsi="Times New Roman" w:cs="Times New Roman"/>
                <w:b/>
                <w:color w:val="000000" w:themeColor="text1"/>
                <w:sz w:val="20"/>
                <w:szCs w:val="20"/>
              </w:rPr>
              <w:t>ÖĞRENCİ BİLGİLERİ</w:t>
            </w:r>
          </w:p>
        </w:tc>
      </w:tr>
      <w:tr w:rsidR="00386D6F" w:rsidRPr="004D4DF6" w14:paraId="6441818F" w14:textId="77777777">
        <w:trPr>
          <w:jc w:val="center"/>
        </w:trPr>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6273968E"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Adı Soyadı</w:t>
            </w:r>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0763A5A6"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14D67F8A"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Öğrenci Numarası</w:t>
            </w:r>
          </w:p>
        </w:tc>
        <w:tc>
          <w:tcPr>
            <w:tcW w:w="2608" w:type="dxa"/>
            <w:gridSpan w:val="2"/>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03E78763"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r>
      <w:tr w:rsidR="00386D6F" w:rsidRPr="004D4DF6" w14:paraId="28398146" w14:textId="77777777">
        <w:trPr>
          <w:jc w:val="center"/>
        </w:trPr>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40142550"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Fakülte / Yüksekokul / Enstitü</w:t>
            </w:r>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5FE84A26"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6D7176B5"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Bölüm / Program</w:t>
            </w:r>
          </w:p>
        </w:tc>
        <w:tc>
          <w:tcPr>
            <w:tcW w:w="2608" w:type="dxa"/>
            <w:gridSpan w:val="2"/>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34E3F4F7"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r>
      <w:tr w:rsidR="00386D6F" w:rsidRPr="004D4DF6" w14:paraId="22AB92A5" w14:textId="77777777">
        <w:trPr>
          <w:jc w:val="center"/>
        </w:trPr>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4121103A"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Öğrenim Kademesi</w:t>
            </w:r>
          </w:p>
        </w:tc>
        <w:tc>
          <w:tcPr>
            <w:tcW w:w="7824" w:type="dxa"/>
            <w:gridSpan w:val="4"/>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2C786AF2"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Ön Lisans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Lisans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Yüksek Lisans</w:t>
            </w:r>
          </w:p>
        </w:tc>
      </w:tr>
      <w:tr w:rsidR="00386D6F" w:rsidRPr="004D4DF6" w14:paraId="17D6DA0E" w14:textId="77777777">
        <w:trPr>
          <w:jc w:val="center"/>
        </w:trPr>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2B25776B"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E-posta</w:t>
            </w:r>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5763158B"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0F3E4EE4"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Telefon</w:t>
            </w:r>
          </w:p>
        </w:tc>
        <w:tc>
          <w:tcPr>
            <w:tcW w:w="2608" w:type="dxa"/>
            <w:gridSpan w:val="2"/>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646528B0"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r>
    </w:tbl>
    <w:p w14:paraId="28781711" w14:textId="77777777" w:rsidR="00386D6F" w:rsidRPr="004D4DF6" w:rsidRDefault="00386D6F">
      <w:pPr>
        <w:spacing w:before="20" w:after="0"/>
        <w:rPr>
          <w:rFonts w:ascii="Times New Roman" w:hAnsi="Times New Roman" w:cs="Times New Roman"/>
          <w:color w:val="000000" w:themeColor="text1"/>
        </w:rPr>
      </w:pPr>
    </w:p>
    <w:tbl>
      <w:tblPr>
        <w:tblW w:w="0" w:type="auto"/>
        <w:jc w:val="center"/>
        <w:tblLook w:val="04A0" w:firstRow="1" w:lastRow="0" w:firstColumn="1" w:lastColumn="0" w:noHBand="0" w:noVBand="1"/>
      </w:tblPr>
      <w:tblGrid>
        <w:gridCol w:w="3952"/>
        <w:gridCol w:w="6484"/>
        <w:gridCol w:w="132"/>
      </w:tblGrid>
      <w:tr w:rsidR="00386D6F" w:rsidRPr="004D4DF6" w14:paraId="4C5CFE2F" w14:textId="77777777" w:rsidTr="004D4DF6">
        <w:trPr>
          <w:gridAfter w:val="1"/>
          <w:wAfter w:w="113" w:type="dxa"/>
          <w:jc w:val="center"/>
        </w:trPr>
        <w:tc>
          <w:tcPr>
            <w:tcW w:w="10432" w:type="dxa"/>
            <w:gridSpan w:val="2"/>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2219A1B2" w14:textId="77777777" w:rsidR="00386D6F" w:rsidRPr="004D4DF6" w:rsidRDefault="00000000">
            <w:pPr>
              <w:spacing w:after="0" w:line="240" w:lineRule="auto"/>
              <w:rPr>
                <w:rFonts w:ascii="Times New Roman" w:hAnsi="Times New Roman" w:cs="Times New Roman"/>
                <w:color w:val="000000" w:themeColor="text1"/>
                <w:sz w:val="20"/>
                <w:szCs w:val="20"/>
              </w:rPr>
            </w:pPr>
            <w:r w:rsidRPr="004D4DF6">
              <w:rPr>
                <w:rFonts w:ascii="Times New Roman" w:hAnsi="Times New Roman" w:cs="Times New Roman"/>
                <w:b/>
                <w:color w:val="000000" w:themeColor="text1"/>
                <w:sz w:val="20"/>
                <w:szCs w:val="20"/>
              </w:rPr>
              <w:t>HAREKETLİLİK BİLGİLERİ</w:t>
            </w:r>
          </w:p>
        </w:tc>
      </w:tr>
      <w:tr w:rsidR="00386D6F" w:rsidRPr="004D4DF6" w14:paraId="03E3D6BA" w14:textId="77777777">
        <w:trPr>
          <w:jc w:val="center"/>
        </w:trPr>
        <w:tc>
          <w:tcPr>
            <w:tcW w:w="5216"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269026B8"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Akademik Yıl</w:t>
            </w:r>
          </w:p>
        </w:tc>
        <w:tc>
          <w:tcPr>
            <w:tcW w:w="5216" w:type="dxa"/>
            <w:gridSpan w:val="2"/>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032A2BED"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20…… / 20……</w:t>
            </w:r>
          </w:p>
        </w:tc>
      </w:tr>
      <w:tr w:rsidR="00386D6F" w:rsidRPr="004D4DF6" w14:paraId="3277012A" w14:textId="77777777">
        <w:trPr>
          <w:jc w:val="center"/>
        </w:trPr>
        <w:tc>
          <w:tcPr>
            <w:tcW w:w="5216"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56B156D1"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Hareketlilik Türü</w:t>
            </w:r>
          </w:p>
        </w:tc>
        <w:tc>
          <w:tcPr>
            <w:tcW w:w="5216" w:type="dxa"/>
            <w:gridSpan w:val="2"/>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6C5C7810"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Öğrenci Öğrenim Hareketliliği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Öğrenci Staj Hareketliliği</w:t>
            </w:r>
          </w:p>
        </w:tc>
      </w:tr>
      <w:tr w:rsidR="00386D6F" w:rsidRPr="004D4DF6" w14:paraId="4F0AE416" w14:textId="77777777">
        <w:trPr>
          <w:jc w:val="center"/>
        </w:trPr>
        <w:tc>
          <w:tcPr>
            <w:tcW w:w="5216"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1A746BC5"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Hareketlilik Dönemi</w:t>
            </w:r>
          </w:p>
        </w:tc>
        <w:tc>
          <w:tcPr>
            <w:tcW w:w="5216" w:type="dxa"/>
            <w:gridSpan w:val="2"/>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7F57314A"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Güz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Bahar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Yaz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Tüm Akademik Yıl</w:t>
            </w:r>
          </w:p>
        </w:tc>
      </w:tr>
      <w:tr w:rsidR="00386D6F" w:rsidRPr="004D4DF6" w14:paraId="57FD4A12" w14:textId="77777777">
        <w:trPr>
          <w:jc w:val="center"/>
        </w:trPr>
        <w:tc>
          <w:tcPr>
            <w:tcW w:w="5216"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6FDCF1BD"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Ev Sahibi Kurum / Kuruluş</w:t>
            </w:r>
          </w:p>
        </w:tc>
        <w:tc>
          <w:tcPr>
            <w:tcW w:w="5216" w:type="dxa"/>
            <w:gridSpan w:val="2"/>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0A32C006"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r>
      <w:tr w:rsidR="00386D6F" w:rsidRPr="004D4DF6" w14:paraId="13A211B6" w14:textId="77777777">
        <w:trPr>
          <w:jc w:val="center"/>
        </w:trPr>
        <w:tc>
          <w:tcPr>
            <w:tcW w:w="5216"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2B0F6E9B"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Ülke</w:t>
            </w:r>
          </w:p>
        </w:tc>
        <w:tc>
          <w:tcPr>
            <w:tcW w:w="5216" w:type="dxa"/>
            <w:gridSpan w:val="2"/>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0A12F087"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r>
      <w:tr w:rsidR="00386D6F" w:rsidRPr="004D4DF6" w14:paraId="0FD52987" w14:textId="77777777">
        <w:trPr>
          <w:jc w:val="center"/>
        </w:trPr>
        <w:tc>
          <w:tcPr>
            <w:tcW w:w="5216"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4B8E1C1A"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Planlanan Hareketlilik Tarihleri</w:t>
            </w:r>
          </w:p>
        </w:tc>
        <w:tc>
          <w:tcPr>
            <w:tcW w:w="5216" w:type="dxa"/>
            <w:gridSpan w:val="2"/>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25D8F900"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 / …… / 20……  –  …… / …… / 20……</w:t>
            </w:r>
          </w:p>
        </w:tc>
      </w:tr>
    </w:tbl>
    <w:p w14:paraId="6B09DB51" w14:textId="77777777" w:rsidR="004D4DF6" w:rsidRDefault="004D4DF6">
      <w:pPr>
        <w:spacing w:before="80" w:after="20"/>
        <w:jc w:val="center"/>
        <w:rPr>
          <w:rFonts w:ascii="Times New Roman" w:hAnsi="Times New Roman" w:cs="Times New Roman"/>
          <w:b/>
          <w:color w:val="000000" w:themeColor="text1"/>
        </w:rPr>
      </w:pPr>
    </w:p>
    <w:p w14:paraId="6158451A" w14:textId="77777777" w:rsidR="004D4DF6" w:rsidRPr="004D4DF6" w:rsidRDefault="004D4DF6">
      <w:pPr>
        <w:spacing w:before="80" w:after="20"/>
        <w:jc w:val="center"/>
        <w:rPr>
          <w:rFonts w:ascii="Times New Roman" w:hAnsi="Times New Roman" w:cs="Times New Roman"/>
          <w:b/>
          <w:color w:val="000000" w:themeColor="text1"/>
          <w:sz w:val="20"/>
          <w:szCs w:val="20"/>
        </w:rPr>
      </w:pPr>
    </w:p>
    <w:p w14:paraId="7FA6E02E" w14:textId="742F9AF3" w:rsidR="00386D6F" w:rsidRPr="004D4DF6" w:rsidRDefault="00000000">
      <w:pPr>
        <w:spacing w:before="80" w:after="20"/>
        <w:jc w:val="center"/>
        <w:rPr>
          <w:rFonts w:ascii="Times New Roman" w:hAnsi="Times New Roman" w:cs="Times New Roman"/>
          <w:b/>
          <w:color w:val="000000" w:themeColor="text1"/>
          <w:sz w:val="20"/>
          <w:szCs w:val="20"/>
        </w:rPr>
      </w:pPr>
      <w:r w:rsidRPr="004D4DF6">
        <w:rPr>
          <w:rFonts w:ascii="Times New Roman" w:hAnsi="Times New Roman" w:cs="Times New Roman"/>
          <w:b/>
          <w:color w:val="000000" w:themeColor="text1"/>
          <w:sz w:val="20"/>
          <w:szCs w:val="20"/>
        </w:rPr>
        <w:t>ANKARA BİLİM ÜNİVERSİTESİ</w:t>
      </w:r>
      <w:r w:rsidRPr="004D4DF6">
        <w:rPr>
          <w:rFonts w:ascii="Times New Roman" w:hAnsi="Times New Roman" w:cs="Times New Roman"/>
          <w:b/>
          <w:color w:val="000000" w:themeColor="text1"/>
          <w:sz w:val="20"/>
          <w:szCs w:val="20"/>
        </w:rPr>
        <w:br/>
        <w:t>ERASMUS+ KOORDİNATÖRLÜĞÜNE</w:t>
      </w:r>
    </w:p>
    <w:p w14:paraId="0172CA70" w14:textId="77777777" w:rsidR="004D4DF6" w:rsidRPr="004D4DF6" w:rsidRDefault="004D4DF6">
      <w:pPr>
        <w:spacing w:before="80" w:after="20"/>
        <w:jc w:val="center"/>
        <w:rPr>
          <w:rFonts w:ascii="Times New Roman" w:hAnsi="Times New Roman" w:cs="Times New Roman"/>
          <w:color w:val="000000" w:themeColor="text1"/>
        </w:rPr>
      </w:pPr>
    </w:p>
    <w:p w14:paraId="3FF33122" w14:textId="77777777" w:rsidR="00386D6F" w:rsidRPr="004D4DF6" w:rsidRDefault="00000000">
      <w:pPr>
        <w:spacing w:after="40" w:line="240" w:lineRule="auto"/>
        <w:jc w:val="both"/>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Yukarıda bilgileri belirtilen Erasmus+ Öğrenci Hareketliliğine, Ankara Bilim Üniversitesi tarafından hibe tahsis edilmeksizin hibesiz statüde katılmayı kabul ediyorum. Hibesiz katılımcıların hibeli katılımcılarla aynı seçim, belge, sigorta, Öğrenim Anlaşması (Learning Agreement), tanınma, raporlama ve diğer program yükümlülüklerine tabi olduğunu; hareketlilik süresince gerekli tüm işlemleri ve belgeleri belirlenen süreler içinde tamamlamakla sorumlu bulunduğumu kabul ve beyan ederim.</w:t>
      </w:r>
    </w:p>
    <w:p w14:paraId="6FB0B8E5" w14:textId="77777777" w:rsidR="00386D6F" w:rsidRPr="004D4DF6" w:rsidRDefault="00000000">
      <w:pPr>
        <w:spacing w:after="40" w:line="240" w:lineRule="auto"/>
        <w:jc w:val="both"/>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 xml:space="preserve">Hibesiz katılımın daha sonra hibe tahsis edileceği anlamına gelmediğini; ilave bütçe oluşması hâlinde hibe tahsisinin başarı sırası, bütçe imkânı ve yetkili Seçim Komisyonu kararı doğrultusunda ayrıca değerlendirileceğini biliyorum. Hibe tahsis edilmemesi hâlinde ulaşım, konaklama, sigorta, </w:t>
      </w:r>
      <w:proofErr w:type="spellStart"/>
      <w:r w:rsidRPr="004D4DF6">
        <w:rPr>
          <w:rFonts w:ascii="Times New Roman" w:hAnsi="Times New Roman" w:cs="Times New Roman"/>
          <w:color w:val="000000" w:themeColor="text1"/>
          <w:szCs w:val="18"/>
        </w:rPr>
        <w:t>vize</w:t>
      </w:r>
      <w:proofErr w:type="spellEnd"/>
      <w:r w:rsidRPr="004D4DF6">
        <w:rPr>
          <w:rFonts w:ascii="Times New Roman" w:hAnsi="Times New Roman" w:cs="Times New Roman"/>
          <w:color w:val="000000" w:themeColor="text1"/>
          <w:szCs w:val="18"/>
        </w:rPr>
        <w:t>/</w:t>
      </w:r>
      <w:proofErr w:type="spellStart"/>
      <w:r w:rsidRPr="004D4DF6">
        <w:rPr>
          <w:rFonts w:ascii="Times New Roman" w:hAnsi="Times New Roman" w:cs="Times New Roman"/>
          <w:color w:val="000000" w:themeColor="text1"/>
          <w:szCs w:val="18"/>
        </w:rPr>
        <w:t>ikamet</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izni</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ve</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diğer</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kişisel</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giderlerin</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tarafımdan</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karşılanacağını</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kabul</w:t>
      </w:r>
      <w:proofErr w:type="spellEnd"/>
      <w:r w:rsidRPr="004D4DF6">
        <w:rPr>
          <w:rFonts w:ascii="Times New Roman" w:hAnsi="Times New Roman" w:cs="Times New Roman"/>
          <w:color w:val="000000" w:themeColor="text1"/>
          <w:szCs w:val="18"/>
        </w:rPr>
        <w:t xml:space="preserve"> </w:t>
      </w:r>
      <w:proofErr w:type="spellStart"/>
      <w:r w:rsidRPr="004D4DF6">
        <w:rPr>
          <w:rFonts w:ascii="Times New Roman" w:hAnsi="Times New Roman" w:cs="Times New Roman"/>
          <w:color w:val="000000" w:themeColor="text1"/>
          <w:szCs w:val="18"/>
        </w:rPr>
        <w:t>ediyorum</w:t>
      </w:r>
      <w:proofErr w:type="spellEnd"/>
      <w:r w:rsidRPr="004D4DF6">
        <w:rPr>
          <w:rFonts w:ascii="Times New Roman" w:hAnsi="Times New Roman" w:cs="Times New Roman"/>
          <w:color w:val="000000" w:themeColor="text1"/>
          <w:szCs w:val="18"/>
        </w:rPr>
        <w:t>.</w:t>
      </w:r>
    </w:p>
    <w:p w14:paraId="6AD32131" w14:textId="77777777" w:rsidR="004D4DF6" w:rsidRPr="004D4DF6" w:rsidRDefault="004D4DF6">
      <w:pPr>
        <w:spacing w:after="40" w:line="240" w:lineRule="auto"/>
        <w:jc w:val="both"/>
        <w:rPr>
          <w:rFonts w:ascii="Times New Roman" w:hAnsi="Times New Roman" w:cs="Times New Roman"/>
          <w:color w:val="000000" w:themeColor="text1"/>
        </w:rPr>
      </w:pPr>
    </w:p>
    <w:tbl>
      <w:tblPr>
        <w:tblW w:w="0" w:type="auto"/>
        <w:jc w:val="center"/>
        <w:tblLook w:val="04A0" w:firstRow="1" w:lastRow="0" w:firstColumn="1" w:lastColumn="0" w:noHBand="0" w:noVBand="1"/>
      </w:tblPr>
      <w:tblGrid>
        <w:gridCol w:w="10432"/>
      </w:tblGrid>
      <w:tr w:rsidR="00386D6F" w:rsidRPr="004D4DF6" w14:paraId="703618AE" w14:textId="77777777">
        <w:trPr>
          <w:jc w:val="center"/>
        </w:trPr>
        <w:tc>
          <w:tcPr>
            <w:tcW w:w="10432"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tcPr>
          <w:p w14:paraId="69B21755" w14:textId="77777777" w:rsidR="00386D6F" w:rsidRPr="004D4DF6" w:rsidRDefault="00000000">
            <w:pPr>
              <w:spacing w:after="0"/>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 xml:space="preserve">ÖNEMLİ BİLGİLENDİRME: </w:t>
            </w:r>
            <w:r w:rsidRPr="004D4DF6">
              <w:rPr>
                <w:rFonts w:ascii="Times New Roman" w:hAnsi="Times New Roman" w:cs="Times New Roman"/>
                <w:color w:val="000000" w:themeColor="text1"/>
                <w:szCs w:val="18"/>
              </w:rPr>
              <w:t>Hibesiz katılımcılar, hibeli katılımcılarla aynı seçim ve hareketlilik süreçlerine tabidir. Hibe alınmaması Erasmus+ statüsünü veya program yükümlülüklerini ortadan kaldırmaz. Aynı öğrenim kademesindeki öğrenim ve staj hareketliliklerinin toplam süresi, önceki Erasmus+ hareketlilikleri ve hibesiz dönemler dâhil, 12 ayı aşamaz.</w:t>
            </w:r>
          </w:p>
        </w:tc>
      </w:tr>
    </w:tbl>
    <w:p w14:paraId="51544F3C" w14:textId="77777777" w:rsidR="004D4DF6" w:rsidRPr="004D4DF6" w:rsidRDefault="004D4DF6">
      <w:pPr>
        <w:spacing w:before="60" w:after="20"/>
        <w:rPr>
          <w:rFonts w:ascii="Times New Roman" w:hAnsi="Times New Roman" w:cs="Times New Roman"/>
          <w:b/>
          <w:color w:val="000000" w:themeColor="text1"/>
          <w:sz w:val="20"/>
          <w:szCs w:val="20"/>
        </w:rPr>
      </w:pPr>
    </w:p>
    <w:p w14:paraId="665DAE44" w14:textId="40AD3EF0" w:rsidR="00386D6F" w:rsidRPr="004D4DF6" w:rsidRDefault="00000000">
      <w:pPr>
        <w:spacing w:before="60" w:after="20"/>
        <w:rPr>
          <w:rFonts w:ascii="Times New Roman" w:hAnsi="Times New Roman" w:cs="Times New Roman"/>
          <w:color w:val="000000" w:themeColor="text1"/>
          <w:sz w:val="20"/>
          <w:szCs w:val="20"/>
        </w:rPr>
      </w:pPr>
      <w:r w:rsidRPr="004D4DF6">
        <w:rPr>
          <w:rFonts w:ascii="Times New Roman" w:hAnsi="Times New Roman" w:cs="Times New Roman"/>
          <w:b/>
          <w:color w:val="000000" w:themeColor="text1"/>
          <w:sz w:val="20"/>
          <w:szCs w:val="20"/>
        </w:rPr>
        <w:t>ÖĞRENCİNİN BEYANI VE İMZASI</w:t>
      </w:r>
    </w:p>
    <w:tbl>
      <w:tblPr>
        <w:tblW w:w="0" w:type="auto"/>
        <w:jc w:val="center"/>
        <w:tblLook w:val="04A0" w:firstRow="1" w:lastRow="0" w:firstColumn="1" w:lastColumn="0" w:noHBand="0" w:noVBand="1"/>
      </w:tblPr>
      <w:tblGrid>
        <w:gridCol w:w="2608"/>
        <w:gridCol w:w="2608"/>
        <w:gridCol w:w="2608"/>
        <w:gridCol w:w="2608"/>
      </w:tblGrid>
      <w:tr w:rsidR="00386D6F" w:rsidRPr="004D4DF6" w14:paraId="397D2245" w14:textId="77777777">
        <w:trPr>
          <w:jc w:val="center"/>
        </w:trPr>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32F345A3"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b/>
                <w:color w:val="000000" w:themeColor="text1"/>
                <w:sz w:val="16"/>
              </w:rPr>
              <w:t>Adı Soyadı</w:t>
            </w:r>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39C35D60"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16E1F994"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b/>
                <w:color w:val="000000" w:themeColor="text1"/>
                <w:sz w:val="16"/>
              </w:rPr>
              <w:t>Tarih</w:t>
            </w:r>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7630641A"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 / …… / 20……</w:t>
            </w:r>
          </w:p>
        </w:tc>
      </w:tr>
      <w:tr w:rsidR="00386D6F" w:rsidRPr="004D4DF6" w14:paraId="2B73883F" w14:textId="77777777">
        <w:trPr>
          <w:jc w:val="center"/>
        </w:trPr>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10988F68"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b/>
                <w:color w:val="000000" w:themeColor="text1"/>
                <w:sz w:val="16"/>
              </w:rPr>
              <w:t>İmza</w:t>
            </w:r>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47C23032" w14:textId="77777777" w:rsidR="00386D6F" w:rsidRPr="004D4DF6" w:rsidRDefault="00386D6F">
            <w:pPr>
              <w:spacing w:after="0" w:line="240" w:lineRule="auto"/>
              <w:rPr>
                <w:rFonts w:ascii="Times New Roman" w:hAnsi="Times New Roman" w:cs="Times New Roman"/>
                <w:color w:val="000000" w:themeColor="text1"/>
              </w:rPr>
            </w:pPr>
          </w:p>
        </w:tc>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7FBFB677"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b/>
                <w:color w:val="000000" w:themeColor="text1"/>
                <w:sz w:val="16"/>
              </w:rPr>
              <w:t>Telefon</w:t>
            </w:r>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78C7FE4B"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r>
      <w:tr w:rsidR="00386D6F" w:rsidRPr="004D4DF6" w14:paraId="6B441BB6" w14:textId="77777777">
        <w:trPr>
          <w:jc w:val="center"/>
        </w:trPr>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0A3E9C40"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b/>
                <w:color w:val="000000" w:themeColor="text1"/>
                <w:sz w:val="16"/>
              </w:rPr>
              <w:t>E-posta</w:t>
            </w:r>
          </w:p>
        </w:tc>
        <w:tc>
          <w:tcPr>
            <w:tcW w:w="7824" w:type="dxa"/>
            <w:gridSpan w:val="3"/>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1EFD020B"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r>
      <w:tr w:rsidR="00386D6F" w:rsidRPr="004D4DF6" w14:paraId="413D9B45" w14:textId="77777777">
        <w:trPr>
          <w:jc w:val="center"/>
        </w:trPr>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2EE80C68"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b/>
                <w:color w:val="000000" w:themeColor="text1"/>
                <w:sz w:val="16"/>
              </w:rPr>
              <w:t>Beyan</w:t>
            </w:r>
          </w:p>
        </w:tc>
        <w:tc>
          <w:tcPr>
            <w:tcW w:w="7824" w:type="dxa"/>
            <w:gridSpan w:val="3"/>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1730ABDA"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Yukarıdaki açıklamaları okudum, anladım ve kabul ediyorum.</w:t>
            </w:r>
          </w:p>
        </w:tc>
      </w:tr>
    </w:tbl>
    <w:p w14:paraId="39EB07BE" w14:textId="77777777" w:rsidR="004D4DF6" w:rsidRDefault="004D4DF6">
      <w:pPr>
        <w:spacing w:before="40" w:after="20"/>
        <w:rPr>
          <w:rFonts w:ascii="Times New Roman" w:hAnsi="Times New Roman" w:cs="Times New Roman"/>
          <w:b/>
          <w:color w:val="000000" w:themeColor="text1"/>
          <w:sz w:val="17"/>
        </w:rPr>
      </w:pPr>
    </w:p>
    <w:p w14:paraId="737A6E12" w14:textId="2A7086AB" w:rsidR="00386D6F" w:rsidRPr="004D4DF6" w:rsidRDefault="00000000">
      <w:pPr>
        <w:spacing w:before="40" w:after="20"/>
        <w:rPr>
          <w:rFonts w:ascii="Times New Roman" w:hAnsi="Times New Roman" w:cs="Times New Roman"/>
          <w:color w:val="000000" w:themeColor="text1"/>
          <w:sz w:val="20"/>
          <w:szCs w:val="20"/>
        </w:rPr>
      </w:pPr>
      <w:r w:rsidRPr="004D4DF6">
        <w:rPr>
          <w:rFonts w:ascii="Times New Roman" w:hAnsi="Times New Roman" w:cs="Times New Roman"/>
          <w:b/>
          <w:color w:val="000000" w:themeColor="text1"/>
          <w:sz w:val="20"/>
          <w:szCs w:val="20"/>
        </w:rPr>
        <w:t>ERASMUS+ KOORDİNATÖRLÜĞÜ KAYDI</w:t>
      </w:r>
    </w:p>
    <w:tbl>
      <w:tblPr>
        <w:tblW w:w="0" w:type="auto"/>
        <w:jc w:val="center"/>
        <w:tblLook w:val="04A0" w:firstRow="1" w:lastRow="0" w:firstColumn="1" w:lastColumn="0" w:noHBand="0" w:noVBand="1"/>
      </w:tblPr>
      <w:tblGrid>
        <w:gridCol w:w="2608"/>
        <w:gridCol w:w="2656"/>
        <w:gridCol w:w="2608"/>
        <w:gridCol w:w="2608"/>
      </w:tblGrid>
      <w:tr w:rsidR="00386D6F" w:rsidRPr="004D4DF6" w14:paraId="44508B0E" w14:textId="77777777">
        <w:trPr>
          <w:jc w:val="center"/>
        </w:trPr>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3ADD97BC"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Durum</w:t>
            </w:r>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6212D00D"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Hibesiz katılım uygun görülmüştür   </w:t>
            </w:r>
            <w:r w:rsidRPr="004D4DF6">
              <w:rPr>
                <w:rFonts w:ascii="Segoe UI Symbol" w:hAnsi="Segoe UI Symbol" w:cs="Segoe UI Symbol"/>
                <w:color w:val="000000" w:themeColor="text1"/>
                <w:szCs w:val="18"/>
              </w:rPr>
              <w:t>☐</w:t>
            </w:r>
            <w:r w:rsidRPr="004D4DF6">
              <w:rPr>
                <w:rFonts w:ascii="Times New Roman" w:hAnsi="Times New Roman" w:cs="Times New Roman"/>
                <w:color w:val="000000" w:themeColor="text1"/>
                <w:szCs w:val="18"/>
              </w:rPr>
              <w:t xml:space="preserve"> Uygun görülmemiştir</w:t>
            </w:r>
          </w:p>
        </w:tc>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06C46AE0"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Hareketlilik Türü</w:t>
            </w:r>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3844D949" w14:textId="77777777" w:rsidR="00386D6F" w:rsidRPr="004D4DF6" w:rsidRDefault="00000000">
            <w:pPr>
              <w:spacing w:after="0" w:line="240" w:lineRule="auto"/>
              <w:rPr>
                <w:rFonts w:ascii="Times New Roman" w:hAnsi="Times New Roman" w:cs="Times New Roman"/>
                <w:color w:val="000000" w:themeColor="text1"/>
              </w:rPr>
            </w:pPr>
            <w:r w:rsidRPr="004D4DF6">
              <w:rPr>
                <w:rFonts w:ascii="Segoe UI Symbol" w:hAnsi="Segoe UI Symbol" w:cs="Segoe UI Symbol"/>
                <w:color w:val="000000" w:themeColor="text1"/>
                <w:sz w:val="16"/>
              </w:rPr>
              <w:t>☐</w:t>
            </w:r>
            <w:r w:rsidRPr="004D4DF6">
              <w:rPr>
                <w:rFonts w:ascii="Times New Roman" w:hAnsi="Times New Roman" w:cs="Times New Roman"/>
                <w:color w:val="000000" w:themeColor="text1"/>
                <w:sz w:val="16"/>
              </w:rPr>
              <w:t xml:space="preserve"> Öğrenim   </w:t>
            </w:r>
            <w:r w:rsidRPr="004D4DF6">
              <w:rPr>
                <w:rFonts w:ascii="Segoe UI Symbol" w:hAnsi="Segoe UI Symbol" w:cs="Segoe UI Symbol"/>
                <w:color w:val="000000" w:themeColor="text1"/>
                <w:sz w:val="16"/>
              </w:rPr>
              <w:t>☐</w:t>
            </w:r>
            <w:r w:rsidRPr="004D4DF6">
              <w:rPr>
                <w:rFonts w:ascii="Times New Roman" w:hAnsi="Times New Roman" w:cs="Times New Roman"/>
                <w:color w:val="000000" w:themeColor="text1"/>
                <w:sz w:val="16"/>
              </w:rPr>
              <w:t xml:space="preserve"> Staj</w:t>
            </w:r>
          </w:p>
        </w:tc>
      </w:tr>
      <w:tr w:rsidR="00386D6F" w:rsidRPr="004D4DF6" w14:paraId="59511967" w14:textId="77777777" w:rsidTr="004D4DF6">
        <w:trPr>
          <w:trHeight w:val="512"/>
          <w:jc w:val="center"/>
        </w:trPr>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60F36124" w14:textId="77777777" w:rsidR="00386D6F" w:rsidRPr="004D4DF6" w:rsidRDefault="00000000">
            <w:pPr>
              <w:spacing w:after="0" w:line="240" w:lineRule="auto"/>
              <w:rPr>
                <w:rFonts w:ascii="Times New Roman" w:hAnsi="Times New Roman" w:cs="Times New Roman"/>
                <w:color w:val="000000" w:themeColor="text1"/>
                <w:szCs w:val="18"/>
              </w:rPr>
            </w:pPr>
            <w:proofErr w:type="spellStart"/>
            <w:r w:rsidRPr="004D4DF6">
              <w:rPr>
                <w:rFonts w:ascii="Times New Roman" w:hAnsi="Times New Roman" w:cs="Times New Roman"/>
                <w:b/>
                <w:color w:val="000000" w:themeColor="text1"/>
                <w:szCs w:val="18"/>
              </w:rPr>
              <w:t>Adı</w:t>
            </w:r>
            <w:proofErr w:type="spellEnd"/>
            <w:r w:rsidRPr="004D4DF6">
              <w:rPr>
                <w:rFonts w:ascii="Times New Roman" w:hAnsi="Times New Roman" w:cs="Times New Roman"/>
                <w:b/>
                <w:color w:val="000000" w:themeColor="text1"/>
                <w:szCs w:val="18"/>
              </w:rPr>
              <w:t xml:space="preserve"> </w:t>
            </w:r>
            <w:proofErr w:type="spellStart"/>
            <w:r w:rsidRPr="004D4DF6">
              <w:rPr>
                <w:rFonts w:ascii="Times New Roman" w:hAnsi="Times New Roman" w:cs="Times New Roman"/>
                <w:b/>
                <w:color w:val="000000" w:themeColor="text1"/>
                <w:szCs w:val="18"/>
              </w:rPr>
              <w:t>Soyadı</w:t>
            </w:r>
            <w:proofErr w:type="spellEnd"/>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73E27FBC"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color w:val="000000" w:themeColor="text1"/>
                <w:szCs w:val="18"/>
              </w:rPr>
              <w:t>……………………………………</w:t>
            </w:r>
          </w:p>
        </w:tc>
        <w:tc>
          <w:tcPr>
            <w:tcW w:w="2608" w:type="dxa"/>
            <w:tcBorders>
              <w:top w:val="single" w:sz="6" w:space="0" w:color="91A6B5"/>
              <w:left w:val="single" w:sz="6" w:space="0" w:color="91A6B5"/>
              <w:bottom w:val="single" w:sz="6" w:space="0" w:color="91A6B5"/>
              <w:right w:val="single" w:sz="6" w:space="0" w:color="91A6B5"/>
            </w:tcBorders>
            <w:shd w:val="clear" w:color="auto" w:fill="EAF1F6"/>
            <w:tcMar>
              <w:top w:w="48" w:type="dxa"/>
              <w:left w:w="68" w:type="dxa"/>
              <w:bottom w:w="48" w:type="dxa"/>
              <w:right w:w="68" w:type="dxa"/>
            </w:tcMar>
            <w:vAlign w:val="center"/>
          </w:tcPr>
          <w:p w14:paraId="534B5172" w14:textId="77777777" w:rsidR="00386D6F" w:rsidRPr="004D4DF6" w:rsidRDefault="00000000">
            <w:pPr>
              <w:spacing w:after="0" w:line="240" w:lineRule="auto"/>
              <w:rPr>
                <w:rFonts w:ascii="Times New Roman" w:hAnsi="Times New Roman" w:cs="Times New Roman"/>
                <w:color w:val="000000" w:themeColor="text1"/>
                <w:szCs w:val="18"/>
              </w:rPr>
            </w:pPr>
            <w:r w:rsidRPr="004D4DF6">
              <w:rPr>
                <w:rFonts w:ascii="Times New Roman" w:hAnsi="Times New Roman" w:cs="Times New Roman"/>
                <w:b/>
                <w:color w:val="000000" w:themeColor="text1"/>
                <w:szCs w:val="18"/>
              </w:rPr>
              <w:t>Tarih / İmza</w:t>
            </w:r>
          </w:p>
        </w:tc>
        <w:tc>
          <w:tcPr>
            <w:tcW w:w="2608" w:type="dxa"/>
            <w:tcBorders>
              <w:top w:val="single" w:sz="6" w:space="0" w:color="91A6B5"/>
              <w:left w:val="single" w:sz="6" w:space="0" w:color="91A6B5"/>
              <w:bottom w:val="single" w:sz="6" w:space="0" w:color="91A6B5"/>
              <w:right w:val="single" w:sz="6" w:space="0" w:color="91A6B5"/>
            </w:tcBorders>
            <w:tcMar>
              <w:top w:w="48" w:type="dxa"/>
              <w:left w:w="68" w:type="dxa"/>
              <w:bottom w:w="48" w:type="dxa"/>
              <w:right w:w="68" w:type="dxa"/>
            </w:tcMar>
            <w:vAlign w:val="center"/>
          </w:tcPr>
          <w:p w14:paraId="0B806FE3" w14:textId="77777777" w:rsidR="00386D6F" w:rsidRPr="004D4DF6" w:rsidRDefault="00000000">
            <w:pPr>
              <w:spacing w:after="0" w:line="240" w:lineRule="auto"/>
              <w:rPr>
                <w:rFonts w:ascii="Times New Roman" w:hAnsi="Times New Roman" w:cs="Times New Roman"/>
                <w:color w:val="000000" w:themeColor="text1"/>
              </w:rPr>
            </w:pPr>
            <w:r w:rsidRPr="004D4DF6">
              <w:rPr>
                <w:rFonts w:ascii="Times New Roman" w:hAnsi="Times New Roman" w:cs="Times New Roman"/>
                <w:color w:val="000000" w:themeColor="text1"/>
                <w:sz w:val="16"/>
              </w:rPr>
              <w:t>……………………………………</w:t>
            </w:r>
          </w:p>
        </w:tc>
      </w:tr>
    </w:tbl>
    <w:p w14:paraId="17485844" w14:textId="77777777" w:rsidR="00E808DC" w:rsidRPr="004D4DF6" w:rsidRDefault="00E808DC">
      <w:pPr>
        <w:rPr>
          <w:rFonts w:ascii="Times New Roman" w:hAnsi="Times New Roman" w:cs="Times New Roman"/>
          <w:color w:val="000000" w:themeColor="text1"/>
        </w:rPr>
      </w:pPr>
    </w:p>
    <w:sectPr w:rsidR="00E808DC" w:rsidRPr="004D4DF6" w:rsidSect="00CF68E6">
      <w:headerReference w:type="default" r:id="rId8"/>
      <w:footerReference w:type="default" r:id="rId9"/>
      <w:pgSz w:w="11906" w:h="16838"/>
      <w:pgMar w:top="425" w:right="737" w:bottom="442" w:left="737" w:header="227" w:footer="1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EE823" w14:textId="77777777" w:rsidR="00C36FCF" w:rsidRDefault="00C36FCF">
      <w:pPr>
        <w:spacing w:after="0" w:line="240" w:lineRule="auto"/>
      </w:pPr>
      <w:r>
        <w:separator/>
      </w:r>
    </w:p>
  </w:endnote>
  <w:endnote w:type="continuationSeparator" w:id="0">
    <w:p w14:paraId="0499B3D4" w14:textId="77777777" w:rsidR="00C36FCF" w:rsidRDefault="00C36F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28C8F" w14:textId="77777777" w:rsidR="00386D6F" w:rsidRDefault="00000000">
    <w:pPr>
      <w:pStyle w:val="AltBilgi"/>
      <w:jc w:val="center"/>
    </w:pPr>
    <w:r>
      <w:rPr>
        <w:color w:val="5E6870"/>
        <w:sz w:val="13"/>
      </w:rPr>
      <w:t xml:space="preserve">Şehit Gönenç Caddesi, Maltepe </w:t>
    </w:r>
    <w:proofErr w:type="spellStart"/>
    <w:r>
      <w:rPr>
        <w:color w:val="5E6870"/>
        <w:sz w:val="13"/>
      </w:rPr>
      <w:t>Mahallesi</w:t>
    </w:r>
    <w:proofErr w:type="spellEnd"/>
    <w:r>
      <w:rPr>
        <w:color w:val="5E6870"/>
        <w:sz w:val="13"/>
      </w:rPr>
      <w:t xml:space="preserve"> No: 5, Çankaya/Ankara  |  +90 444 22 28  |  erasmus@ankarabilim.edu.tr  |  www.ankarabilim.edu.tr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FAC03" w14:textId="77777777" w:rsidR="00C36FCF" w:rsidRDefault="00C36FCF">
      <w:pPr>
        <w:spacing w:after="0" w:line="240" w:lineRule="auto"/>
      </w:pPr>
      <w:r>
        <w:separator/>
      </w:r>
    </w:p>
  </w:footnote>
  <w:footnote w:type="continuationSeparator" w:id="0">
    <w:p w14:paraId="4900C2A7" w14:textId="77777777" w:rsidR="00C36FCF" w:rsidRDefault="00C36F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C28E5" w14:textId="478F1F66" w:rsidR="004D4DF6" w:rsidRDefault="004D4DF6">
    <w:pPr>
      <w:pStyle w:val="stBilgi"/>
    </w:pPr>
    <w:r>
      <w:t xml:space="preserve">                                                                                                 </w:t>
    </w:r>
    <w:r w:rsidR="00CF68E6">
      <w:rPr>
        <w:rFonts w:ascii="Times New Roman" w:hAnsi="Times New Roman" w:cs="Times New Roman"/>
        <w:noProof/>
        <w:color w:val="000000" w:themeColor="text1"/>
      </w:rPr>
      <w:drawing>
        <wp:anchor distT="0" distB="0" distL="114300" distR="114300" simplePos="0" relativeHeight="251658240" behindDoc="1" locked="0" layoutInCell="1" allowOverlap="1" wp14:anchorId="312052D2" wp14:editId="412421F4">
          <wp:simplePos x="0" y="0"/>
          <wp:positionH relativeFrom="column">
            <wp:posOffset>2503805</wp:posOffset>
          </wp:positionH>
          <wp:positionV relativeFrom="paragraph">
            <wp:posOffset>1905</wp:posOffset>
          </wp:positionV>
          <wp:extent cx="1670050" cy="272415"/>
          <wp:effectExtent l="0" t="0" r="6350" b="0"/>
          <wp:wrapTight wrapText="bothSides">
            <wp:wrapPolygon edited="0">
              <wp:start x="986" y="0"/>
              <wp:lineTo x="0" y="13594"/>
              <wp:lineTo x="0" y="19636"/>
              <wp:lineTo x="21436" y="19636"/>
              <wp:lineTo x="21436" y="0"/>
              <wp:lineTo x="986" y="0"/>
            </wp:wrapPolygon>
          </wp:wrapTight>
          <wp:docPr id="4403451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0050" cy="272415"/>
                  </a:xfrm>
                  <a:prstGeom prst="rect">
                    <a:avLst/>
                  </a:prstGeom>
                  <a:noFill/>
                  <a:ln>
                    <a:noFill/>
                  </a:ln>
                </pic:spPr>
              </pic:pic>
            </a:graphicData>
          </a:graphic>
        </wp:anchor>
      </w:drawing>
    </w:r>
  </w:p>
  <w:p w14:paraId="46418FAE" w14:textId="77777777" w:rsidR="00CF68E6" w:rsidRDefault="00CF68E6">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320501417">
    <w:abstractNumId w:val="8"/>
  </w:num>
  <w:num w:numId="2" w16cid:durableId="498736932">
    <w:abstractNumId w:val="6"/>
  </w:num>
  <w:num w:numId="3" w16cid:durableId="373115528">
    <w:abstractNumId w:val="5"/>
  </w:num>
  <w:num w:numId="4" w16cid:durableId="560680058">
    <w:abstractNumId w:val="4"/>
  </w:num>
  <w:num w:numId="5" w16cid:durableId="971404050">
    <w:abstractNumId w:val="7"/>
  </w:num>
  <w:num w:numId="6" w16cid:durableId="199710970">
    <w:abstractNumId w:val="3"/>
  </w:num>
  <w:num w:numId="7" w16cid:durableId="858349754">
    <w:abstractNumId w:val="2"/>
  </w:num>
  <w:num w:numId="8" w16cid:durableId="1357586332">
    <w:abstractNumId w:val="1"/>
  </w:num>
  <w:num w:numId="9" w16cid:durableId="20001913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740C8"/>
    <w:rsid w:val="00386D6F"/>
    <w:rsid w:val="003C6A20"/>
    <w:rsid w:val="004D4DF6"/>
    <w:rsid w:val="0095446D"/>
    <w:rsid w:val="00A64A28"/>
    <w:rsid w:val="00AA1D8D"/>
    <w:rsid w:val="00AF6CD5"/>
    <w:rsid w:val="00B47730"/>
    <w:rsid w:val="00C36FCF"/>
    <w:rsid w:val="00CB0664"/>
    <w:rsid w:val="00CF68E6"/>
    <w:rsid w:val="00E808DC"/>
    <w:rsid w:val="00F6775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73897F"/>
  <w14:defaultImageDpi w14:val="300"/>
  <w15:docId w15:val="{17FC5E7A-82F5-494D-BCB7-4FB526629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sz w:val="18"/>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FormTitle">
    <w:name w:val="FormTitle"/>
    <w:rPr>
      <w:rFonts w:ascii="Calibri" w:hAnsi="Calibri"/>
      <w:b/>
      <w:color w:val="173B5E"/>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Esra Aktaş</cp:lastModifiedBy>
  <cp:revision>11</cp:revision>
  <cp:lastPrinted>2026-08-03T08:43:00Z</cp:lastPrinted>
  <dcterms:created xsi:type="dcterms:W3CDTF">2013-12-23T23:15:00Z</dcterms:created>
  <dcterms:modified xsi:type="dcterms:W3CDTF">2026-08-03T09:02:00Z</dcterms:modified>
  <cp:category/>
</cp:coreProperties>
</file>