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AF7DB" w14:textId="77777777" w:rsidR="00534C4D" w:rsidRPr="007E2387" w:rsidRDefault="00714AFB" w:rsidP="00714AFB">
      <w:pPr>
        <w:rPr>
          <w:rFonts w:ascii="Times New Roman" w:hAnsi="Times New Roman" w:cs="Times New Roman"/>
          <w:sz w:val="21"/>
          <w:szCs w:val="21"/>
        </w:rPr>
      </w:pPr>
      <w:r w:rsidRPr="007E2387">
        <w:rPr>
          <w:rFonts w:ascii="Times New Roman" w:hAnsi="Times New Roman" w:cs="Times New Roman"/>
          <w:sz w:val="21"/>
          <w:szCs w:val="21"/>
        </w:rPr>
        <w:t xml:space="preserve"> </w:t>
      </w:r>
      <w:r w:rsidR="009426D2" w:rsidRPr="007E2387">
        <w:rPr>
          <w:rFonts w:ascii="Times New Roman" w:hAnsi="Times New Roman" w:cs="Times New Roman"/>
          <w:sz w:val="21"/>
          <w:szCs w:val="21"/>
        </w:rPr>
        <w:t xml:space="preserve">                                              </w:t>
      </w:r>
      <w:r w:rsidR="00C56A70" w:rsidRPr="007E2387">
        <w:rPr>
          <w:rFonts w:ascii="Times New Roman" w:hAnsi="Times New Roman" w:cs="Times New Roman"/>
          <w:sz w:val="21"/>
          <w:szCs w:val="21"/>
        </w:rPr>
        <w:t xml:space="preserve">   </w:t>
      </w:r>
    </w:p>
    <w:p w14:paraId="2A336AF8" w14:textId="77777777" w:rsidR="00534C4D" w:rsidRPr="007E2387" w:rsidRDefault="009426D2" w:rsidP="00C56A70">
      <w:pPr>
        <w:rPr>
          <w:rFonts w:ascii="Times New Roman" w:hAnsi="Times New Roman" w:cs="Times New Roman"/>
          <w:sz w:val="21"/>
          <w:szCs w:val="21"/>
        </w:rPr>
      </w:pPr>
      <w:r w:rsidRPr="007E2387">
        <w:rPr>
          <w:rFonts w:ascii="Times New Roman" w:hAnsi="Times New Roman" w:cs="Times New Roman"/>
          <w:sz w:val="21"/>
          <w:szCs w:val="21"/>
        </w:rPr>
        <w:t xml:space="preserve">                                                 </w:t>
      </w:r>
      <w:r w:rsidR="00534C4D" w:rsidRPr="007E2387">
        <w:rPr>
          <w:rFonts w:ascii="Times New Roman" w:hAnsi="Times New Roman" w:cs="Times New Roman"/>
          <w:sz w:val="21"/>
          <w:szCs w:val="21"/>
        </w:rPr>
        <w:t xml:space="preserve"> </w:t>
      </w:r>
      <w:r w:rsidRPr="007E2387">
        <w:rPr>
          <w:rFonts w:ascii="Times New Roman" w:hAnsi="Times New Roman" w:cs="Times New Roman"/>
          <w:sz w:val="21"/>
          <w:szCs w:val="21"/>
        </w:rPr>
        <w:t xml:space="preserve">        </w:t>
      </w:r>
    </w:p>
    <w:p w14:paraId="119B80D7" w14:textId="77777777" w:rsidR="00534C4D" w:rsidRPr="007E2387" w:rsidRDefault="00534C4D" w:rsidP="00C56A70">
      <w:pPr>
        <w:rPr>
          <w:rFonts w:ascii="Times New Roman" w:hAnsi="Times New Roman" w:cs="Times New Roman"/>
          <w:sz w:val="21"/>
          <w:szCs w:val="21"/>
        </w:rPr>
      </w:pPr>
    </w:p>
    <w:p w14:paraId="15AA7C4B" w14:textId="77777777" w:rsidR="00C56A70" w:rsidRPr="007E2387" w:rsidRDefault="00714AFB" w:rsidP="00C56A70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E2387">
        <w:rPr>
          <w:rFonts w:ascii="Times New Roman" w:hAnsi="Times New Roman" w:cs="Times New Roman"/>
          <w:b/>
          <w:sz w:val="21"/>
          <w:szCs w:val="21"/>
        </w:rPr>
        <w:t>T.C.</w:t>
      </w:r>
    </w:p>
    <w:p w14:paraId="486F07F6" w14:textId="77777777" w:rsidR="00714AFB" w:rsidRPr="007E2387" w:rsidRDefault="009426D2" w:rsidP="00C56A70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E2387">
        <w:rPr>
          <w:rFonts w:ascii="Times New Roman" w:hAnsi="Times New Roman" w:cs="Times New Roman"/>
          <w:b/>
          <w:sz w:val="21"/>
          <w:szCs w:val="21"/>
        </w:rPr>
        <w:t>A</w:t>
      </w:r>
      <w:r w:rsidR="00714AFB" w:rsidRPr="007E2387">
        <w:rPr>
          <w:rFonts w:ascii="Times New Roman" w:hAnsi="Times New Roman" w:cs="Times New Roman"/>
          <w:b/>
          <w:sz w:val="21"/>
          <w:szCs w:val="21"/>
        </w:rPr>
        <w:t>NKARA BİLİM ÜNİVERSİTESİ</w:t>
      </w:r>
      <w:r w:rsidR="00714AFB" w:rsidRPr="007E2387">
        <w:rPr>
          <w:rFonts w:ascii="Times New Roman" w:hAnsi="Times New Roman" w:cs="Times New Roman"/>
          <w:b/>
          <w:sz w:val="21"/>
          <w:szCs w:val="21"/>
        </w:rPr>
        <w:br/>
      </w:r>
      <w:r w:rsidR="00C56A70" w:rsidRPr="007E2387">
        <w:rPr>
          <w:rFonts w:ascii="Times New Roman" w:hAnsi="Times New Roman" w:cs="Times New Roman"/>
          <w:b/>
          <w:sz w:val="21"/>
          <w:szCs w:val="21"/>
        </w:rPr>
        <w:t>ERASMUS+ KOORDİNATÖRLÜĞÜ</w:t>
      </w:r>
    </w:p>
    <w:p w14:paraId="6691437A" w14:textId="77777777" w:rsidR="00D33BB1" w:rsidRPr="00B226DC" w:rsidRDefault="00714AFB" w:rsidP="00C56A70">
      <w:pPr>
        <w:spacing w:before="80" w:after="200"/>
        <w:jc w:val="center"/>
        <w:rPr>
          <w:rFonts w:ascii="Times New Roman" w:hAnsi="Times New Roman" w:cs="Times New Roman"/>
          <w:sz w:val="24"/>
          <w:szCs w:val="24"/>
        </w:rPr>
      </w:pPr>
      <w:r w:rsidRPr="00B226DC">
        <w:rPr>
          <w:rFonts w:ascii="Times New Roman" w:hAnsi="Times New Roman"/>
          <w:b/>
          <w:sz w:val="24"/>
          <w:szCs w:val="24"/>
        </w:rPr>
        <w:t>ERASMUS+ ÖĞRENCİ HAREKETLİLİĞİ</w:t>
      </w:r>
      <w:r w:rsidRPr="00B226DC">
        <w:rPr>
          <w:rFonts w:ascii="Times New Roman" w:hAnsi="Times New Roman"/>
          <w:b/>
          <w:sz w:val="24"/>
          <w:szCs w:val="24"/>
        </w:rPr>
        <w:br/>
        <w:t>FERAGAT FORMU</w:t>
      </w:r>
    </w:p>
    <w:p w14:paraId="6DD69ABA" w14:textId="77777777" w:rsidR="00D33BB1" w:rsidRPr="007E2387" w:rsidRDefault="001973BA">
      <w:pPr>
        <w:spacing w:after="60"/>
        <w:jc w:val="right"/>
        <w:rPr>
          <w:rFonts w:ascii="Times New Roman" w:hAnsi="Times New Roman" w:cs="Times New Roman"/>
          <w:sz w:val="21"/>
          <w:szCs w:val="21"/>
        </w:rPr>
      </w:pPr>
      <w:r w:rsidRPr="007E2387">
        <w:rPr>
          <w:rFonts w:ascii="Times New Roman" w:hAnsi="Times New Roman" w:cs="Times New Roman"/>
          <w:sz w:val="21"/>
          <w:szCs w:val="21"/>
        </w:rPr>
        <w:t>…… / …… / 20……</w:t>
      </w:r>
    </w:p>
    <w:p w14:paraId="5CFAB1A1" w14:textId="77777777" w:rsidR="008F7FC8" w:rsidRPr="007E2387" w:rsidRDefault="008F7FC8">
      <w:pPr>
        <w:spacing w:before="60" w:after="40"/>
        <w:jc w:val="both"/>
        <w:rPr>
          <w:rFonts w:ascii="Times New Roman" w:hAnsi="Times New Roman" w:cs="Times New Roman"/>
          <w:sz w:val="21"/>
          <w:szCs w:val="21"/>
        </w:rPr>
      </w:pPr>
    </w:p>
    <w:p w14:paraId="187D423C" w14:textId="77777777" w:rsidR="008F7FC8" w:rsidRPr="007E2387" w:rsidRDefault="008F7FC8">
      <w:pPr>
        <w:spacing w:before="60" w:after="40"/>
        <w:jc w:val="both"/>
        <w:rPr>
          <w:rFonts w:ascii="Times New Roman" w:hAnsi="Times New Roman" w:cs="Times New Roman"/>
          <w:sz w:val="21"/>
          <w:szCs w:val="21"/>
        </w:rPr>
      </w:pPr>
    </w:p>
    <w:p w14:paraId="1862BBFC" w14:textId="77777777" w:rsidR="004060BA" w:rsidRPr="007E2387" w:rsidRDefault="004060BA" w:rsidP="001928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27144" w14:textId="0BBA1C80" w:rsidR="00192830" w:rsidRPr="007E2387" w:rsidRDefault="00192830" w:rsidP="00192830">
      <w:pPr>
        <w:spacing w:after="16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2387">
        <w:rPr>
          <w:rFonts w:ascii="Times New Roman" w:hAnsi="Times New Roman"/>
          <w:sz w:val="24"/>
        </w:rPr>
        <w:t>Ankara Bilim Üniversitesi ......................................... Fakültesi / Enstitüsü / Meslek Yüksekokulu ......................................... Bölümü’nde ......................................... numaralı ön lisans / lisans / yüksek lisans /öğrencisiyim.</w:t>
      </w:r>
    </w:p>
    <w:p w14:paraId="0A4FF275" w14:textId="77777777" w:rsidR="00A32514" w:rsidRPr="007E2387" w:rsidRDefault="00000000">
      <w:pPr>
        <w:spacing w:before="40" w:after="160"/>
      </w:pPr>
      <w:r w:rsidRPr="007E2387">
        <w:rPr>
          <w:b/>
          <w:sz w:val="22"/>
        </w:rPr>
        <w:t>Hareketlilik Türü:   ☐ Öğrenim Hareketliliği     ☐ Staj Hareketliliği</w:t>
      </w:r>
    </w:p>
    <w:p w14:paraId="3815212F" w14:textId="77777777" w:rsidR="00192830" w:rsidRPr="007E2387" w:rsidRDefault="00192830" w:rsidP="00192830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2387">
        <w:rPr>
          <w:rFonts w:ascii="Times New Roman" w:hAnsi="Times New Roman"/>
          <w:sz w:val="24"/>
        </w:rPr>
        <w:t>Başvurmuş ve seçilmiş olduğum 20…–20… Akademik Yılı Erasmus+ Öğrenci Öğrenim / Staj Hareketliliği hakkımdan kendi isteğimle feragat ettiğimi beyan ederim. Feragat işlemimin gerçekleştirilmesi hususunda gereğini arz ederim.</w:t>
      </w:r>
    </w:p>
    <w:p w14:paraId="1DA6E822" w14:textId="77777777" w:rsidR="00192830" w:rsidRPr="007E2387" w:rsidRDefault="00192830" w:rsidP="0019283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72434F3" w14:textId="77777777" w:rsidR="00192830" w:rsidRPr="007E2387" w:rsidRDefault="00192830" w:rsidP="00192830">
      <w:pPr>
        <w:spacing w:after="8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3100487" w14:textId="77777777" w:rsidR="00192830" w:rsidRPr="007E2387" w:rsidRDefault="00192830" w:rsidP="0019283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88A7601" w14:textId="77777777" w:rsidR="00192830" w:rsidRPr="007E2387" w:rsidRDefault="00192830" w:rsidP="0019283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E2387">
        <w:rPr>
          <w:rFonts w:ascii="Times New Roman" w:hAnsi="Times New Roman"/>
          <w:b/>
          <w:sz w:val="22"/>
        </w:rPr>
        <w:t>Feragat Nedeni:</w:t>
      </w:r>
    </w:p>
    <w:p w14:paraId="42DDB85D" w14:textId="77777777" w:rsidR="00A32514" w:rsidRPr="007E2387" w:rsidRDefault="00000000">
      <w:pPr>
        <w:spacing w:after="40"/>
      </w:pPr>
      <w:r w:rsidRPr="007E2387">
        <w:rPr>
          <w:rFonts w:ascii="Times New Roman" w:hAnsi="Times New Roman"/>
          <w:sz w:val="20"/>
        </w:rPr>
        <w:t>................................................................................................................................................................</w:t>
      </w:r>
    </w:p>
    <w:p w14:paraId="4EF6A3DF" w14:textId="77777777" w:rsidR="00A32514" w:rsidRPr="007E2387" w:rsidRDefault="00000000">
      <w:pPr>
        <w:spacing w:after="40"/>
      </w:pPr>
      <w:r w:rsidRPr="007E2387">
        <w:rPr>
          <w:rFonts w:ascii="Times New Roman" w:hAnsi="Times New Roman"/>
          <w:sz w:val="20"/>
        </w:rPr>
        <w:t>................................................................................................................................................................</w:t>
      </w:r>
    </w:p>
    <w:p w14:paraId="66F984EA" w14:textId="77777777" w:rsidR="00A32514" w:rsidRPr="007E2387" w:rsidRDefault="00000000">
      <w:pPr>
        <w:spacing w:after="40"/>
      </w:pPr>
      <w:r w:rsidRPr="007E2387">
        <w:rPr>
          <w:rFonts w:ascii="Times New Roman" w:hAnsi="Times New Roman"/>
          <w:sz w:val="20"/>
        </w:rPr>
        <w:t>................................................................................................................................................................</w:t>
      </w:r>
    </w:p>
    <w:p w14:paraId="0D6CFC39" w14:textId="77777777" w:rsidR="00192830" w:rsidRPr="007E2387" w:rsidRDefault="00192830" w:rsidP="0019283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914C9CF" w14:textId="77777777" w:rsidR="00192830" w:rsidRPr="007E2387" w:rsidRDefault="00192830" w:rsidP="00192830">
      <w:pPr>
        <w:spacing w:after="6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2387">
        <w:rPr>
          <w:rFonts w:ascii="Times New Roman" w:hAnsi="Times New Roman"/>
          <w:b/>
          <w:sz w:val="22"/>
        </w:rPr>
        <w:t>Ad Soyad:</w:t>
      </w:r>
    </w:p>
    <w:p w14:paraId="1D8EDF65" w14:textId="77777777" w:rsidR="00192830" w:rsidRPr="007E2387" w:rsidRDefault="00192830" w:rsidP="00192830">
      <w:pPr>
        <w:spacing w:after="6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2387">
        <w:rPr>
          <w:rFonts w:ascii="Times New Roman" w:hAnsi="Times New Roman"/>
          <w:b/>
          <w:sz w:val="22"/>
        </w:rPr>
        <w:t>Öğrenci Numarası:</w:t>
      </w:r>
    </w:p>
    <w:p w14:paraId="0D1CED54" w14:textId="77777777" w:rsidR="00192830" w:rsidRPr="007E2387" w:rsidRDefault="00192830" w:rsidP="00192830">
      <w:pPr>
        <w:spacing w:after="6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2387">
        <w:rPr>
          <w:rFonts w:ascii="Times New Roman" w:hAnsi="Times New Roman"/>
          <w:b/>
          <w:sz w:val="22"/>
        </w:rPr>
        <w:t>Telefon Numarası:</w:t>
      </w:r>
    </w:p>
    <w:p w14:paraId="29C95582" w14:textId="77777777" w:rsidR="00192830" w:rsidRPr="007E2387" w:rsidRDefault="00192830" w:rsidP="00192830">
      <w:pPr>
        <w:spacing w:after="6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2387">
        <w:rPr>
          <w:rFonts w:ascii="Times New Roman" w:hAnsi="Times New Roman"/>
          <w:b/>
          <w:sz w:val="22"/>
        </w:rPr>
        <w:t>E-posta:</w:t>
      </w:r>
    </w:p>
    <w:p w14:paraId="1B0857FD" w14:textId="7A5768A8" w:rsidR="00A32514" w:rsidRPr="00B226DC" w:rsidRDefault="00192830" w:rsidP="00B226DC">
      <w:pPr>
        <w:spacing w:after="6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2387">
        <w:rPr>
          <w:rFonts w:ascii="Times New Roman" w:hAnsi="Times New Roman"/>
          <w:b/>
          <w:sz w:val="22"/>
        </w:rPr>
        <w:t>Ev Sahibi Kurum/Kuruluş ve Ülke:</w:t>
      </w:r>
    </w:p>
    <w:p w14:paraId="2A243611" w14:textId="77777777" w:rsidR="00A32514" w:rsidRPr="007E2387" w:rsidRDefault="00000000">
      <w:r w:rsidRPr="007E2387">
        <w:rPr>
          <w:rFonts w:ascii="Times New Roman" w:hAnsi="Times New Roman"/>
          <w:b/>
          <w:sz w:val="22"/>
        </w:rPr>
        <w:t>İmza:</w:t>
      </w:r>
    </w:p>
    <w:p w14:paraId="4A3AE3A5" w14:textId="77777777" w:rsidR="00192830" w:rsidRPr="007E2387" w:rsidRDefault="00192830" w:rsidP="00192830">
      <w:pPr>
        <w:spacing w:after="160" w:line="254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03C16FE" w14:textId="77777777" w:rsidR="00192830" w:rsidRPr="007E2387" w:rsidRDefault="00192830" w:rsidP="00192830">
      <w:pPr>
        <w:spacing w:after="160" w:line="254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C4AF740" w14:textId="77777777" w:rsidR="00192830" w:rsidRPr="007E2387" w:rsidRDefault="00192830" w:rsidP="00192830">
      <w:pPr>
        <w:spacing w:after="160" w:line="254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2FC1815" w14:textId="77777777" w:rsidR="00192830" w:rsidRPr="007E2387" w:rsidRDefault="00192830" w:rsidP="00192830">
      <w:pPr>
        <w:spacing w:after="160" w:line="254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C34C28F" w14:textId="77777777" w:rsidR="00192830" w:rsidRPr="007E2387" w:rsidRDefault="00192830" w:rsidP="00192830">
      <w:pPr>
        <w:pStyle w:val="GvdeMetni"/>
        <w:rPr>
          <w:sz w:val="24"/>
          <w:szCs w:val="24"/>
        </w:rPr>
      </w:pPr>
    </w:p>
    <w:p w14:paraId="7F18B51F" w14:textId="77777777" w:rsidR="00192830" w:rsidRPr="007E2387" w:rsidRDefault="00192830" w:rsidP="00192830">
      <w:pPr>
        <w:jc w:val="both"/>
      </w:pPr>
    </w:p>
    <w:p w14:paraId="71E969E8" w14:textId="77777777" w:rsidR="000A0EA5" w:rsidRPr="007E2387" w:rsidRDefault="000A0EA5">
      <w:pPr>
        <w:rPr>
          <w:rFonts w:ascii="Times New Roman" w:hAnsi="Times New Roman" w:cs="Times New Roman"/>
          <w:sz w:val="21"/>
          <w:szCs w:val="21"/>
        </w:rPr>
      </w:pPr>
    </w:p>
    <w:sectPr w:rsidR="000A0EA5" w:rsidRPr="007E2387" w:rsidSect="00034616">
      <w:headerReference w:type="default" r:id="rId8"/>
      <w:footerReference w:type="default" r:id="rId9"/>
      <w:pgSz w:w="12240" w:h="15840"/>
      <w:pgMar w:top="480" w:right="560" w:bottom="480" w:left="560" w:header="283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998D0" w14:textId="77777777" w:rsidR="00195A6C" w:rsidRDefault="00195A6C">
      <w:r>
        <w:separator/>
      </w:r>
    </w:p>
  </w:endnote>
  <w:endnote w:type="continuationSeparator" w:id="0">
    <w:p w14:paraId="5AA3C877" w14:textId="77777777" w:rsidR="00195A6C" w:rsidRDefault="00195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3C4EB" w14:textId="77777777" w:rsidR="00D33BB1" w:rsidRPr="00AD228E" w:rsidRDefault="00AD228E" w:rsidP="00AD228E">
    <w:pPr>
      <w:pStyle w:val="AltBilgi"/>
      <w:jc w:val="center"/>
    </w:pPr>
    <w:r>
      <w:t>Şehit Gönenç Caddesi, Maltepe Mah. No: 5, Çankaya/Ankara  |  İletişim: 444 22 28  |  www.ankarabilim.edu.tr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10BC8" w14:textId="77777777" w:rsidR="00195A6C" w:rsidRDefault="00195A6C">
      <w:r>
        <w:separator/>
      </w:r>
    </w:p>
  </w:footnote>
  <w:footnote w:type="continuationSeparator" w:id="0">
    <w:p w14:paraId="0004FCAB" w14:textId="77777777" w:rsidR="00195A6C" w:rsidRDefault="00195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A400" w14:textId="77777777" w:rsidR="00697EB0" w:rsidRDefault="00AD228E" w:rsidP="00AD228E">
    <w:pPr>
      <w:pStyle w:val="stBilgi"/>
      <w:jc w:val="center"/>
    </w:pPr>
    <w:r>
      <w:drawing>
        <wp:inline distT="0" distB="0" distL="0" distR="0" wp14:anchorId="34A81595" wp14:editId="2F50C12F">
          <wp:extent cx="1518285" cy="255905"/>
          <wp:effectExtent l="0" t="0" r="5715" b="0"/>
          <wp:docPr id="158945626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255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0535641">
    <w:abstractNumId w:val="8"/>
  </w:num>
  <w:num w:numId="2" w16cid:durableId="751777603">
    <w:abstractNumId w:val="6"/>
  </w:num>
  <w:num w:numId="3" w16cid:durableId="1753312334">
    <w:abstractNumId w:val="5"/>
  </w:num>
  <w:num w:numId="4" w16cid:durableId="2004354618">
    <w:abstractNumId w:val="4"/>
  </w:num>
  <w:num w:numId="5" w16cid:durableId="316804923">
    <w:abstractNumId w:val="7"/>
  </w:num>
  <w:num w:numId="6" w16cid:durableId="1959024074">
    <w:abstractNumId w:val="3"/>
  </w:num>
  <w:num w:numId="7" w16cid:durableId="198399965">
    <w:abstractNumId w:val="2"/>
  </w:num>
  <w:num w:numId="8" w16cid:durableId="57095850">
    <w:abstractNumId w:val="1"/>
  </w:num>
  <w:num w:numId="9" w16cid:durableId="497159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192"/>
    <w:rsid w:val="000A0EA5"/>
    <w:rsid w:val="0015074B"/>
    <w:rsid w:val="00192830"/>
    <w:rsid w:val="00195A6C"/>
    <w:rsid w:val="001973BA"/>
    <w:rsid w:val="001E4B84"/>
    <w:rsid w:val="0029639D"/>
    <w:rsid w:val="002B4841"/>
    <w:rsid w:val="002B6075"/>
    <w:rsid w:val="00326F90"/>
    <w:rsid w:val="0038097E"/>
    <w:rsid w:val="003A6C2B"/>
    <w:rsid w:val="003B20FB"/>
    <w:rsid w:val="003E18CE"/>
    <w:rsid w:val="003F67F2"/>
    <w:rsid w:val="004060BA"/>
    <w:rsid w:val="004729F1"/>
    <w:rsid w:val="00534C4D"/>
    <w:rsid w:val="00580A5A"/>
    <w:rsid w:val="005E2A68"/>
    <w:rsid w:val="00697EB0"/>
    <w:rsid w:val="00714AFB"/>
    <w:rsid w:val="0076488F"/>
    <w:rsid w:val="007C6AEC"/>
    <w:rsid w:val="007E2387"/>
    <w:rsid w:val="008252FD"/>
    <w:rsid w:val="008372A1"/>
    <w:rsid w:val="008C4AED"/>
    <w:rsid w:val="008D4144"/>
    <w:rsid w:val="008F7FC8"/>
    <w:rsid w:val="009426D2"/>
    <w:rsid w:val="00A153B2"/>
    <w:rsid w:val="00A204BE"/>
    <w:rsid w:val="00A32514"/>
    <w:rsid w:val="00AA1D8D"/>
    <w:rsid w:val="00AD228E"/>
    <w:rsid w:val="00B226DC"/>
    <w:rsid w:val="00B40495"/>
    <w:rsid w:val="00B47730"/>
    <w:rsid w:val="00BB5A79"/>
    <w:rsid w:val="00C56A70"/>
    <w:rsid w:val="00CB0664"/>
    <w:rsid w:val="00D33BB1"/>
    <w:rsid w:val="00D36A08"/>
    <w:rsid w:val="00D51444"/>
    <w:rsid w:val="00ED05ED"/>
    <w:rsid w:val="00FB262E"/>
    <w:rsid w:val="00FB4F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6089BF"/>
  <w14:defaultImageDpi w14:val="300"/>
  <w15:docId w15:val="{422CF7F6-B57F-AB45-921B-7B6950D7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eastAsia="Arial" w:hAnsi="Arial"/>
      <w:noProof/>
      <w:sz w:val="16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AD22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Ankara Bilim Üniversitesi Erasmus+ Öğrenci Taahhütnamesi</vt:lpstr>
      <vt:lpstr/>
    </vt:vector>
  </TitlesOfParts>
  <Manager/>
  <Company/>
  <LinksUpToDate>false</LinksUpToDate>
  <CharactersWithSpaces>1390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Bilim Üniversitesi Erasmus+ Öğrenci Taahhütnamesi</dc:title>
  <dc:subject>Kurumsal ve düzenlenebilir Erasmus+ öğrenci taahhütnamesi</dc:subject>
  <dc:creator>Ankara Bilim Üniversitesi</dc:creator>
  <cp:keywords/>
  <dc:description>generated by python-docx</dc:description>
  <cp:lastModifiedBy>Esra Aktaş</cp:lastModifiedBy>
  <cp:revision>6</cp:revision>
  <cp:lastPrinted>2026-07-02T07:31:00Z</cp:lastPrinted>
  <dcterms:created xsi:type="dcterms:W3CDTF">2026-07-02T12:26:00Z</dcterms:created>
  <dcterms:modified xsi:type="dcterms:W3CDTF">2026-07-23T11:42:00Z</dcterms:modified>
  <cp:category/>
</cp:coreProperties>
</file>