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C7A4F" w14:textId="6D39736E" w:rsidR="00534C4D" w:rsidRPr="00067F21" w:rsidRDefault="00714AFB" w:rsidP="00D334C4">
      <w:pPr>
        <w:rPr>
          <w:rFonts w:ascii="Times New Roman" w:hAnsi="Times New Roman" w:cs="Times New Roman"/>
          <w:szCs w:val="16"/>
        </w:rPr>
      </w:pPr>
      <w:r w:rsidRPr="00067F21">
        <w:rPr>
          <w:rFonts w:ascii="Times New Roman" w:hAnsi="Times New Roman" w:cs="Times New Roman"/>
          <w:szCs w:val="16"/>
        </w:rPr>
        <w:t xml:space="preserve"> </w:t>
      </w:r>
      <w:r w:rsidR="009426D2" w:rsidRPr="00067F21">
        <w:rPr>
          <w:rFonts w:ascii="Times New Roman" w:hAnsi="Times New Roman" w:cs="Times New Roman"/>
          <w:szCs w:val="16"/>
        </w:rPr>
        <w:t xml:space="preserve">                                           </w:t>
      </w:r>
    </w:p>
    <w:p w14:paraId="1DF210DB" w14:textId="22F54724" w:rsidR="00C56A70" w:rsidRPr="00067F21" w:rsidRDefault="00714AFB" w:rsidP="00C56A70">
      <w:pPr>
        <w:jc w:val="center"/>
        <w:rPr>
          <w:rFonts w:ascii="Times New Roman" w:hAnsi="Times New Roman" w:cs="Times New Roman"/>
          <w:b/>
          <w:sz w:val="18"/>
          <w:szCs w:val="18"/>
        </w:rPr>
      </w:pPr>
      <w:r w:rsidRPr="00067F21">
        <w:rPr>
          <w:rFonts w:ascii="Times New Roman" w:hAnsi="Times New Roman" w:cs="Times New Roman"/>
          <w:b/>
          <w:sz w:val="18"/>
          <w:szCs w:val="18"/>
        </w:rPr>
        <w:t>T.C.</w:t>
      </w:r>
    </w:p>
    <w:p w14:paraId="4AA617D2" w14:textId="703399AC" w:rsidR="00D33BB1" w:rsidRPr="00067F21" w:rsidRDefault="009426D2" w:rsidP="00D334C4">
      <w:pPr>
        <w:jc w:val="center"/>
        <w:rPr>
          <w:rFonts w:ascii="Times New Roman" w:hAnsi="Times New Roman" w:cs="Times New Roman"/>
          <w:b/>
          <w:sz w:val="18"/>
          <w:szCs w:val="18"/>
        </w:rPr>
      </w:pPr>
      <w:r w:rsidRPr="00067F21">
        <w:rPr>
          <w:rFonts w:ascii="Times New Roman" w:hAnsi="Times New Roman" w:cs="Times New Roman"/>
          <w:b/>
          <w:sz w:val="18"/>
          <w:szCs w:val="18"/>
        </w:rPr>
        <w:t>A</w:t>
      </w:r>
      <w:r w:rsidR="00714AFB" w:rsidRPr="00067F21">
        <w:rPr>
          <w:rFonts w:ascii="Times New Roman" w:hAnsi="Times New Roman" w:cs="Times New Roman"/>
          <w:b/>
          <w:sz w:val="18"/>
          <w:szCs w:val="18"/>
        </w:rPr>
        <w:t>NKARA BİLİM ÜNİVERSİTESİ</w:t>
      </w:r>
      <w:r w:rsidR="00714AFB" w:rsidRPr="00067F21">
        <w:rPr>
          <w:rFonts w:ascii="Times New Roman" w:hAnsi="Times New Roman" w:cs="Times New Roman"/>
          <w:b/>
          <w:sz w:val="18"/>
          <w:szCs w:val="18"/>
        </w:rPr>
        <w:br/>
      </w:r>
      <w:r w:rsidR="00C56A70" w:rsidRPr="00067F21">
        <w:rPr>
          <w:rFonts w:ascii="Times New Roman" w:hAnsi="Times New Roman" w:cs="Times New Roman"/>
          <w:b/>
          <w:sz w:val="18"/>
          <w:szCs w:val="18"/>
        </w:rPr>
        <w:t>ERASMUS+ KOORDİNATÖRLÜĞÜ</w:t>
      </w:r>
      <w:r w:rsidR="00714AFB" w:rsidRPr="00067F21">
        <w:rPr>
          <w:rFonts w:ascii="Times New Roman" w:hAnsi="Times New Roman" w:cs="Times New Roman"/>
          <w:b/>
          <w:sz w:val="18"/>
          <w:szCs w:val="18"/>
        </w:rPr>
        <w:br/>
        <w:t>ÖĞRENCİ TAAHHÜTNAMESİ</w:t>
      </w:r>
      <w:r w:rsidR="00D408C4" w:rsidRPr="00067F21">
        <w:rPr>
          <w:rFonts w:ascii="Times New Roman" w:hAnsi="Times New Roman" w:cs="Times New Roman"/>
          <w:b/>
          <w:sz w:val="18"/>
          <w:szCs w:val="18"/>
        </w:rPr>
        <w:t xml:space="preserve"> (YEŞİL PASAPORT)</w:t>
      </w:r>
    </w:p>
    <w:p w14:paraId="60ECB299" w14:textId="77777777" w:rsidR="00D33BB1" w:rsidRPr="00067F21" w:rsidRDefault="001973BA">
      <w:pPr>
        <w:spacing w:after="60"/>
        <w:jc w:val="right"/>
        <w:rPr>
          <w:rFonts w:ascii="Times New Roman" w:hAnsi="Times New Roman" w:cs="Times New Roman"/>
          <w:szCs w:val="16"/>
        </w:rPr>
      </w:pPr>
      <w:r w:rsidRPr="00067F21">
        <w:rPr>
          <w:rFonts w:ascii="Times New Roman" w:hAnsi="Times New Roman" w:cs="Times New Roman"/>
          <w:szCs w:val="16"/>
        </w:rPr>
        <w:t>…… / …… / 20……</w:t>
      </w:r>
    </w:p>
    <w:tbl>
      <w:tblPr>
        <w:tblW w:w="11520" w:type="dxa"/>
        <w:jc w:val="center"/>
        <w:tblBorders>
          <w:top w:val="single" w:sz="3" w:space="0" w:color="D0D0D0"/>
          <w:left w:val="single" w:sz="3" w:space="0" w:color="D0D0D0"/>
          <w:bottom w:val="single" w:sz="3" w:space="0" w:color="D0D0D0"/>
          <w:right w:val="single" w:sz="3" w:space="0" w:color="D0D0D0"/>
          <w:insideH w:val="single" w:sz="3" w:space="0" w:color="D0D0D0"/>
          <w:insideV w:val="single" w:sz="3" w:space="0" w:color="D0D0D0"/>
        </w:tblBorders>
        <w:tblLook w:val="04A0" w:firstRow="1" w:lastRow="0" w:firstColumn="1" w:lastColumn="0" w:noHBand="0" w:noVBand="1"/>
      </w:tblPr>
      <w:tblGrid>
        <w:gridCol w:w="4629"/>
        <w:gridCol w:w="6891"/>
      </w:tblGrid>
      <w:tr w:rsidR="00D33BB1" w:rsidRPr="00067F21" w14:paraId="5104440C" w14:textId="77777777" w:rsidTr="00EB3CC6">
        <w:trPr>
          <w:trHeight w:val="218"/>
          <w:jc w:val="center"/>
        </w:trPr>
        <w:tc>
          <w:tcPr>
            <w:tcW w:w="4629" w:type="dxa"/>
            <w:tcMar>
              <w:top w:w="20" w:type="dxa"/>
              <w:left w:w="40" w:type="dxa"/>
              <w:bottom w:w="20" w:type="dxa"/>
              <w:right w:w="40" w:type="dxa"/>
            </w:tcMar>
          </w:tcPr>
          <w:p w14:paraId="738C7337" w14:textId="64DCB576" w:rsidR="00D33BB1" w:rsidRPr="00067F21" w:rsidRDefault="00072192">
            <w:pPr>
              <w:rPr>
                <w:rFonts w:ascii="Times New Roman" w:hAnsi="Times New Roman" w:cs="Times New Roman"/>
                <w:sz w:val="18"/>
                <w:szCs w:val="18"/>
              </w:rPr>
            </w:pPr>
            <w:r w:rsidRPr="00067F21">
              <w:rPr>
                <w:rFonts w:ascii="Times New Roman" w:hAnsi="Times New Roman" w:cs="Times New Roman"/>
                <w:b/>
                <w:sz w:val="18"/>
                <w:szCs w:val="18"/>
              </w:rPr>
              <w:t>Adı Soyadı</w:t>
            </w:r>
          </w:p>
        </w:tc>
        <w:tc>
          <w:tcPr>
            <w:tcW w:w="6891" w:type="dxa"/>
            <w:tcMar>
              <w:top w:w="20" w:type="dxa"/>
              <w:left w:w="40" w:type="dxa"/>
              <w:bottom w:w="20" w:type="dxa"/>
              <w:right w:w="40" w:type="dxa"/>
            </w:tcMar>
          </w:tcPr>
          <w:p w14:paraId="6E2D0ACD"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34F0F5A3" w14:textId="77777777" w:rsidTr="00EB3CC6">
        <w:trPr>
          <w:trHeight w:val="228"/>
          <w:jc w:val="center"/>
        </w:trPr>
        <w:tc>
          <w:tcPr>
            <w:tcW w:w="4629" w:type="dxa"/>
            <w:tcMar>
              <w:top w:w="20" w:type="dxa"/>
              <w:left w:w="40" w:type="dxa"/>
              <w:bottom w:w="20" w:type="dxa"/>
              <w:right w:w="40" w:type="dxa"/>
            </w:tcMar>
          </w:tcPr>
          <w:p w14:paraId="2BB357A7" w14:textId="377E553D"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 xml:space="preserve">Doğum Yeri </w:t>
            </w:r>
            <w:r w:rsidR="004060BA" w:rsidRPr="00067F21">
              <w:rPr>
                <w:rFonts w:ascii="Times New Roman" w:hAnsi="Times New Roman" w:cs="Times New Roman"/>
                <w:b/>
                <w:sz w:val="18"/>
                <w:szCs w:val="18"/>
              </w:rPr>
              <w:t xml:space="preserve">ve </w:t>
            </w:r>
            <w:r w:rsidRPr="00067F21">
              <w:rPr>
                <w:rFonts w:ascii="Times New Roman" w:hAnsi="Times New Roman" w:cs="Times New Roman"/>
                <w:b/>
                <w:sz w:val="18"/>
                <w:szCs w:val="18"/>
              </w:rPr>
              <w:t>Tarihi</w:t>
            </w:r>
          </w:p>
        </w:tc>
        <w:tc>
          <w:tcPr>
            <w:tcW w:w="6891" w:type="dxa"/>
            <w:tcMar>
              <w:top w:w="20" w:type="dxa"/>
              <w:left w:w="40" w:type="dxa"/>
              <w:bottom w:w="20" w:type="dxa"/>
              <w:right w:w="40" w:type="dxa"/>
            </w:tcMar>
          </w:tcPr>
          <w:p w14:paraId="1A366C99"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2CB90767" w14:textId="77777777" w:rsidTr="00EB3CC6">
        <w:trPr>
          <w:trHeight w:val="218"/>
          <w:jc w:val="center"/>
        </w:trPr>
        <w:tc>
          <w:tcPr>
            <w:tcW w:w="4629" w:type="dxa"/>
            <w:tcMar>
              <w:top w:w="20" w:type="dxa"/>
              <w:left w:w="40" w:type="dxa"/>
              <w:bottom w:w="20" w:type="dxa"/>
              <w:right w:w="40" w:type="dxa"/>
            </w:tcMar>
          </w:tcPr>
          <w:p w14:paraId="1B0C2FB4" w14:textId="5F327A3B"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Adres</w:t>
            </w:r>
            <w:r w:rsidR="004060BA" w:rsidRPr="00067F21">
              <w:rPr>
                <w:rFonts w:ascii="Times New Roman" w:hAnsi="Times New Roman" w:cs="Times New Roman"/>
                <w:b/>
                <w:sz w:val="18"/>
                <w:szCs w:val="18"/>
              </w:rPr>
              <w:t>i</w:t>
            </w:r>
          </w:p>
        </w:tc>
        <w:tc>
          <w:tcPr>
            <w:tcW w:w="6891" w:type="dxa"/>
            <w:tcMar>
              <w:top w:w="20" w:type="dxa"/>
              <w:left w:w="40" w:type="dxa"/>
              <w:bottom w:w="20" w:type="dxa"/>
              <w:right w:w="40" w:type="dxa"/>
            </w:tcMar>
          </w:tcPr>
          <w:p w14:paraId="3D8EDCCA"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0A560160" w14:textId="77777777" w:rsidTr="00EB3CC6">
        <w:trPr>
          <w:trHeight w:val="228"/>
          <w:jc w:val="center"/>
        </w:trPr>
        <w:tc>
          <w:tcPr>
            <w:tcW w:w="4629" w:type="dxa"/>
            <w:tcMar>
              <w:top w:w="20" w:type="dxa"/>
              <w:left w:w="40" w:type="dxa"/>
              <w:bottom w:w="20" w:type="dxa"/>
              <w:right w:w="40" w:type="dxa"/>
            </w:tcMar>
          </w:tcPr>
          <w:p w14:paraId="515DC1F9"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Telefon Numarası</w:t>
            </w:r>
          </w:p>
        </w:tc>
        <w:tc>
          <w:tcPr>
            <w:tcW w:w="6891" w:type="dxa"/>
            <w:tcMar>
              <w:top w:w="20" w:type="dxa"/>
              <w:left w:w="40" w:type="dxa"/>
              <w:bottom w:w="20" w:type="dxa"/>
              <w:right w:w="40" w:type="dxa"/>
            </w:tcMar>
          </w:tcPr>
          <w:p w14:paraId="14E75935"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1E7E28F0" w14:textId="77777777" w:rsidTr="00EB3CC6">
        <w:trPr>
          <w:trHeight w:val="218"/>
          <w:jc w:val="center"/>
        </w:trPr>
        <w:tc>
          <w:tcPr>
            <w:tcW w:w="4629" w:type="dxa"/>
            <w:tcMar>
              <w:top w:w="20" w:type="dxa"/>
              <w:left w:w="40" w:type="dxa"/>
              <w:bottom w:w="20" w:type="dxa"/>
              <w:right w:w="40" w:type="dxa"/>
            </w:tcMar>
          </w:tcPr>
          <w:p w14:paraId="207F7F6B"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E-posta Adresi</w:t>
            </w:r>
          </w:p>
        </w:tc>
        <w:tc>
          <w:tcPr>
            <w:tcW w:w="6891" w:type="dxa"/>
            <w:tcMar>
              <w:top w:w="20" w:type="dxa"/>
              <w:left w:w="40" w:type="dxa"/>
              <w:bottom w:w="20" w:type="dxa"/>
              <w:right w:w="40" w:type="dxa"/>
            </w:tcMar>
          </w:tcPr>
          <w:p w14:paraId="5647E08B"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558BEB43" w14:textId="77777777" w:rsidTr="00EB3CC6">
        <w:trPr>
          <w:trHeight w:val="218"/>
          <w:jc w:val="center"/>
        </w:trPr>
        <w:tc>
          <w:tcPr>
            <w:tcW w:w="4629" w:type="dxa"/>
            <w:tcMar>
              <w:top w:w="20" w:type="dxa"/>
              <w:left w:w="40" w:type="dxa"/>
              <w:bottom w:w="20" w:type="dxa"/>
              <w:right w:w="40" w:type="dxa"/>
            </w:tcMar>
          </w:tcPr>
          <w:p w14:paraId="68F53D00" w14:textId="073441C3"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 xml:space="preserve">Gideceği Ülke </w:t>
            </w:r>
            <w:r w:rsidR="004060BA" w:rsidRPr="00067F21">
              <w:rPr>
                <w:rFonts w:ascii="Times New Roman" w:hAnsi="Times New Roman" w:cs="Times New Roman"/>
                <w:b/>
                <w:sz w:val="18"/>
                <w:szCs w:val="18"/>
              </w:rPr>
              <w:t xml:space="preserve">ve </w:t>
            </w:r>
            <w:r w:rsidRPr="00067F21">
              <w:rPr>
                <w:rFonts w:ascii="Times New Roman" w:hAnsi="Times New Roman" w:cs="Times New Roman"/>
                <w:b/>
                <w:sz w:val="18"/>
                <w:szCs w:val="18"/>
              </w:rPr>
              <w:t>Kurum</w:t>
            </w:r>
          </w:p>
        </w:tc>
        <w:tc>
          <w:tcPr>
            <w:tcW w:w="6891" w:type="dxa"/>
            <w:tcMar>
              <w:top w:w="20" w:type="dxa"/>
              <w:left w:w="40" w:type="dxa"/>
              <w:bottom w:w="20" w:type="dxa"/>
              <w:right w:w="40" w:type="dxa"/>
            </w:tcMar>
          </w:tcPr>
          <w:p w14:paraId="23322396"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3A3CC58D" w14:textId="77777777" w:rsidTr="00EB3CC6">
        <w:trPr>
          <w:trHeight w:val="228"/>
          <w:jc w:val="center"/>
        </w:trPr>
        <w:tc>
          <w:tcPr>
            <w:tcW w:w="4629" w:type="dxa"/>
            <w:tcMar>
              <w:top w:w="20" w:type="dxa"/>
              <w:left w:w="40" w:type="dxa"/>
              <w:bottom w:w="20" w:type="dxa"/>
              <w:right w:w="40" w:type="dxa"/>
            </w:tcMar>
          </w:tcPr>
          <w:p w14:paraId="73CD44E6" w14:textId="303CDE2C"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Üniversitenin Erasmus Kodu (</w:t>
            </w:r>
            <w:r w:rsidR="004060BA" w:rsidRPr="00067F21">
              <w:rPr>
                <w:rFonts w:ascii="Times New Roman" w:hAnsi="Times New Roman" w:cs="Times New Roman"/>
                <w:b/>
                <w:sz w:val="18"/>
                <w:szCs w:val="18"/>
              </w:rPr>
              <w:t>v</w:t>
            </w:r>
            <w:r w:rsidRPr="00067F21">
              <w:rPr>
                <w:rFonts w:ascii="Times New Roman" w:hAnsi="Times New Roman" w:cs="Times New Roman"/>
                <w:b/>
                <w:sz w:val="18"/>
                <w:szCs w:val="18"/>
              </w:rPr>
              <w:t>arsa)</w:t>
            </w:r>
          </w:p>
        </w:tc>
        <w:tc>
          <w:tcPr>
            <w:tcW w:w="6891" w:type="dxa"/>
            <w:tcMar>
              <w:top w:w="20" w:type="dxa"/>
              <w:left w:w="40" w:type="dxa"/>
              <w:bottom w:w="20" w:type="dxa"/>
              <w:right w:w="40" w:type="dxa"/>
            </w:tcMar>
          </w:tcPr>
          <w:p w14:paraId="24D92A69"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2B7941A5" w14:textId="77777777" w:rsidTr="00EB3CC6">
        <w:trPr>
          <w:trHeight w:val="218"/>
          <w:jc w:val="center"/>
        </w:trPr>
        <w:tc>
          <w:tcPr>
            <w:tcW w:w="4629" w:type="dxa"/>
            <w:tcMar>
              <w:top w:w="20" w:type="dxa"/>
              <w:left w:w="40" w:type="dxa"/>
              <w:bottom w:w="20" w:type="dxa"/>
              <w:right w:w="40" w:type="dxa"/>
            </w:tcMar>
          </w:tcPr>
          <w:p w14:paraId="48739008"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Hareketlilik Tarih Aralığı</w:t>
            </w:r>
          </w:p>
        </w:tc>
        <w:tc>
          <w:tcPr>
            <w:tcW w:w="6891" w:type="dxa"/>
            <w:tcMar>
              <w:top w:w="20" w:type="dxa"/>
              <w:left w:w="40" w:type="dxa"/>
              <w:bottom w:w="20" w:type="dxa"/>
              <w:right w:w="40" w:type="dxa"/>
            </w:tcMar>
          </w:tcPr>
          <w:p w14:paraId="14696CA2"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r w:rsidR="00D33BB1" w:rsidRPr="00067F21" w14:paraId="0B3C39DD" w14:textId="77777777" w:rsidTr="00EB3CC6">
        <w:trPr>
          <w:trHeight w:val="77"/>
          <w:jc w:val="center"/>
        </w:trPr>
        <w:tc>
          <w:tcPr>
            <w:tcW w:w="4629" w:type="dxa"/>
            <w:tcMar>
              <w:top w:w="20" w:type="dxa"/>
              <w:left w:w="40" w:type="dxa"/>
              <w:bottom w:w="20" w:type="dxa"/>
              <w:right w:w="40" w:type="dxa"/>
            </w:tcMar>
          </w:tcPr>
          <w:p w14:paraId="65D812A8" w14:textId="77777777" w:rsidR="00D33BB1" w:rsidRPr="00067F21" w:rsidRDefault="001973BA">
            <w:pPr>
              <w:rPr>
                <w:rFonts w:ascii="Times New Roman" w:hAnsi="Times New Roman" w:cs="Times New Roman"/>
                <w:sz w:val="18"/>
                <w:szCs w:val="18"/>
              </w:rPr>
            </w:pPr>
            <w:r w:rsidRPr="00067F21">
              <w:rPr>
                <w:rFonts w:ascii="Times New Roman" w:hAnsi="Times New Roman" w:cs="Times New Roman"/>
                <w:b/>
                <w:sz w:val="18"/>
                <w:szCs w:val="18"/>
              </w:rPr>
              <w:t>Alacağı Toplam Hibe Tutarı</w:t>
            </w:r>
          </w:p>
        </w:tc>
        <w:tc>
          <w:tcPr>
            <w:tcW w:w="6891" w:type="dxa"/>
            <w:tcMar>
              <w:top w:w="20" w:type="dxa"/>
              <w:left w:w="40" w:type="dxa"/>
              <w:bottom w:w="20" w:type="dxa"/>
              <w:right w:w="40" w:type="dxa"/>
            </w:tcMar>
          </w:tcPr>
          <w:p w14:paraId="2D50AE52" w14:textId="77777777" w:rsidR="00D33BB1" w:rsidRPr="00067F21" w:rsidRDefault="001973BA">
            <w:pPr>
              <w:rPr>
                <w:rFonts w:ascii="Times New Roman" w:hAnsi="Times New Roman" w:cs="Times New Roman"/>
                <w:szCs w:val="16"/>
              </w:rPr>
            </w:pPr>
            <w:r w:rsidRPr="00067F21">
              <w:rPr>
                <w:rFonts w:ascii="Times New Roman" w:hAnsi="Times New Roman" w:cs="Times New Roman"/>
                <w:szCs w:val="16"/>
              </w:rPr>
              <w:t>:  ........................................................................................................................</w:t>
            </w:r>
          </w:p>
        </w:tc>
      </w:tr>
    </w:tbl>
    <w:p w14:paraId="78C6E72D" w14:textId="769B6BB7" w:rsidR="004060BA" w:rsidRPr="00067F21" w:rsidRDefault="001973BA" w:rsidP="00D334C4">
      <w:pPr>
        <w:spacing w:before="80" w:after="40"/>
        <w:jc w:val="both"/>
        <w:rPr>
          <w:rFonts w:ascii="Times New Roman" w:hAnsi="Times New Roman" w:cs="Times New Roman"/>
          <w:sz w:val="18"/>
          <w:szCs w:val="18"/>
        </w:rPr>
      </w:pPr>
      <w:r w:rsidRPr="00067F21">
        <w:rPr>
          <w:rFonts w:ascii="Times New Roman" w:hAnsi="Times New Roman" w:cs="Times New Roman"/>
          <w:noProof w:val="0"/>
          <w:sz w:val="18"/>
          <w:szCs w:val="18"/>
          <w:lang w:val="en-US"/>
        </w:rPr>
        <w:t>Ankara</w:t>
      </w:r>
      <w:r w:rsidRPr="00067F21">
        <w:rPr>
          <w:rFonts w:ascii="Times New Roman" w:hAnsi="Times New Roman" w:cs="Times New Roman"/>
          <w:sz w:val="18"/>
          <w:szCs w:val="18"/>
        </w:rPr>
        <w:t xml:space="preserve"> Bilim Üniversitesi ........................................................ Fakültesi, ........................................................ Bölümü, ................................ numaralı öğrencisiyim. 20</w:t>
      </w:r>
      <w:r w:rsidR="008F7FC8" w:rsidRPr="00067F21">
        <w:rPr>
          <w:rFonts w:ascii="Times New Roman" w:hAnsi="Times New Roman" w:cs="Times New Roman"/>
          <w:sz w:val="18"/>
          <w:szCs w:val="18"/>
        </w:rPr>
        <w:t>2.....</w:t>
      </w:r>
      <w:r w:rsidRPr="00067F21">
        <w:rPr>
          <w:rFonts w:ascii="Times New Roman" w:hAnsi="Times New Roman" w:cs="Times New Roman"/>
          <w:sz w:val="18"/>
          <w:szCs w:val="18"/>
        </w:rPr>
        <w:t>–20</w:t>
      </w:r>
      <w:r w:rsidR="008F7FC8" w:rsidRPr="00067F21">
        <w:rPr>
          <w:rFonts w:ascii="Times New Roman" w:hAnsi="Times New Roman" w:cs="Times New Roman"/>
          <w:sz w:val="18"/>
          <w:szCs w:val="18"/>
        </w:rPr>
        <w:t xml:space="preserve">2..... </w:t>
      </w:r>
      <w:r w:rsidRPr="00067F21">
        <w:rPr>
          <w:rFonts w:ascii="Times New Roman" w:hAnsi="Times New Roman" w:cs="Times New Roman"/>
          <w:sz w:val="18"/>
          <w:szCs w:val="18"/>
        </w:rPr>
        <w:t>Akademik Yılı Güz / Bahar Döneminde öğrenimime kendi isteğimle ........................................................ adlı karşı kurumda Erasmus+ Programı kapsamında devam etmeyi kabul ediyorum. Erasmus+ Programı kapsamındaki hak ve yükümlülüklerimi açıklayan Erasmus Öğrenci Beyannamesini ve Ankara Bilim Üniversitesi Erasmus+ Koordinatörlüğü tarafından yayımlanan güncel Erasmus+ Uygulama El Kitabını okumak ve incelemekle sorumlu olduğumu kabul ederim. Kabul mektubumun ulaşmasının ardından vize yazısının düzenlenmesi için gerekli belgeler ile hareketlilik öncesinde teslim edilmesi gereken aşağıdaki belgeleri tamamlamadan yurt dışına çıkmam veya hareketlilik sonrasında ülkeme dönüş tarihinden itibaren 15 gün içinde asıl belgeleri teslim etmemem hâlinde tarafıma hibe ödemesi yapılmayabileceğini ve bu konuda herhangi bir hak talebinde bulunmayacağımı kabul ve beyan ederim.</w:t>
      </w:r>
    </w:p>
    <w:p w14:paraId="15E267A5" w14:textId="6BF6DE9C" w:rsidR="00D33BB1" w:rsidRPr="00067F21" w:rsidRDefault="001973BA">
      <w:pPr>
        <w:spacing w:before="60" w:after="20"/>
        <w:rPr>
          <w:rFonts w:ascii="Times New Roman" w:hAnsi="Times New Roman" w:cs="Times New Roman"/>
          <w:szCs w:val="16"/>
        </w:rPr>
      </w:pPr>
      <w:r w:rsidRPr="00067F21">
        <w:rPr>
          <w:rFonts w:ascii="Times New Roman" w:hAnsi="Times New Roman" w:cs="Times New Roman"/>
          <w:b/>
          <w:szCs w:val="16"/>
        </w:rPr>
        <w:t>Yurt Dışına Çıkmadan Önce Teslim Edilecek Belgeler</w:t>
      </w:r>
    </w:p>
    <w:p w14:paraId="29AEEDC6"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 </w:t>
      </w:r>
      <w:r w:rsidRPr="00067F21">
        <w:rPr>
          <w:rFonts w:ascii="Times New Roman" w:hAnsi="Times New Roman" w:cs="Times New Roman"/>
          <w:szCs w:val="16"/>
        </w:rPr>
        <w:t>Kabul mektubunun fotokopisi</w:t>
      </w:r>
    </w:p>
    <w:p w14:paraId="36E48DB0"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2. </w:t>
      </w:r>
      <w:r w:rsidRPr="00067F21">
        <w:rPr>
          <w:rFonts w:ascii="Times New Roman" w:hAnsi="Times New Roman" w:cs="Times New Roman"/>
          <w:szCs w:val="16"/>
        </w:rPr>
        <w:t>Dil sertifikasının fotokopisi</w:t>
      </w:r>
    </w:p>
    <w:p w14:paraId="791C5AB9" w14:textId="246D8125"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3. </w:t>
      </w:r>
      <w:r w:rsidRPr="00067F21">
        <w:rPr>
          <w:rFonts w:ascii="Times New Roman" w:hAnsi="Times New Roman" w:cs="Times New Roman"/>
          <w:szCs w:val="16"/>
        </w:rPr>
        <w:t xml:space="preserve">Başvuru </w:t>
      </w:r>
      <w:r w:rsidR="003A6C2B" w:rsidRPr="00067F21">
        <w:rPr>
          <w:rFonts w:ascii="Times New Roman" w:hAnsi="Times New Roman" w:cs="Times New Roman"/>
          <w:szCs w:val="16"/>
        </w:rPr>
        <w:t>F</w:t>
      </w:r>
      <w:r w:rsidRPr="00067F21">
        <w:rPr>
          <w:rFonts w:ascii="Times New Roman" w:hAnsi="Times New Roman" w:cs="Times New Roman"/>
          <w:szCs w:val="16"/>
        </w:rPr>
        <w:t>ormu (turnaportal.ua.gov.tr)</w:t>
      </w:r>
    </w:p>
    <w:p w14:paraId="4FD1577A" w14:textId="5B636831"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4. </w:t>
      </w:r>
      <w:r w:rsidRPr="00067F21">
        <w:rPr>
          <w:rFonts w:ascii="Times New Roman" w:hAnsi="Times New Roman" w:cs="Times New Roman"/>
          <w:szCs w:val="16"/>
        </w:rPr>
        <w:t xml:space="preserve">Öğrenci </w:t>
      </w:r>
      <w:r w:rsidR="003A6C2B" w:rsidRPr="00067F21">
        <w:rPr>
          <w:rFonts w:ascii="Times New Roman" w:hAnsi="Times New Roman" w:cs="Times New Roman"/>
          <w:szCs w:val="16"/>
        </w:rPr>
        <w:t>T</w:t>
      </w:r>
      <w:r w:rsidRPr="00067F21">
        <w:rPr>
          <w:rFonts w:ascii="Times New Roman" w:hAnsi="Times New Roman" w:cs="Times New Roman"/>
          <w:szCs w:val="16"/>
        </w:rPr>
        <w:t>aahhütnamesi (*)</w:t>
      </w:r>
    </w:p>
    <w:p w14:paraId="2D15CF4B" w14:textId="5520B9C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5. </w:t>
      </w:r>
      <w:r w:rsidRPr="00067F21">
        <w:rPr>
          <w:rFonts w:ascii="Times New Roman" w:hAnsi="Times New Roman" w:cs="Times New Roman"/>
          <w:szCs w:val="16"/>
        </w:rPr>
        <w:t xml:space="preserve">Öğrenim Anlaşması/Online Learning Agreement (OLA): </w:t>
      </w:r>
      <w:r w:rsidR="004060BA" w:rsidRPr="00067F21">
        <w:rPr>
          <w:rFonts w:ascii="Times New Roman" w:hAnsi="Times New Roman" w:cs="Times New Roman"/>
          <w:szCs w:val="16"/>
        </w:rPr>
        <w:t>Ö</w:t>
      </w:r>
      <w:r w:rsidRPr="00067F21">
        <w:rPr>
          <w:rFonts w:ascii="Times New Roman" w:hAnsi="Times New Roman" w:cs="Times New Roman"/>
          <w:szCs w:val="16"/>
        </w:rPr>
        <w:t xml:space="preserve">ğrenci, Erasmus+ </w:t>
      </w:r>
      <w:r w:rsidR="004060BA" w:rsidRPr="00067F21">
        <w:rPr>
          <w:rFonts w:ascii="Times New Roman" w:hAnsi="Times New Roman" w:cs="Times New Roman"/>
          <w:szCs w:val="16"/>
        </w:rPr>
        <w:t>b</w:t>
      </w:r>
      <w:r w:rsidRPr="00067F21">
        <w:rPr>
          <w:rFonts w:ascii="Times New Roman" w:hAnsi="Times New Roman" w:cs="Times New Roman"/>
          <w:szCs w:val="16"/>
        </w:rPr>
        <w:t xml:space="preserve">ölüm </w:t>
      </w:r>
      <w:r w:rsidR="004060BA" w:rsidRPr="00067F21">
        <w:rPr>
          <w:rFonts w:ascii="Times New Roman" w:hAnsi="Times New Roman" w:cs="Times New Roman"/>
          <w:szCs w:val="16"/>
        </w:rPr>
        <w:t>k</w:t>
      </w:r>
      <w:r w:rsidRPr="00067F21">
        <w:rPr>
          <w:rFonts w:ascii="Times New Roman" w:hAnsi="Times New Roman" w:cs="Times New Roman"/>
          <w:szCs w:val="16"/>
        </w:rPr>
        <w:t>oordinatörü ve karşı kurum tarafından imzalanmış olmalıdır.</w:t>
      </w:r>
    </w:p>
    <w:p w14:paraId="38BE4045"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6. </w:t>
      </w:r>
      <w:r w:rsidRPr="00067F21">
        <w:rPr>
          <w:rFonts w:ascii="Times New Roman" w:hAnsi="Times New Roman" w:cs="Times New Roman"/>
          <w:szCs w:val="16"/>
        </w:rPr>
        <w:t>Avro hesabına ait banka hesap bilgisi veya dekontu</w:t>
      </w:r>
    </w:p>
    <w:p w14:paraId="75B4709A"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7. </w:t>
      </w:r>
      <w:r w:rsidRPr="00067F21">
        <w:rPr>
          <w:rFonts w:ascii="Times New Roman" w:hAnsi="Times New Roman" w:cs="Times New Roman"/>
          <w:szCs w:val="16"/>
        </w:rPr>
        <w:t>Öğrenci Hibe Sözleşmesi: Kurum Koordinatörü ve öğrenci tarafından imzalanmış olmalıdır. (*)</w:t>
      </w:r>
    </w:p>
    <w:p w14:paraId="2650C679"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8. </w:t>
      </w:r>
      <w:r w:rsidRPr="00067F21">
        <w:rPr>
          <w:rFonts w:ascii="Times New Roman" w:hAnsi="Times New Roman" w:cs="Times New Roman"/>
          <w:szCs w:val="16"/>
        </w:rPr>
        <w:t>Sağlık sigortasının fotokopisi</w:t>
      </w:r>
    </w:p>
    <w:p w14:paraId="03DAD379"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9. </w:t>
      </w:r>
      <w:r w:rsidRPr="00067F21">
        <w:rPr>
          <w:rFonts w:ascii="Times New Roman" w:hAnsi="Times New Roman" w:cs="Times New Roman"/>
          <w:szCs w:val="16"/>
        </w:rPr>
        <w:t>Pasaport ve vize fotokopisi</w:t>
      </w:r>
    </w:p>
    <w:p w14:paraId="7CEF6F51" w14:textId="280CB3B1"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10. </w:t>
      </w:r>
      <w:r w:rsidRPr="00067F21">
        <w:rPr>
          <w:rFonts w:ascii="Times New Roman" w:hAnsi="Times New Roman" w:cs="Times New Roman"/>
          <w:szCs w:val="16"/>
        </w:rPr>
        <w:t>OLS/ilk sınav sonucu (varsa)</w:t>
      </w:r>
    </w:p>
    <w:p w14:paraId="74865388" w14:textId="77777777" w:rsidR="00D334C4" w:rsidRPr="00067F21" w:rsidRDefault="001973BA" w:rsidP="00D334C4">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11. </w:t>
      </w:r>
      <w:r w:rsidR="00D334C4" w:rsidRPr="00067F21">
        <w:rPr>
          <w:rFonts w:ascii="Times New Roman" w:hAnsi="Times New Roman" w:cs="Times New Roman"/>
          <w:szCs w:val="16"/>
        </w:rPr>
        <w:t>Akademik Tanınma Formu(Gidiş)</w:t>
      </w:r>
    </w:p>
    <w:p w14:paraId="5C69D03C" w14:textId="603F84C9" w:rsidR="00D33BB1" w:rsidRPr="00067F21" w:rsidRDefault="001973BA" w:rsidP="00D334C4">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Yurt Dışından Döndükten Sonra Teslim Edilecek Belgeler</w:t>
      </w:r>
    </w:p>
    <w:p w14:paraId="62666E27"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12. </w:t>
      </w:r>
      <w:r w:rsidRPr="00067F21">
        <w:rPr>
          <w:rFonts w:ascii="Times New Roman" w:hAnsi="Times New Roman" w:cs="Times New Roman"/>
          <w:szCs w:val="16"/>
        </w:rPr>
        <w:t>Varış Belgesi (varsa)</w:t>
      </w:r>
    </w:p>
    <w:p w14:paraId="0E9CBEA4" w14:textId="2F0C703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13. </w:t>
      </w:r>
      <w:r w:rsidRPr="00067F21">
        <w:rPr>
          <w:rFonts w:ascii="Times New Roman" w:hAnsi="Times New Roman" w:cs="Times New Roman"/>
          <w:szCs w:val="16"/>
        </w:rPr>
        <w:t xml:space="preserve">During the Mobility (OLA) belgesi (varsa): </w:t>
      </w:r>
      <w:r w:rsidR="003A6C2B" w:rsidRPr="00067F21">
        <w:rPr>
          <w:rFonts w:ascii="Times New Roman" w:hAnsi="Times New Roman" w:cs="Times New Roman"/>
          <w:szCs w:val="16"/>
        </w:rPr>
        <w:t>Ö</w:t>
      </w:r>
      <w:r w:rsidRPr="00067F21">
        <w:rPr>
          <w:rFonts w:ascii="Times New Roman" w:hAnsi="Times New Roman" w:cs="Times New Roman"/>
          <w:szCs w:val="16"/>
        </w:rPr>
        <w:t>ğrenci, Erasmus+ bölüm koordinatörü ve karşı kurum tarafından imzalanmış olmalıdır. (*)</w:t>
      </w:r>
    </w:p>
    <w:p w14:paraId="2E4A3F58" w14:textId="4ACBAAFD"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14. </w:t>
      </w:r>
      <w:r w:rsidRPr="00067F21">
        <w:rPr>
          <w:rFonts w:ascii="Times New Roman" w:hAnsi="Times New Roman" w:cs="Times New Roman"/>
          <w:szCs w:val="16"/>
        </w:rPr>
        <w:t>Transkript</w:t>
      </w:r>
    </w:p>
    <w:p w14:paraId="716CDB6C" w14:textId="0DC20D79"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15. </w:t>
      </w:r>
      <w:r w:rsidRPr="00067F21">
        <w:rPr>
          <w:rFonts w:ascii="Times New Roman" w:hAnsi="Times New Roman" w:cs="Times New Roman"/>
          <w:szCs w:val="16"/>
        </w:rPr>
        <w:t xml:space="preserve">Katılım </w:t>
      </w:r>
      <w:r w:rsidR="003A6C2B" w:rsidRPr="00067F21">
        <w:rPr>
          <w:rFonts w:ascii="Times New Roman" w:hAnsi="Times New Roman" w:cs="Times New Roman"/>
          <w:szCs w:val="16"/>
        </w:rPr>
        <w:t>B</w:t>
      </w:r>
      <w:r w:rsidRPr="00067F21">
        <w:rPr>
          <w:rFonts w:ascii="Times New Roman" w:hAnsi="Times New Roman" w:cs="Times New Roman"/>
          <w:szCs w:val="16"/>
        </w:rPr>
        <w:t>elgesi (*)</w:t>
      </w:r>
    </w:p>
    <w:p w14:paraId="782AB0DF"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16. </w:t>
      </w:r>
      <w:r w:rsidRPr="00067F21">
        <w:rPr>
          <w:rFonts w:ascii="Times New Roman" w:hAnsi="Times New Roman" w:cs="Times New Roman"/>
          <w:szCs w:val="16"/>
        </w:rPr>
        <w:t>e-Devlet üzerinden alınan yurda giriş-çıkış belgesi</w:t>
      </w:r>
    </w:p>
    <w:p w14:paraId="18D057C5" w14:textId="77777777"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17. </w:t>
      </w:r>
      <w:r w:rsidRPr="00067F21">
        <w:rPr>
          <w:rFonts w:ascii="Times New Roman" w:hAnsi="Times New Roman" w:cs="Times New Roman"/>
          <w:szCs w:val="16"/>
        </w:rPr>
        <w:t>Beneficiary Module (EU Survey)</w:t>
      </w:r>
    </w:p>
    <w:p w14:paraId="0BC3E4AE" w14:textId="1DA3422A" w:rsidR="00D33BB1" w:rsidRPr="00067F21" w:rsidRDefault="001973BA">
      <w:pPr>
        <w:spacing w:line="221" w:lineRule="auto"/>
        <w:ind w:left="57" w:hanging="57"/>
        <w:rPr>
          <w:rFonts w:ascii="Times New Roman" w:hAnsi="Times New Roman" w:cs="Times New Roman"/>
          <w:szCs w:val="16"/>
        </w:rPr>
      </w:pPr>
      <w:r w:rsidRPr="00067F21">
        <w:rPr>
          <w:rFonts w:ascii="Times New Roman" w:hAnsi="Times New Roman" w:cs="Times New Roman"/>
          <w:b/>
          <w:szCs w:val="16"/>
        </w:rPr>
        <w:t xml:space="preserve">18. </w:t>
      </w:r>
      <w:r w:rsidRPr="00067F21">
        <w:rPr>
          <w:rFonts w:ascii="Times New Roman" w:hAnsi="Times New Roman" w:cs="Times New Roman"/>
          <w:szCs w:val="16"/>
        </w:rPr>
        <w:t>Öğrenci Rapor Formu/</w:t>
      </w:r>
      <w:r w:rsidR="003A6C2B" w:rsidRPr="00067F21">
        <w:rPr>
          <w:rFonts w:ascii="Times New Roman" w:hAnsi="Times New Roman" w:cs="Times New Roman"/>
          <w:szCs w:val="16"/>
        </w:rPr>
        <w:t>ö</w:t>
      </w:r>
      <w:r w:rsidRPr="00067F21">
        <w:rPr>
          <w:rFonts w:ascii="Times New Roman" w:hAnsi="Times New Roman" w:cs="Times New Roman"/>
          <w:szCs w:val="16"/>
        </w:rPr>
        <w:t xml:space="preserve">ğrenci </w:t>
      </w:r>
      <w:r w:rsidR="003A6C2B" w:rsidRPr="00067F21">
        <w:rPr>
          <w:rFonts w:ascii="Times New Roman" w:hAnsi="Times New Roman" w:cs="Times New Roman"/>
          <w:szCs w:val="16"/>
        </w:rPr>
        <w:t>sosyal medya paylaşımı</w:t>
      </w:r>
    </w:p>
    <w:p w14:paraId="64F35B12" w14:textId="3C59044E" w:rsidR="004060BA" w:rsidRPr="00067F21" w:rsidRDefault="001973BA" w:rsidP="00D334C4">
      <w:pPr>
        <w:spacing w:line="221" w:lineRule="auto"/>
        <w:ind w:left="57" w:hanging="57"/>
        <w:rPr>
          <w:rFonts w:ascii="Times New Roman" w:hAnsi="Times New Roman" w:cs="Times New Roman"/>
        </w:rPr>
      </w:pPr>
      <w:r w:rsidRPr="00067F21">
        <w:rPr>
          <w:rFonts w:ascii="Times New Roman" w:hAnsi="Times New Roman" w:cs="Times New Roman"/>
          <w:b/>
          <w:szCs w:val="16"/>
        </w:rPr>
        <w:t xml:space="preserve">19. </w:t>
      </w:r>
      <w:r w:rsidR="00D334C4" w:rsidRPr="00067F21">
        <w:rPr>
          <w:rFonts w:ascii="Times New Roman" w:hAnsi="Times New Roman" w:cs="Times New Roman"/>
          <w:szCs w:val="16"/>
        </w:rPr>
        <w:t>Akademik Tanınma Formu(Dönüş)</w:t>
      </w:r>
    </w:p>
    <w:p w14:paraId="1E375DC1" w14:textId="58F61998" w:rsidR="00D408C4" w:rsidRPr="00067F21" w:rsidRDefault="00D408C4" w:rsidP="00D408C4">
      <w:pPr>
        <w:spacing w:before="60" w:after="40"/>
        <w:jc w:val="both"/>
        <w:rPr>
          <w:rFonts w:ascii="Times New Roman" w:hAnsi="Times New Roman" w:cs="Times New Roman"/>
          <w:bCs/>
          <w:sz w:val="18"/>
          <w:szCs w:val="18"/>
        </w:rPr>
      </w:pPr>
      <w:r w:rsidRPr="00067F21">
        <w:rPr>
          <w:rFonts w:ascii="Times New Roman" w:hAnsi="Times New Roman" w:cs="Times New Roman"/>
          <w:bCs/>
          <w:sz w:val="18"/>
          <w:szCs w:val="18"/>
        </w:rPr>
        <w:t>Yukarıda istenen belgeleri zamanında teslim etmediğim ya da borçlu olduğum takdirde ödenen hibelerin 6183 sayılı Amme Alacakları Kanunu esasına göre tahsis olunacağı hususunda tarafıma bilgi verilmiştir. …………………. Baş Konsolosluğu’nda yaşanılan vize probleminden ötürü yeşil pasaportumla Erasmus+ kapsamında Öğrenci Öğrenim Hareketliliği Programı’na katılacağımı beyan ederim. Program süresince vize sorunları, ülkeye giriş veya çıkış engelleri ya da sınır dışı edilme gibi durumlardan kaynaklanacak her türlü hukuki, cezai ve maddi-manevi sorumluluğu kabul ediyorum. Bu bağlamda, ilgili ülkenin vize veya sınır politikalarından kaynaklanan herhangi bir sorunda Erasmus+ hibemi iade edeceğimi taahhüt ederim. Bu bağlamda doğacak cezai, hukuki veya maddi-manevi her türlü yükümlülükleri kabul ediyorum. Bu yüklenme senedinden doğacak borçlar için Ankara Bilim Üniversitesi'nin resmi kayıt ve defterleri muteber ve makbul olup; Hukuk Muhakemeleri Kanunu (HMK) 193. Maddesi gereğince esas ve kesin delil olarak kabul edilip ve başkaca sübut deliller aranmayacaktır. İşbu yüklenme senedinin tatbikatından doğacak bilcümle ihtilaflar halinde Ankara Mahkemeleri ve Icra Daireleri yetkili kılınmıştır. Bu yüklenme senedi ile ilgili ihtilaflarda bana yapılacak tebligat için açık adresimdeki değişiklikleri iadeli taahhütlü mektupla Ankara Bilim Üniversitesi’ne derhal bildirmeyi, bildirmediğim takdirde yukarıdaki adrese çıkarılacak tebligatın bile tebliğ iade edilmesi halinde dahi tebligatın şahsıma yapılmış olacağını kabul ve beyan ederim.</w:t>
      </w:r>
    </w:p>
    <w:p w14:paraId="562448F8" w14:textId="2202EB36" w:rsidR="00067F21" w:rsidRPr="00067F21" w:rsidRDefault="00067F21" w:rsidP="00067F21">
      <w:pPr>
        <w:spacing w:before="60" w:after="40"/>
        <w:jc w:val="both"/>
        <w:rPr>
          <w:rFonts w:ascii="Times New Roman" w:hAnsi="Times New Roman" w:cs="Times New Roman"/>
          <w:b/>
          <w:sz w:val="18"/>
          <w:szCs w:val="18"/>
        </w:rPr>
      </w:pPr>
      <w:r w:rsidRPr="00067F21">
        <w:rPr>
          <w:rFonts w:ascii="Times New Roman" w:hAnsi="Times New Roman" w:cs="Times New Roman"/>
          <w:b/>
          <w:sz w:val="18"/>
          <w:szCs w:val="18"/>
        </w:rPr>
        <w:t>Öğrencinin hareketliliğini tamamlayıp belgelerini teslim etmesinin ardından borçlu olduğunun tespit edilmesi durumunda, borç tutarını 45 gün içinde ödememesi hâlinde avans tutarı üzerinden değişir oranlı yasal faiz uygulanır. Borçlu olunan hibe tutarı kişi borcuna alınır; yasal süreç başlatılarak dosya Hukuk Müşavirliğine aktarılır.</w:t>
      </w:r>
    </w:p>
    <w:tbl>
      <w:tblPr>
        <w:tblW w:w="0" w:type="auto"/>
        <w:jc w:val="center"/>
        <w:tblBorders>
          <w:top w:val="single" w:sz="7" w:space="0" w:color="6F6F6F"/>
          <w:left w:val="single" w:sz="7" w:space="0" w:color="6F6F6F"/>
          <w:bottom w:val="single" w:sz="7" w:space="0" w:color="6F6F6F"/>
          <w:right w:val="single" w:sz="7" w:space="0" w:color="6F6F6F"/>
          <w:insideH w:val="single" w:sz="7" w:space="0" w:color="6F6F6F"/>
          <w:insideV w:val="single" w:sz="7" w:space="0" w:color="6F6F6F"/>
        </w:tblBorders>
        <w:tblLook w:val="04A0" w:firstRow="1" w:lastRow="0" w:firstColumn="1" w:lastColumn="0" w:noHBand="0" w:noVBand="1"/>
      </w:tblPr>
      <w:tblGrid>
        <w:gridCol w:w="5326"/>
        <w:gridCol w:w="5326"/>
      </w:tblGrid>
      <w:tr w:rsidR="00D334C4" w:rsidRPr="00067F21" w14:paraId="57F7077D" w14:textId="77777777" w:rsidTr="006A7C98">
        <w:trPr>
          <w:jc w:val="center"/>
        </w:trPr>
        <w:tc>
          <w:tcPr>
            <w:tcW w:w="5131" w:type="dxa"/>
            <w:shd w:val="clear" w:color="auto" w:fill="E9EEF6"/>
            <w:tcMar>
              <w:top w:w="100" w:type="dxa"/>
              <w:left w:w="100" w:type="dxa"/>
              <w:bottom w:w="100" w:type="dxa"/>
              <w:right w:w="100" w:type="dxa"/>
            </w:tcMar>
          </w:tcPr>
          <w:p w14:paraId="3F29D705" w14:textId="77777777" w:rsidR="00D334C4" w:rsidRPr="00067F21" w:rsidRDefault="00D334C4" w:rsidP="006A7C98">
            <w:pPr>
              <w:jc w:val="center"/>
              <w:rPr>
                <w:rFonts w:ascii="Times New Roman" w:hAnsi="Times New Roman" w:cs="Times New Roman"/>
              </w:rPr>
            </w:pPr>
            <w:r w:rsidRPr="00067F21">
              <w:rPr>
                <w:rFonts w:ascii="Times New Roman" w:hAnsi="Times New Roman" w:cs="Times New Roman"/>
                <w:b/>
                <w:sz w:val="18"/>
              </w:rPr>
              <w:t>Tebliğ Eden</w:t>
            </w:r>
          </w:p>
        </w:tc>
        <w:tc>
          <w:tcPr>
            <w:tcW w:w="5131" w:type="dxa"/>
            <w:shd w:val="clear" w:color="auto" w:fill="E9EEF6"/>
            <w:tcMar>
              <w:top w:w="100" w:type="dxa"/>
              <w:left w:w="100" w:type="dxa"/>
              <w:bottom w:w="100" w:type="dxa"/>
              <w:right w:w="100" w:type="dxa"/>
            </w:tcMar>
          </w:tcPr>
          <w:p w14:paraId="432AB1E2" w14:textId="77777777" w:rsidR="00D334C4" w:rsidRPr="00067F21" w:rsidRDefault="00D334C4" w:rsidP="006A7C98">
            <w:pPr>
              <w:jc w:val="center"/>
              <w:rPr>
                <w:rFonts w:ascii="Times New Roman" w:hAnsi="Times New Roman" w:cs="Times New Roman"/>
              </w:rPr>
            </w:pPr>
            <w:r w:rsidRPr="00067F21">
              <w:rPr>
                <w:rFonts w:ascii="Times New Roman" w:hAnsi="Times New Roman" w:cs="Times New Roman"/>
                <w:b/>
                <w:sz w:val="18"/>
              </w:rPr>
              <w:t>Tebellüğ Eden</w:t>
            </w:r>
          </w:p>
        </w:tc>
      </w:tr>
      <w:tr w:rsidR="00D334C4" w:rsidRPr="00067F21" w14:paraId="58A24333" w14:textId="77777777" w:rsidTr="006A7C98">
        <w:trPr>
          <w:jc w:val="center"/>
        </w:trPr>
        <w:tc>
          <w:tcPr>
            <w:tcW w:w="5326" w:type="dxa"/>
            <w:tcMar>
              <w:top w:w="90" w:type="dxa"/>
              <w:left w:w="100" w:type="dxa"/>
              <w:bottom w:w="90" w:type="dxa"/>
              <w:right w:w="100" w:type="dxa"/>
            </w:tcMar>
          </w:tcPr>
          <w:p w14:paraId="3AE71ED4"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Adı Soyadı:</w:t>
            </w:r>
            <w:r w:rsidRPr="00067F21">
              <w:rPr>
                <w:rFonts w:ascii="Times New Roman" w:hAnsi="Times New Roman" w:cs="Times New Roman"/>
                <w:sz w:val="18"/>
              </w:rPr>
              <w:br/>
            </w:r>
          </w:p>
        </w:tc>
        <w:tc>
          <w:tcPr>
            <w:tcW w:w="5326" w:type="dxa"/>
            <w:tcMar>
              <w:top w:w="90" w:type="dxa"/>
              <w:left w:w="100" w:type="dxa"/>
              <w:bottom w:w="90" w:type="dxa"/>
              <w:right w:w="100" w:type="dxa"/>
            </w:tcMar>
          </w:tcPr>
          <w:p w14:paraId="4F966B61"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Adı Soyadı:</w:t>
            </w:r>
            <w:r w:rsidRPr="00067F21">
              <w:rPr>
                <w:rFonts w:ascii="Times New Roman" w:hAnsi="Times New Roman" w:cs="Times New Roman"/>
                <w:sz w:val="18"/>
              </w:rPr>
              <w:br/>
            </w:r>
          </w:p>
        </w:tc>
      </w:tr>
      <w:tr w:rsidR="00D334C4" w:rsidRPr="00067F21" w14:paraId="6CECD908" w14:textId="77777777" w:rsidTr="006A7C98">
        <w:trPr>
          <w:jc w:val="center"/>
        </w:trPr>
        <w:tc>
          <w:tcPr>
            <w:tcW w:w="5326" w:type="dxa"/>
            <w:tcMar>
              <w:top w:w="90" w:type="dxa"/>
              <w:left w:w="100" w:type="dxa"/>
              <w:bottom w:w="90" w:type="dxa"/>
              <w:right w:w="100" w:type="dxa"/>
            </w:tcMar>
          </w:tcPr>
          <w:p w14:paraId="63F8E8F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Tarih:</w:t>
            </w:r>
            <w:r w:rsidRPr="00067F21">
              <w:rPr>
                <w:rFonts w:ascii="Times New Roman" w:hAnsi="Times New Roman" w:cs="Times New Roman"/>
                <w:sz w:val="18"/>
              </w:rPr>
              <w:br/>
            </w:r>
          </w:p>
        </w:tc>
        <w:tc>
          <w:tcPr>
            <w:tcW w:w="5326" w:type="dxa"/>
            <w:tcMar>
              <w:top w:w="90" w:type="dxa"/>
              <w:left w:w="100" w:type="dxa"/>
              <w:bottom w:w="90" w:type="dxa"/>
              <w:right w:w="100" w:type="dxa"/>
            </w:tcMar>
          </w:tcPr>
          <w:p w14:paraId="5F0F66E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Tarih:</w:t>
            </w:r>
            <w:r w:rsidRPr="00067F21">
              <w:rPr>
                <w:rFonts w:ascii="Times New Roman" w:hAnsi="Times New Roman" w:cs="Times New Roman"/>
                <w:sz w:val="18"/>
              </w:rPr>
              <w:br/>
            </w:r>
          </w:p>
        </w:tc>
      </w:tr>
      <w:tr w:rsidR="00D334C4" w:rsidRPr="00067F21" w14:paraId="23FCBE42" w14:textId="77777777" w:rsidTr="006A7C98">
        <w:trPr>
          <w:jc w:val="center"/>
        </w:trPr>
        <w:tc>
          <w:tcPr>
            <w:tcW w:w="5326" w:type="dxa"/>
            <w:tcMar>
              <w:top w:w="90" w:type="dxa"/>
              <w:left w:w="100" w:type="dxa"/>
              <w:bottom w:w="90" w:type="dxa"/>
              <w:right w:w="100" w:type="dxa"/>
            </w:tcMar>
          </w:tcPr>
          <w:p w14:paraId="554EEB8F"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İmza:</w:t>
            </w:r>
            <w:r w:rsidRPr="00067F21">
              <w:rPr>
                <w:rFonts w:ascii="Times New Roman" w:hAnsi="Times New Roman" w:cs="Times New Roman"/>
                <w:sz w:val="18"/>
              </w:rPr>
              <w:br/>
            </w:r>
          </w:p>
        </w:tc>
        <w:tc>
          <w:tcPr>
            <w:tcW w:w="5326" w:type="dxa"/>
            <w:tcMar>
              <w:top w:w="90" w:type="dxa"/>
              <w:left w:w="100" w:type="dxa"/>
              <w:bottom w:w="90" w:type="dxa"/>
              <w:right w:w="100" w:type="dxa"/>
            </w:tcMar>
          </w:tcPr>
          <w:p w14:paraId="4FAFBD44" w14:textId="77777777" w:rsidR="00D334C4" w:rsidRPr="00067F21" w:rsidRDefault="00D334C4" w:rsidP="006A7C98">
            <w:pPr>
              <w:rPr>
                <w:rFonts w:ascii="Times New Roman" w:hAnsi="Times New Roman" w:cs="Times New Roman"/>
              </w:rPr>
            </w:pPr>
            <w:r w:rsidRPr="00067F21">
              <w:rPr>
                <w:rFonts w:ascii="Times New Roman" w:hAnsi="Times New Roman" w:cs="Times New Roman"/>
                <w:b/>
                <w:sz w:val="18"/>
              </w:rPr>
              <w:t>İmza:</w:t>
            </w:r>
            <w:r w:rsidRPr="00067F21">
              <w:rPr>
                <w:rFonts w:ascii="Times New Roman" w:hAnsi="Times New Roman" w:cs="Times New Roman"/>
                <w:sz w:val="18"/>
              </w:rPr>
              <w:br/>
            </w:r>
          </w:p>
        </w:tc>
      </w:tr>
    </w:tbl>
    <w:p w14:paraId="391B3AB6" w14:textId="0A22C81F" w:rsidR="00D334C4" w:rsidRPr="00067F21" w:rsidRDefault="00D334C4" w:rsidP="00D334C4">
      <w:pPr>
        <w:tabs>
          <w:tab w:val="left" w:pos="7180"/>
        </w:tabs>
        <w:rPr>
          <w:rFonts w:ascii="Times New Roman" w:hAnsi="Times New Roman" w:cs="Times New Roman"/>
          <w:szCs w:val="16"/>
        </w:rPr>
      </w:pPr>
    </w:p>
    <w:sectPr w:rsidR="00D334C4" w:rsidRPr="00067F21" w:rsidSect="00D334C4">
      <w:headerReference w:type="default" r:id="rId8"/>
      <w:footerReference w:type="default" r:id="rId9"/>
      <w:pgSz w:w="12240" w:h="15840"/>
      <w:pgMar w:top="480" w:right="560" w:bottom="480" w:left="560" w:header="283"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D617" w14:textId="77777777" w:rsidR="009A60F9" w:rsidRDefault="009A60F9">
      <w:r>
        <w:separator/>
      </w:r>
    </w:p>
  </w:endnote>
  <w:endnote w:type="continuationSeparator" w:id="0">
    <w:p w14:paraId="060976B4" w14:textId="77777777" w:rsidR="009A60F9" w:rsidRDefault="009A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EE93" w14:textId="77777777" w:rsidR="00D334C4" w:rsidRPr="00AF60B3" w:rsidRDefault="00D334C4" w:rsidP="00D334C4">
    <w:pPr>
      <w:pStyle w:val="AltBilgi"/>
      <w:jc w:val="center"/>
      <w:rPr>
        <w:szCs w:val="16"/>
      </w:rPr>
    </w:pPr>
    <w:r w:rsidRPr="00AF60B3">
      <w:rPr>
        <w:szCs w:val="16"/>
      </w:rPr>
      <w:t xml:space="preserve">Şehit Gönenç Caddesi Maltepe Mah.No:5 Çankaya Ankara  İletişim :444 22 28 </w:t>
    </w:r>
    <w:hyperlink r:id="rId1" w:history="1">
      <w:r w:rsidRPr="00AF60B3">
        <w:rPr>
          <w:rStyle w:val="Kpr"/>
          <w:color w:val="auto"/>
          <w:szCs w:val="16"/>
        </w:rPr>
        <w:t>www.ankarabilim.edu.tr</w:t>
      </w:r>
    </w:hyperlink>
  </w:p>
  <w:p w14:paraId="480E95DB" w14:textId="0E5EAA38" w:rsidR="00D33BB1" w:rsidRPr="00D334C4" w:rsidRDefault="00D33BB1" w:rsidP="00D334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1EEF" w14:textId="77777777" w:rsidR="009A60F9" w:rsidRDefault="009A60F9">
      <w:r>
        <w:separator/>
      </w:r>
    </w:p>
  </w:footnote>
  <w:footnote w:type="continuationSeparator" w:id="0">
    <w:p w14:paraId="71848E09" w14:textId="77777777" w:rsidR="009A60F9" w:rsidRDefault="009A6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B9D1" w14:textId="20417002" w:rsidR="00697EB0" w:rsidRDefault="00D334C4" w:rsidP="00D334C4">
    <w:pPr>
      <w:pStyle w:val="stBilgi"/>
      <w:jc w:val="center"/>
    </w:pPr>
    <w:r>
      <w:drawing>
        <wp:inline distT="0" distB="0" distL="0" distR="0" wp14:anchorId="0972C735" wp14:editId="135104DD">
          <wp:extent cx="1518285" cy="255905"/>
          <wp:effectExtent l="0" t="0" r="5715" b="0"/>
          <wp:docPr id="158945626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2559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10535641">
    <w:abstractNumId w:val="8"/>
  </w:num>
  <w:num w:numId="2" w16cid:durableId="751777603">
    <w:abstractNumId w:val="6"/>
  </w:num>
  <w:num w:numId="3" w16cid:durableId="1753312334">
    <w:abstractNumId w:val="5"/>
  </w:num>
  <w:num w:numId="4" w16cid:durableId="2004354618">
    <w:abstractNumId w:val="4"/>
  </w:num>
  <w:num w:numId="5" w16cid:durableId="316804923">
    <w:abstractNumId w:val="7"/>
  </w:num>
  <w:num w:numId="6" w16cid:durableId="1959024074">
    <w:abstractNumId w:val="3"/>
  </w:num>
  <w:num w:numId="7" w16cid:durableId="198399965">
    <w:abstractNumId w:val="2"/>
  </w:num>
  <w:num w:numId="8" w16cid:durableId="57095850">
    <w:abstractNumId w:val="1"/>
  </w:num>
  <w:num w:numId="9" w16cid:durableId="497159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F21"/>
    <w:rsid w:val="00072192"/>
    <w:rsid w:val="000A0EA5"/>
    <w:rsid w:val="000B0B87"/>
    <w:rsid w:val="0015074B"/>
    <w:rsid w:val="001973BA"/>
    <w:rsid w:val="0029639D"/>
    <w:rsid w:val="002B4841"/>
    <w:rsid w:val="002B6075"/>
    <w:rsid w:val="00326F90"/>
    <w:rsid w:val="0038097E"/>
    <w:rsid w:val="003A6C2B"/>
    <w:rsid w:val="003F67F2"/>
    <w:rsid w:val="004060BA"/>
    <w:rsid w:val="00534C4D"/>
    <w:rsid w:val="00564545"/>
    <w:rsid w:val="00580A5A"/>
    <w:rsid w:val="00697EB0"/>
    <w:rsid w:val="00714AFB"/>
    <w:rsid w:val="0076488F"/>
    <w:rsid w:val="007C6AEC"/>
    <w:rsid w:val="00810C63"/>
    <w:rsid w:val="008252FD"/>
    <w:rsid w:val="008372A1"/>
    <w:rsid w:val="00875D56"/>
    <w:rsid w:val="008C4AED"/>
    <w:rsid w:val="008F7FC8"/>
    <w:rsid w:val="009426D2"/>
    <w:rsid w:val="009A60F9"/>
    <w:rsid w:val="009C3C0B"/>
    <w:rsid w:val="00A153B2"/>
    <w:rsid w:val="00A4182D"/>
    <w:rsid w:val="00AA1D8D"/>
    <w:rsid w:val="00B47730"/>
    <w:rsid w:val="00B775AA"/>
    <w:rsid w:val="00C56A70"/>
    <w:rsid w:val="00CB0664"/>
    <w:rsid w:val="00CE3E10"/>
    <w:rsid w:val="00D334C4"/>
    <w:rsid w:val="00D33BB1"/>
    <w:rsid w:val="00D408C4"/>
    <w:rsid w:val="00E40B09"/>
    <w:rsid w:val="00EB3CC6"/>
    <w:rsid w:val="00ED05E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D58E4"/>
  <w14:defaultImageDpi w14:val="300"/>
  <w15:docId w15:val="{422CF7F6-B57F-AB45-921B-7B6950D7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noProof/>
      <w:sz w:val="16"/>
      <w:lang w:val="tr-TR"/>
    </w:rPr>
  </w:style>
  <w:style w:type="paragraph" w:styleId="Balk1">
    <w:name w:val="heading 1"/>
    <w:basedOn w:val="Normal"/>
    <w:next w:val="Normal"/>
    <w:link w:val="Balk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Style10">
    <w:name w:val="ParagraphStyle10"/>
    <w:hidden/>
    <w:rsid w:val="00D408C4"/>
    <w:pPr>
      <w:spacing w:after="0" w:line="240" w:lineRule="auto"/>
    </w:pPr>
    <w:rPr>
      <w:rFonts w:ascii="Calibri" w:eastAsia="Calibri" w:hAnsi="Calibri" w:cs="Calibri"/>
      <w:szCs w:val="20"/>
      <w:lang w:val="tr-TR" w:eastAsia="tr-TR"/>
    </w:rPr>
  </w:style>
  <w:style w:type="character" w:customStyle="1" w:styleId="CharacterStyle8">
    <w:name w:val="CharacterStyle8"/>
    <w:hidden/>
    <w:rsid w:val="00D408C4"/>
    <w:rPr>
      <w:rFonts w:ascii="Times New Roman" w:eastAsia="Times New Roman" w:hAnsi="Times New Roman" w:cs="Times New Roman"/>
      <w:b/>
      <w:i w:val="0"/>
      <w:strike w:val="0"/>
      <w:noProof/>
      <w:color w:val="000000"/>
      <w:sz w:val="18"/>
      <w:szCs w:val="18"/>
      <w:u w:val="single"/>
    </w:rPr>
  </w:style>
  <w:style w:type="character" w:styleId="Kpr">
    <w:name w:val="Hyperlink"/>
    <w:basedOn w:val="VarsaylanParagrafYazTipi"/>
    <w:uiPriority w:val="99"/>
    <w:unhideWhenUsed/>
    <w:rsid w:val="00D334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karabilim.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832</Words>
  <Characters>4747</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Ankara Bilim Üniversitesi Erasmus+ Öğrenci Taahhütnamesi</vt:lpstr>
      <vt:lpstr/>
    </vt:vector>
  </TitlesOfParts>
  <Manager/>
  <Company/>
  <LinksUpToDate>false</LinksUpToDate>
  <CharactersWithSpaces>5568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Bilim Üniversitesi Erasmus+ Öğrenci Taahhütnamesi</dc:title>
  <dc:subject>Kurumsal ve düzenlenebilir Erasmus+ öğrenci taahhütnamesi</dc:subject>
  <dc:creator>Ankara Bilim Üniversitesi</dc:creator>
  <cp:keywords/>
  <dc:description>generated by python-docx</dc:description>
  <cp:lastModifiedBy>Esra Aktaş</cp:lastModifiedBy>
  <cp:revision>12</cp:revision>
  <cp:lastPrinted>2026-07-02T07:31:00Z</cp:lastPrinted>
  <dcterms:created xsi:type="dcterms:W3CDTF">2026-07-02T09:29:00Z</dcterms:created>
  <dcterms:modified xsi:type="dcterms:W3CDTF">2026-07-23T12:10:00Z</dcterms:modified>
  <cp:category/>
</cp:coreProperties>
</file>