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210DB" w14:textId="2AC71909" w:rsidR="00C56A70" w:rsidRPr="00DA334D" w:rsidRDefault="00714AFB" w:rsidP="00DA334D">
      <w:pPr>
        <w:rPr>
          <w:rFonts w:ascii="Times New Roman" w:hAnsi="Times New Roman" w:cs="Times New Roman"/>
        </w:rPr>
      </w:pPr>
      <w:r w:rsidRPr="00DA334D">
        <w:rPr>
          <w:rFonts w:ascii="Times New Roman" w:hAnsi="Times New Roman" w:cs="Times New Roman"/>
        </w:rPr>
        <w:t xml:space="preserve"> </w:t>
      </w:r>
      <w:r w:rsidR="009426D2" w:rsidRPr="00DA334D">
        <w:rPr>
          <w:rFonts w:ascii="Times New Roman" w:hAnsi="Times New Roman" w:cs="Times New Roman"/>
        </w:rPr>
        <w:t xml:space="preserve">                                            </w:t>
      </w:r>
    </w:p>
    <w:p w14:paraId="556E793E" w14:textId="0A77F289" w:rsidR="00714AFB" w:rsidRPr="00DA334D" w:rsidRDefault="009426D2" w:rsidP="00C56A70">
      <w:pPr>
        <w:jc w:val="center"/>
        <w:rPr>
          <w:rFonts w:ascii="Times New Roman" w:hAnsi="Times New Roman" w:cs="Times New Roman"/>
          <w:b/>
          <w:sz w:val="18"/>
        </w:rPr>
      </w:pPr>
      <w:r w:rsidRPr="00DA334D">
        <w:rPr>
          <w:rFonts w:ascii="Times New Roman" w:hAnsi="Times New Roman" w:cs="Times New Roman"/>
          <w:b/>
          <w:sz w:val="18"/>
        </w:rPr>
        <w:t>A</w:t>
      </w:r>
      <w:r w:rsidR="00714AFB" w:rsidRPr="00DA334D">
        <w:rPr>
          <w:rFonts w:ascii="Times New Roman" w:hAnsi="Times New Roman" w:cs="Times New Roman"/>
          <w:b/>
          <w:sz w:val="18"/>
        </w:rPr>
        <w:t>NKARA BİLİM ÜNİVERSİTESİ</w:t>
      </w:r>
      <w:r w:rsidR="00714AFB" w:rsidRPr="00DA334D">
        <w:rPr>
          <w:rFonts w:ascii="Times New Roman" w:hAnsi="Times New Roman" w:cs="Times New Roman"/>
          <w:b/>
          <w:sz w:val="18"/>
        </w:rPr>
        <w:br/>
      </w:r>
      <w:r w:rsidR="00C56A70" w:rsidRPr="00DA334D">
        <w:rPr>
          <w:rFonts w:ascii="Times New Roman" w:hAnsi="Times New Roman" w:cs="Times New Roman"/>
          <w:b/>
          <w:sz w:val="18"/>
        </w:rPr>
        <w:t>ERASMUS+ KOORDİNATÖRLÜĞÜ</w:t>
      </w:r>
    </w:p>
    <w:p w14:paraId="4AA617D2" w14:textId="1AAEBFC1" w:rsidR="00D33BB1" w:rsidRPr="00DA334D" w:rsidRDefault="00714AFB" w:rsidP="00C56A70">
      <w:pPr>
        <w:spacing w:after="20"/>
        <w:jc w:val="center"/>
        <w:rPr>
          <w:rFonts w:ascii="Times New Roman" w:hAnsi="Times New Roman" w:cs="Times New Roman"/>
        </w:rPr>
      </w:pPr>
      <w:r w:rsidRPr="00DA334D">
        <w:rPr>
          <w:rFonts w:ascii="Times New Roman" w:hAnsi="Times New Roman" w:cs="Times New Roman"/>
          <w:b/>
          <w:sz w:val="18"/>
        </w:rPr>
        <w:t>ÖĞRENCİ TAAHHÜTNAMESİ</w:t>
      </w:r>
    </w:p>
    <w:p w14:paraId="60ECB299" w14:textId="77777777" w:rsidR="00D33BB1" w:rsidRPr="00DA334D" w:rsidRDefault="00000000">
      <w:pPr>
        <w:spacing w:after="60"/>
        <w:jc w:val="right"/>
        <w:rPr>
          <w:rFonts w:ascii="Times New Roman" w:hAnsi="Times New Roman" w:cs="Times New Roman"/>
        </w:rPr>
      </w:pPr>
      <w:r w:rsidRPr="00DA334D">
        <w:rPr>
          <w:rFonts w:ascii="Times New Roman" w:hAnsi="Times New Roman" w:cs="Times New Roman"/>
        </w:rPr>
        <w:t>…… / …… / 20……</w:t>
      </w:r>
    </w:p>
    <w:tbl>
      <w:tblPr>
        <w:tblW w:w="0" w:type="auto"/>
        <w:jc w:val="center"/>
        <w:tblBorders>
          <w:top w:val="single" w:sz="3" w:space="0" w:color="D0D0D0"/>
          <w:left w:val="single" w:sz="3" w:space="0" w:color="D0D0D0"/>
          <w:bottom w:val="single" w:sz="3" w:space="0" w:color="D0D0D0"/>
          <w:right w:val="single" w:sz="3" w:space="0" w:color="D0D0D0"/>
          <w:insideH w:val="single" w:sz="3" w:space="0" w:color="D0D0D0"/>
          <w:insideV w:val="single" w:sz="3" w:space="0" w:color="D0D0D0"/>
        </w:tblBorders>
        <w:tblLook w:val="04A0" w:firstRow="1" w:lastRow="0" w:firstColumn="1" w:lastColumn="0" w:noHBand="0" w:noVBand="1"/>
      </w:tblPr>
      <w:tblGrid>
        <w:gridCol w:w="4351"/>
        <w:gridCol w:w="6761"/>
      </w:tblGrid>
      <w:tr w:rsidR="00D33BB1" w:rsidRPr="00DA334D" w14:paraId="5104440C" w14:textId="77777777">
        <w:trPr>
          <w:jc w:val="center"/>
        </w:trPr>
        <w:tc>
          <w:tcPr>
            <w:tcW w:w="3288" w:type="dxa"/>
            <w:tcMar>
              <w:top w:w="20" w:type="dxa"/>
              <w:left w:w="40" w:type="dxa"/>
              <w:bottom w:w="20" w:type="dxa"/>
              <w:right w:w="40" w:type="dxa"/>
            </w:tcMar>
          </w:tcPr>
          <w:p w14:paraId="738C7337" w14:textId="0326CAA4" w:rsidR="00D33BB1" w:rsidRPr="00DA334D" w:rsidRDefault="00072192">
            <w:pPr>
              <w:rPr>
                <w:rFonts w:ascii="Times New Roman" w:hAnsi="Times New Roman" w:cs="Times New Roman"/>
                <w:sz w:val="20"/>
                <w:szCs w:val="20"/>
              </w:rPr>
            </w:pPr>
            <w:proofErr w:type="spellStart"/>
            <w:r w:rsidRPr="00DA334D">
              <w:rPr>
                <w:rFonts w:ascii="Times New Roman" w:hAnsi="Times New Roman" w:cs="Times New Roman"/>
                <w:b/>
                <w:sz w:val="20"/>
                <w:szCs w:val="20"/>
              </w:rPr>
              <w:t>Adı</w:t>
            </w:r>
            <w:proofErr w:type="spellEnd"/>
            <w:r w:rsidRPr="00DA334D">
              <w:rPr>
                <w:rFonts w:ascii="Times New Roman" w:hAnsi="Times New Roman" w:cs="Times New Roman"/>
                <w:b/>
                <w:sz w:val="20"/>
                <w:szCs w:val="20"/>
              </w:rPr>
              <w:t xml:space="preserve"> Soyadı</w:t>
            </w:r>
          </w:p>
        </w:tc>
        <w:tc>
          <w:tcPr>
            <w:tcW w:w="6974" w:type="dxa"/>
            <w:tcMar>
              <w:top w:w="20" w:type="dxa"/>
              <w:left w:w="40" w:type="dxa"/>
              <w:bottom w:w="20" w:type="dxa"/>
              <w:right w:w="40" w:type="dxa"/>
            </w:tcMar>
          </w:tcPr>
          <w:p w14:paraId="6E2D0ACD"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r w:rsidR="00D33BB1" w:rsidRPr="00DA334D" w14:paraId="34F0F5A3" w14:textId="77777777">
        <w:trPr>
          <w:jc w:val="center"/>
        </w:trPr>
        <w:tc>
          <w:tcPr>
            <w:tcW w:w="5326" w:type="dxa"/>
            <w:tcMar>
              <w:top w:w="20" w:type="dxa"/>
              <w:left w:w="40" w:type="dxa"/>
              <w:bottom w:w="20" w:type="dxa"/>
              <w:right w:w="40" w:type="dxa"/>
            </w:tcMar>
          </w:tcPr>
          <w:p w14:paraId="2BB357A7"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b/>
                <w:sz w:val="20"/>
                <w:szCs w:val="20"/>
              </w:rPr>
              <w:t>Doğum Yeri / Tarihi</w:t>
            </w:r>
          </w:p>
        </w:tc>
        <w:tc>
          <w:tcPr>
            <w:tcW w:w="5326" w:type="dxa"/>
            <w:tcMar>
              <w:top w:w="20" w:type="dxa"/>
              <w:left w:w="40" w:type="dxa"/>
              <w:bottom w:w="20" w:type="dxa"/>
              <w:right w:w="40" w:type="dxa"/>
            </w:tcMar>
          </w:tcPr>
          <w:p w14:paraId="1A366C99"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r w:rsidR="00D33BB1" w:rsidRPr="00DA334D" w14:paraId="2CB90767" w14:textId="77777777">
        <w:trPr>
          <w:jc w:val="center"/>
        </w:trPr>
        <w:tc>
          <w:tcPr>
            <w:tcW w:w="5326" w:type="dxa"/>
            <w:tcMar>
              <w:top w:w="20" w:type="dxa"/>
              <w:left w:w="40" w:type="dxa"/>
              <w:bottom w:w="20" w:type="dxa"/>
              <w:right w:w="40" w:type="dxa"/>
            </w:tcMar>
          </w:tcPr>
          <w:p w14:paraId="1B0C2FB4"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b/>
                <w:sz w:val="20"/>
                <w:szCs w:val="20"/>
              </w:rPr>
              <w:t>Adresi</w:t>
            </w:r>
          </w:p>
        </w:tc>
        <w:tc>
          <w:tcPr>
            <w:tcW w:w="5326" w:type="dxa"/>
            <w:tcMar>
              <w:top w:w="20" w:type="dxa"/>
              <w:left w:w="40" w:type="dxa"/>
              <w:bottom w:w="20" w:type="dxa"/>
              <w:right w:w="40" w:type="dxa"/>
            </w:tcMar>
          </w:tcPr>
          <w:p w14:paraId="3D8EDCCA"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r w:rsidR="00D33BB1" w:rsidRPr="00DA334D" w14:paraId="0A560160" w14:textId="77777777">
        <w:trPr>
          <w:jc w:val="center"/>
        </w:trPr>
        <w:tc>
          <w:tcPr>
            <w:tcW w:w="5326" w:type="dxa"/>
            <w:tcMar>
              <w:top w:w="20" w:type="dxa"/>
              <w:left w:w="40" w:type="dxa"/>
              <w:bottom w:w="20" w:type="dxa"/>
              <w:right w:w="40" w:type="dxa"/>
            </w:tcMar>
          </w:tcPr>
          <w:p w14:paraId="515DC1F9"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b/>
                <w:sz w:val="20"/>
                <w:szCs w:val="20"/>
              </w:rPr>
              <w:t>Telefon Numarası</w:t>
            </w:r>
          </w:p>
        </w:tc>
        <w:tc>
          <w:tcPr>
            <w:tcW w:w="5326" w:type="dxa"/>
            <w:tcMar>
              <w:top w:w="20" w:type="dxa"/>
              <w:left w:w="40" w:type="dxa"/>
              <w:bottom w:w="20" w:type="dxa"/>
              <w:right w:w="40" w:type="dxa"/>
            </w:tcMar>
          </w:tcPr>
          <w:p w14:paraId="14E75935"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r w:rsidR="00D33BB1" w:rsidRPr="00DA334D" w14:paraId="1E7E28F0" w14:textId="77777777">
        <w:trPr>
          <w:jc w:val="center"/>
        </w:trPr>
        <w:tc>
          <w:tcPr>
            <w:tcW w:w="5326" w:type="dxa"/>
            <w:tcMar>
              <w:top w:w="20" w:type="dxa"/>
              <w:left w:w="40" w:type="dxa"/>
              <w:bottom w:w="20" w:type="dxa"/>
              <w:right w:w="40" w:type="dxa"/>
            </w:tcMar>
          </w:tcPr>
          <w:p w14:paraId="207F7F6B"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b/>
                <w:sz w:val="20"/>
                <w:szCs w:val="20"/>
              </w:rPr>
              <w:t>E-posta Adresi</w:t>
            </w:r>
          </w:p>
        </w:tc>
        <w:tc>
          <w:tcPr>
            <w:tcW w:w="5326" w:type="dxa"/>
            <w:tcMar>
              <w:top w:w="20" w:type="dxa"/>
              <w:left w:w="40" w:type="dxa"/>
              <w:bottom w:w="20" w:type="dxa"/>
              <w:right w:w="40" w:type="dxa"/>
            </w:tcMar>
          </w:tcPr>
          <w:p w14:paraId="5647E08B"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r w:rsidR="00D33BB1" w:rsidRPr="00DA334D" w14:paraId="558BEB43" w14:textId="77777777">
        <w:trPr>
          <w:jc w:val="center"/>
        </w:trPr>
        <w:tc>
          <w:tcPr>
            <w:tcW w:w="5326" w:type="dxa"/>
            <w:tcMar>
              <w:top w:w="20" w:type="dxa"/>
              <w:left w:w="40" w:type="dxa"/>
              <w:bottom w:w="20" w:type="dxa"/>
              <w:right w:w="40" w:type="dxa"/>
            </w:tcMar>
          </w:tcPr>
          <w:p w14:paraId="68F53D00"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b/>
                <w:sz w:val="20"/>
                <w:szCs w:val="20"/>
              </w:rPr>
              <w:t>Gideceği Ülke / Kurum</w:t>
            </w:r>
          </w:p>
        </w:tc>
        <w:tc>
          <w:tcPr>
            <w:tcW w:w="5326" w:type="dxa"/>
            <w:tcMar>
              <w:top w:w="20" w:type="dxa"/>
              <w:left w:w="40" w:type="dxa"/>
              <w:bottom w:w="20" w:type="dxa"/>
              <w:right w:w="40" w:type="dxa"/>
            </w:tcMar>
          </w:tcPr>
          <w:p w14:paraId="23322396"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r w:rsidR="00D33BB1" w:rsidRPr="00DA334D" w14:paraId="3A3CC58D" w14:textId="77777777">
        <w:trPr>
          <w:jc w:val="center"/>
        </w:trPr>
        <w:tc>
          <w:tcPr>
            <w:tcW w:w="5326" w:type="dxa"/>
            <w:tcMar>
              <w:top w:w="20" w:type="dxa"/>
              <w:left w:w="40" w:type="dxa"/>
              <w:bottom w:w="20" w:type="dxa"/>
              <w:right w:w="40" w:type="dxa"/>
            </w:tcMar>
          </w:tcPr>
          <w:p w14:paraId="73CD44E6"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b/>
                <w:sz w:val="20"/>
                <w:szCs w:val="20"/>
              </w:rPr>
              <w:t>Üniversitenin Erasmus Kodu (Varsa)</w:t>
            </w:r>
          </w:p>
        </w:tc>
        <w:tc>
          <w:tcPr>
            <w:tcW w:w="5326" w:type="dxa"/>
            <w:tcMar>
              <w:top w:w="20" w:type="dxa"/>
              <w:left w:w="40" w:type="dxa"/>
              <w:bottom w:w="20" w:type="dxa"/>
              <w:right w:w="40" w:type="dxa"/>
            </w:tcMar>
          </w:tcPr>
          <w:p w14:paraId="24D92A69"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r w:rsidR="00D33BB1" w:rsidRPr="00DA334D" w14:paraId="2B7941A5" w14:textId="77777777">
        <w:trPr>
          <w:jc w:val="center"/>
        </w:trPr>
        <w:tc>
          <w:tcPr>
            <w:tcW w:w="5326" w:type="dxa"/>
            <w:tcMar>
              <w:top w:w="20" w:type="dxa"/>
              <w:left w:w="40" w:type="dxa"/>
              <w:bottom w:w="20" w:type="dxa"/>
              <w:right w:w="40" w:type="dxa"/>
            </w:tcMar>
          </w:tcPr>
          <w:p w14:paraId="48739008"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b/>
                <w:sz w:val="20"/>
                <w:szCs w:val="20"/>
              </w:rPr>
              <w:t>Hareketlilik Tarih Aralığı</w:t>
            </w:r>
          </w:p>
        </w:tc>
        <w:tc>
          <w:tcPr>
            <w:tcW w:w="5326" w:type="dxa"/>
            <w:tcMar>
              <w:top w:w="20" w:type="dxa"/>
              <w:left w:w="40" w:type="dxa"/>
              <w:bottom w:w="20" w:type="dxa"/>
              <w:right w:w="40" w:type="dxa"/>
            </w:tcMar>
          </w:tcPr>
          <w:p w14:paraId="14696CA2"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r w:rsidR="00D33BB1" w:rsidRPr="00DA334D" w14:paraId="0B3C39DD" w14:textId="77777777">
        <w:trPr>
          <w:jc w:val="center"/>
        </w:trPr>
        <w:tc>
          <w:tcPr>
            <w:tcW w:w="5326" w:type="dxa"/>
            <w:tcMar>
              <w:top w:w="20" w:type="dxa"/>
              <w:left w:w="40" w:type="dxa"/>
              <w:bottom w:w="20" w:type="dxa"/>
              <w:right w:w="40" w:type="dxa"/>
            </w:tcMar>
          </w:tcPr>
          <w:p w14:paraId="65D812A8"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b/>
                <w:sz w:val="20"/>
                <w:szCs w:val="20"/>
              </w:rPr>
              <w:t>Alacağı Toplam Hibe Tutarı</w:t>
            </w:r>
          </w:p>
        </w:tc>
        <w:tc>
          <w:tcPr>
            <w:tcW w:w="5326" w:type="dxa"/>
            <w:tcMar>
              <w:top w:w="20" w:type="dxa"/>
              <w:left w:w="40" w:type="dxa"/>
              <w:bottom w:w="20" w:type="dxa"/>
              <w:right w:w="40" w:type="dxa"/>
            </w:tcMar>
          </w:tcPr>
          <w:p w14:paraId="2D50AE52"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bl>
    <w:p w14:paraId="20847DFF" w14:textId="77777777" w:rsidR="00D33BB1" w:rsidRPr="00DA334D" w:rsidRDefault="00000000">
      <w:pPr>
        <w:spacing w:before="80" w:after="40"/>
        <w:jc w:val="both"/>
        <w:rPr>
          <w:rFonts w:ascii="Times New Roman" w:hAnsi="Times New Roman" w:cs="Times New Roman"/>
          <w:sz w:val="18"/>
          <w:szCs w:val="18"/>
        </w:rPr>
      </w:pPr>
      <w:r w:rsidRPr="00DA334D">
        <w:rPr>
          <w:rFonts w:ascii="Times New Roman" w:hAnsi="Times New Roman" w:cs="Times New Roman"/>
          <w:sz w:val="18"/>
          <w:szCs w:val="18"/>
        </w:rPr>
        <w:t xml:space="preserve">Ankara Bilim </w:t>
      </w:r>
      <w:proofErr w:type="spellStart"/>
      <w:r w:rsidRPr="00DA334D">
        <w:rPr>
          <w:rFonts w:ascii="Times New Roman" w:hAnsi="Times New Roman" w:cs="Times New Roman"/>
          <w:sz w:val="18"/>
          <w:szCs w:val="18"/>
        </w:rPr>
        <w:t>Üniversitesi</w:t>
      </w:r>
      <w:proofErr w:type="spellEnd"/>
      <w:r w:rsidRPr="00DA334D">
        <w:rPr>
          <w:rFonts w:ascii="Times New Roman" w:hAnsi="Times New Roman" w:cs="Times New Roman"/>
          <w:sz w:val="18"/>
          <w:szCs w:val="18"/>
        </w:rPr>
        <w:t xml:space="preserve"> ........................................................ Fakültesi, ........................................................ Bölümü, ................................ numaralı öğrencisiyim. 202……–202…… Akademik Yılı Güz / Bahar Döneminde öğrenimime kendi isteğimle ........................................................ adlı karşı kurumda Erasmus+ Programı kapsamında devam etmeyi kabul ediyorum. Erasmus+ Programı kapsamındaki hak ve yükümlülüklerimi açıklayan Erasmus Öğrenci Beyannamesini ve Ankara Bilim Üniversitesi Erasmus+ Koordinatörlüğü tarafından yayımlanan güncel Erasmus+ Uygulama El Kitabını okumak ve incelemekle sorumlu olduğumu kabul ederim. Kabul mektubumun ulaşmasının ardından vize yazısının düzenlenmesi için gerekli belgeler ile hareketlilik öncesinde teslim edilmesi gereken aşağıdaki belgeleri tamamlamadan yurt dışına çıkmam veya hareketlilik sonrasında ülkeme dönüş tarihinden itibaren 15 gün içinde asıl belgeleri teslim etmemem hâlinde tarafıma hibe ödemesi yapılmayabileceğini ve bu konuda herhangi bir hak talebinde bulunmayacağımı kabul ve beyan ederim.</w:t>
      </w:r>
    </w:p>
    <w:p w14:paraId="15E267A5" w14:textId="77777777" w:rsidR="00D33BB1" w:rsidRPr="00DA334D" w:rsidRDefault="00000000">
      <w:pPr>
        <w:spacing w:before="60" w:after="20"/>
        <w:rPr>
          <w:rFonts w:ascii="Times New Roman" w:hAnsi="Times New Roman" w:cs="Times New Roman"/>
          <w:sz w:val="18"/>
          <w:szCs w:val="18"/>
        </w:rPr>
      </w:pPr>
      <w:r w:rsidRPr="00DA334D">
        <w:rPr>
          <w:rFonts w:ascii="Times New Roman" w:hAnsi="Times New Roman" w:cs="Times New Roman"/>
          <w:b/>
          <w:sz w:val="18"/>
          <w:szCs w:val="18"/>
        </w:rPr>
        <w:t xml:space="preserve">Yurt Dışına </w:t>
      </w:r>
      <w:proofErr w:type="spellStart"/>
      <w:r w:rsidRPr="00DA334D">
        <w:rPr>
          <w:rFonts w:ascii="Times New Roman" w:hAnsi="Times New Roman" w:cs="Times New Roman"/>
          <w:b/>
          <w:sz w:val="18"/>
          <w:szCs w:val="18"/>
        </w:rPr>
        <w:t>Çıkmadan</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Önce</w:t>
      </w:r>
      <w:proofErr w:type="spellEnd"/>
      <w:r w:rsidRPr="00DA334D">
        <w:rPr>
          <w:rFonts w:ascii="Times New Roman" w:hAnsi="Times New Roman" w:cs="Times New Roman"/>
          <w:b/>
          <w:sz w:val="18"/>
          <w:szCs w:val="18"/>
        </w:rPr>
        <w:t xml:space="preserve"> Teslim Edilecek Belgeler</w:t>
      </w:r>
    </w:p>
    <w:p w14:paraId="29AEEDC6"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 </w:t>
      </w:r>
      <w:r w:rsidRPr="00DA334D">
        <w:rPr>
          <w:rFonts w:ascii="Times New Roman" w:hAnsi="Times New Roman" w:cs="Times New Roman"/>
          <w:sz w:val="18"/>
          <w:szCs w:val="18"/>
        </w:rPr>
        <w:t>Kabul mektubunun fotokopisi</w:t>
      </w:r>
    </w:p>
    <w:p w14:paraId="36E48DB0"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2. </w:t>
      </w:r>
      <w:r w:rsidRPr="00DA334D">
        <w:rPr>
          <w:rFonts w:ascii="Times New Roman" w:hAnsi="Times New Roman" w:cs="Times New Roman"/>
          <w:sz w:val="18"/>
          <w:szCs w:val="18"/>
        </w:rPr>
        <w:t>Dil sertifikasının fotokopisi</w:t>
      </w:r>
    </w:p>
    <w:p w14:paraId="791C5AB9"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3. </w:t>
      </w:r>
      <w:r w:rsidRPr="00DA334D">
        <w:rPr>
          <w:rFonts w:ascii="Times New Roman" w:hAnsi="Times New Roman" w:cs="Times New Roman"/>
          <w:sz w:val="18"/>
          <w:szCs w:val="18"/>
        </w:rPr>
        <w:t>Başvuru Formu (turnaportal.ua.gov.tr)</w:t>
      </w:r>
    </w:p>
    <w:p w14:paraId="4FD1577A"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4. </w:t>
      </w:r>
      <w:r w:rsidRPr="00DA334D">
        <w:rPr>
          <w:rFonts w:ascii="Times New Roman" w:hAnsi="Times New Roman" w:cs="Times New Roman"/>
          <w:sz w:val="18"/>
          <w:szCs w:val="18"/>
        </w:rPr>
        <w:t>Öğrenci Taahhütnamesi (*)</w:t>
      </w:r>
    </w:p>
    <w:p w14:paraId="2D15CF4B"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5. </w:t>
      </w:r>
      <w:r w:rsidRPr="00DA334D">
        <w:rPr>
          <w:rFonts w:ascii="Times New Roman" w:hAnsi="Times New Roman" w:cs="Times New Roman"/>
          <w:sz w:val="18"/>
          <w:szCs w:val="18"/>
        </w:rPr>
        <w:t>Öğrenim Anlaşması / Online Learning Agreement (OLA): öğrenci, Erasmus+ bölüm koordinatörü ve karşı kurum tarafından imzalanmış olmalıdır.</w:t>
      </w:r>
    </w:p>
    <w:p w14:paraId="38BE4045"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6. </w:t>
      </w:r>
      <w:r w:rsidRPr="00DA334D">
        <w:rPr>
          <w:rFonts w:ascii="Times New Roman" w:hAnsi="Times New Roman" w:cs="Times New Roman"/>
          <w:sz w:val="18"/>
          <w:szCs w:val="18"/>
        </w:rPr>
        <w:t>Avro hesabına ait banka hesap bilgisi veya dekontu</w:t>
      </w:r>
    </w:p>
    <w:p w14:paraId="75B4709A" w14:textId="541093AD"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7. </w:t>
      </w:r>
      <w:r w:rsidRPr="00DA334D">
        <w:rPr>
          <w:rFonts w:ascii="Times New Roman" w:hAnsi="Times New Roman" w:cs="Times New Roman"/>
          <w:sz w:val="18"/>
          <w:szCs w:val="18"/>
        </w:rPr>
        <w:t xml:space="preserve">Öğrenci Hibe </w:t>
      </w:r>
      <w:proofErr w:type="spellStart"/>
      <w:r w:rsidRPr="00DA334D">
        <w:rPr>
          <w:rFonts w:ascii="Times New Roman" w:hAnsi="Times New Roman" w:cs="Times New Roman"/>
          <w:sz w:val="18"/>
          <w:szCs w:val="18"/>
        </w:rPr>
        <w:t>Sözleşmesi</w:t>
      </w:r>
      <w:proofErr w:type="spellEnd"/>
      <w:r w:rsidRPr="00DA334D">
        <w:rPr>
          <w:rFonts w:ascii="Times New Roman" w:hAnsi="Times New Roman" w:cs="Times New Roman"/>
          <w:sz w:val="18"/>
          <w:szCs w:val="18"/>
        </w:rPr>
        <w:t xml:space="preserve">: </w:t>
      </w:r>
      <w:proofErr w:type="spellStart"/>
      <w:r w:rsidR="00C24CE2" w:rsidRPr="00DA334D">
        <w:rPr>
          <w:rFonts w:ascii="Times New Roman" w:hAnsi="Times New Roman" w:cs="Times New Roman"/>
          <w:sz w:val="18"/>
          <w:szCs w:val="18"/>
        </w:rPr>
        <w:t>Üniversite</w:t>
      </w:r>
      <w:proofErr w:type="spellEnd"/>
      <w:r w:rsidR="00C24CE2" w:rsidRPr="00DA334D">
        <w:rPr>
          <w:rFonts w:ascii="Times New Roman" w:hAnsi="Times New Roman" w:cs="Times New Roman"/>
          <w:sz w:val="18"/>
          <w:szCs w:val="18"/>
        </w:rPr>
        <w:t xml:space="preserve"> </w:t>
      </w:r>
      <w:proofErr w:type="spellStart"/>
      <w:r w:rsidR="00C24CE2" w:rsidRPr="00DA334D">
        <w:rPr>
          <w:rFonts w:ascii="Times New Roman" w:hAnsi="Times New Roman" w:cs="Times New Roman"/>
          <w:sz w:val="18"/>
          <w:szCs w:val="18"/>
        </w:rPr>
        <w:t>İmza</w:t>
      </w:r>
      <w:proofErr w:type="spellEnd"/>
      <w:r w:rsidR="00C24CE2" w:rsidRPr="00DA334D">
        <w:rPr>
          <w:rFonts w:ascii="Times New Roman" w:hAnsi="Times New Roman" w:cs="Times New Roman"/>
          <w:sz w:val="18"/>
          <w:szCs w:val="18"/>
        </w:rPr>
        <w:t xml:space="preserve"> </w:t>
      </w:r>
      <w:proofErr w:type="spellStart"/>
      <w:r w:rsidR="00C24CE2" w:rsidRPr="00DA334D">
        <w:rPr>
          <w:rFonts w:ascii="Times New Roman" w:hAnsi="Times New Roman" w:cs="Times New Roman"/>
          <w:sz w:val="18"/>
          <w:szCs w:val="18"/>
        </w:rPr>
        <w:t>Yetkilisi</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ve</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öğrenci</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tarafından</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imzalanmış</w:t>
      </w:r>
      <w:proofErr w:type="spellEnd"/>
      <w:r w:rsidRPr="00DA334D">
        <w:rPr>
          <w:rFonts w:ascii="Times New Roman" w:hAnsi="Times New Roman" w:cs="Times New Roman"/>
          <w:sz w:val="18"/>
          <w:szCs w:val="18"/>
        </w:rPr>
        <w:t xml:space="preserve"> olmalıdır. (*)</w:t>
      </w:r>
    </w:p>
    <w:p w14:paraId="2650C679"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8. </w:t>
      </w:r>
      <w:r w:rsidRPr="00DA334D">
        <w:rPr>
          <w:rFonts w:ascii="Times New Roman" w:hAnsi="Times New Roman" w:cs="Times New Roman"/>
          <w:sz w:val="18"/>
          <w:szCs w:val="18"/>
        </w:rPr>
        <w:t>Sağlık sigortasının fotokopisi</w:t>
      </w:r>
    </w:p>
    <w:p w14:paraId="03DAD379"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9. </w:t>
      </w:r>
      <w:r w:rsidRPr="00DA334D">
        <w:rPr>
          <w:rFonts w:ascii="Times New Roman" w:hAnsi="Times New Roman" w:cs="Times New Roman"/>
          <w:sz w:val="18"/>
          <w:szCs w:val="18"/>
        </w:rPr>
        <w:t>Pasaport ve vize fotokopisi</w:t>
      </w:r>
    </w:p>
    <w:p w14:paraId="7CEF6F51"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10. </w:t>
      </w:r>
      <w:r w:rsidRPr="00DA334D">
        <w:rPr>
          <w:rFonts w:ascii="Times New Roman" w:hAnsi="Times New Roman" w:cs="Times New Roman"/>
          <w:sz w:val="18"/>
          <w:szCs w:val="18"/>
        </w:rPr>
        <w:t>OLS belgesi / ilk sınav sonucu (varsa)</w:t>
      </w:r>
    </w:p>
    <w:p w14:paraId="088E76A2" w14:textId="3D8D0FE1"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11. </w:t>
      </w:r>
      <w:r w:rsidR="00C24CE2" w:rsidRPr="00DA334D">
        <w:rPr>
          <w:rFonts w:ascii="Times New Roman" w:hAnsi="Times New Roman" w:cs="Times New Roman"/>
          <w:sz w:val="18"/>
          <w:szCs w:val="18"/>
        </w:rPr>
        <w:t xml:space="preserve">Akademik </w:t>
      </w:r>
      <w:proofErr w:type="spellStart"/>
      <w:r w:rsidR="00C24CE2" w:rsidRPr="00DA334D">
        <w:rPr>
          <w:rFonts w:ascii="Times New Roman" w:hAnsi="Times New Roman" w:cs="Times New Roman"/>
          <w:sz w:val="18"/>
          <w:szCs w:val="18"/>
        </w:rPr>
        <w:t>Tanınma</w:t>
      </w:r>
      <w:proofErr w:type="spellEnd"/>
      <w:r w:rsidR="00C24CE2" w:rsidRPr="00DA334D">
        <w:rPr>
          <w:rFonts w:ascii="Times New Roman" w:hAnsi="Times New Roman" w:cs="Times New Roman"/>
          <w:sz w:val="18"/>
          <w:szCs w:val="18"/>
        </w:rPr>
        <w:t xml:space="preserve"> </w:t>
      </w:r>
      <w:proofErr w:type="spellStart"/>
      <w:r w:rsidR="00C24CE2" w:rsidRPr="00DA334D">
        <w:rPr>
          <w:rFonts w:ascii="Times New Roman" w:hAnsi="Times New Roman" w:cs="Times New Roman"/>
          <w:sz w:val="18"/>
          <w:szCs w:val="18"/>
        </w:rPr>
        <w:t>Formu</w:t>
      </w:r>
      <w:proofErr w:type="spellEnd"/>
      <w:r w:rsidR="00C24CE2" w:rsidRPr="00DA334D">
        <w:rPr>
          <w:rFonts w:ascii="Times New Roman" w:hAnsi="Times New Roman" w:cs="Times New Roman"/>
          <w:sz w:val="18"/>
          <w:szCs w:val="18"/>
        </w:rPr>
        <w:t>(</w:t>
      </w:r>
      <w:proofErr w:type="spellStart"/>
      <w:r w:rsidR="00C24CE2" w:rsidRPr="00DA334D">
        <w:rPr>
          <w:rFonts w:ascii="Times New Roman" w:hAnsi="Times New Roman" w:cs="Times New Roman"/>
          <w:sz w:val="18"/>
          <w:szCs w:val="18"/>
        </w:rPr>
        <w:t>Gidiş</w:t>
      </w:r>
      <w:proofErr w:type="spellEnd"/>
      <w:r w:rsidR="00C24CE2" w:rsidRPr="00DA334D">
        <w:rPr>
          <w:rFonts w:ascii="Times New Roman" w:hAnsi="Times New Roman" w:cs="Times New Roman"/>
          <w:sz w:val="18"/>
          <w:szCs w:val="18"/>
        </w:rPr>
        <w:t>)</w:t>
      </w:r>
    </w:p>
    <w:p w14:paraId="5C69D03C" w14:textId="77777777" w:rsidR="00D33BB1" w:rsidRPr="00DA334D" w:rsidRDefault="00000000">
      <w:pPr>
        <w:spacing w:before="60" w:after="20"/>
        <w:rPr>
          <w:rFonts w:ascii="Times New Roman" w:hAnsi="Times New Roman" w:cs="Times New Roman"/>
          <w:sz w:val="18"/>
          <w:szCs w:val="18"/>
        </w:rPr>
      </w:pPr>
      <w:r w:rsidRPr="00DA334D">
        <w:rPr>
          <w:rFonts w:ascii="Times New Roman" w:hAnsi="Times New Roman" w:cs="Times New Roman"/>
          <w:b/>
          <w:sz w:val="18"/>
          <w:szCs w:val="18"/>
        </w:rPr>
        <w:t>Yurt Dışından Döndükten Sonra Teslim Edilecek Belgeler</w:t>
      </w:r>
    </w:p>
    <w:p w14:paraId="62666E27"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12. </w:t>
      </w:r>
      <w:r w:rsidRPr="00DA334D">
        <w:rPr>
          <w:rFonts w:ascii="Times New Roman" w:hAnsi="Times New Roman" w:cs="Times New Roman"/>
          <w:sz w:val="18"/>
          <w:szCs w:val="18"/>
        </w:rPr>
        <w:t>Varış Belgesi (varsa)</w:t>
      </w:r>
    </w:p>
    <w:p w14:paraId="0E9CBEA4"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13. </w:t>
      </w:r>
      <w:r w:rsidRPr="00DA334D">
        <w:rPr>
          <w:rFonts w:ascii="Times New Roman" w:hAnsi="Times New Roman" w:cs="Times New Roman"/>
          <w:sz w:val="18"/>
          <w:szCs w:val="18"/>
        </w:rPr>
        <w:t>During the Mobility (OLA) belgesi (varsa): öğrenci, Erasmus+ bölüm koordinatörü ve karşı kurum tarafından imzalanmış olmalıdır. (*)</w:t>
      </w:r>
    </w:p>
    <w:p w14:paraId="2E4A3F58"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14. </w:t>
      </w:r>
      <w:r w:rsidRPr="00DA334D">
        <w:rPr>
          <w:rFonts w:ascii="Times New Roman" w:hAnsi="Times New Roman" w:cs="Times New Roman"/>
          <w:sz w:val="18"/>
          <w:szCs w:val="18"/>
        </w:rPr>
        <w:t>Transkript Belgesi</w:t>
      </w:r>
    </w:p>
    <w:p w14:paraId="716CDB6C"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15. </w:t>
      </w:r>
      <w:r w:rsidRPr="00DA334D">
        <w:rPr>
          <w:rFonts w:ascii="Times New Roman" w:hAnsi="Times New Roman" w:cs="Times New Roman"/>
          <w:sz w:val="18"/>
          <w:szCs w:val="18"/>
        </w:rPr>
        <w:t>Katılım Belgesi (*)</w:t>
      </w:r>
    </w:p>
    <w:p w14:paraId="782AB0DF"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16. </w:t>
      </w:r>
      <w:r w:rsidRPr="00DA334D">
        <w:rPr>
          <w:rFonts w:ascii="Times New Roman" w:hAnsi="Times New Roman" w:cs="Times New Roman"/>
          <w:sz w:val="18"/>
          <w:szCs w:val="18"/>
        </w:rPr>
        <w:t>e-Devlet üzerinden alınan yurda giriş-çıkış belgesi</w:t>
      </w:r>
    </w:p>
    <w:p w14:paraId="18D057C5"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17. </w:t>
      </w:r>
      <w:r w:rsidRPr="00DA334D">
        <w:rPr>
          <w:rFonts w:ascii="Times New Roman" w:hAnsi="Times New Roman" w:cs="Times New Roman"/>
          <w:sz w:val="18"/>
          <w:szCs w:val="18"/>
        </w:rPr>
        <w:t>Beneficiary Module (EU Survey)</w:t>
      </w:r>
    </w:p>
    <w:p w14:paraId="0BC3E4AE"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18. </w:t>
      </w:r>
      <w:r w:rsidRPr="00DA334D">
        <w:rPr>
          <w:rFonts w:ascii="Times New Roman" w:hAnsi="Times New Roman" w:cs="Times New Roman"/>
          <w:sz w:val="18"/>
          <w:szCs w:val="18"/>
        </w:rPr>
        <w:t>Öğrenci Rapor Formu / Öğrenci Sosyal Medya Paylaşımı</w:t>
      </w:r>
    </w:p>
    <w:p w14:paraId="75289EF4" w14:textId="089A73D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19. </w:t>
      </w:r>
      <w:r w:rsidR="00C24CE2" w:rsidRPr="00DA334D">
        <w:rPr>
          <w:rFonts w:ascii="Times New Roman" w:hAnsi="Times New Roman" w:cs="Times New Roman"/>
          <w:sz w:val="18"/>
          <w:szCs w:val="18"/>
        </w:rPr>
        <w:t xml:space="preserve">Akademik </w:t>
      </w:r>
      <w:proofErr w:type="spellStart"/>
      <w:r w:rsidR="00C24CE2" w:rsidRPr="00DA334D">
        <w:rPr>
          <w:rFonts w:ascii="Times New Roman" w:hAnsi="Times New Roman" w:cs="Times New Roman"/>
          <w:sz w:val="18"/>
          <w:szCs w:val="18"/>
        </w:rPr>
        <w:t>Tanınma</w:t>
      </w:r>
      <w:proofErr w:type="spellEnd"/>
      <w:r w:rsidR="00C24CE2"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Formu</w:t>
      </w:r>
      <w:proofErr w:type="spellEnd"/>
      <w:r w:rsidR="00C24CE2" w:rsidRPr="00DA334D">
        <w:rPr>
          <w:rFonts w:ascii="Times New Roman" w:hAnsi="Times New Roman" w:cs="Times New Roman"/>
          <w:sz w:val="18"/>
          <w:szCs w:val="18"/>
        </w:rPr>
        <w:t>(</w:t>
      </w:r>
      <w:proofErr w:type="spellStart"/>
      <w:r w:rsidR="00C24CE2" w:rsidRPr="00DA334D">
        <w:rPr>
          <w:rFonts w:ascii="Times New Roman" w:hAnsi="Times New Roman" w:cs="Times New Roman"/>
          <w:sz w:val="18"/>
          <w:szCs w:val="18"/>
        </w:rPr>
        <w:t>Dönüş</w:t>
      </w:r>
      <w:proofErr w:type="spellEnd"/>
      <w:r w:rsidR="00C24CE2" w:rsidRPr="00DA334D">
        <w:rPr>
          <w:rFonts w:ascii="Times New Roman" w:hAnsi="Times New Roman" w:cs="Times New Roman"/>
          <w:sz w:val="18"/>
          <w:szCs w:val="18"/>
        </w:rPr>
        <w:t>)</w:t>
      </w:r>
    </w:p>
    <w:p w14:paraId="11A370DE" w14:textId="77777777" w:rsidR="006E07F6" w:rsidRPr="00DA334D" w:rsidRDefault="00000000" w:rsidP="00C24CE2">
      <w:pPr>
        <w:spacing w:before="60" w:after="40"/>
        <w:jc w:val="both"/>
        <w:rPr>
          <w:rFonts w:ascii="Times New Roman" w:hAnsi="Times New Roman" w:cs="Times New Roman"/>
          <w:b/>
          <w:sz w:val="18"/>
          <w:szCs w:val="18"/>
        </w:rPr>
      </w:pPr>
      <w:r w:rsidRPr="00DA334D">
        <w:rPr>
          <w:rFonts w:ascii="Times New Roman" w:hAnsi="Times New Roman" w:cs="Times New Roman"/>
          <w:sz w:val="18"/>
          <w:szCs w:val="18"/>
        </w:rPr>
        <w:t xml:space="preserve">Yukarıda belirtilen belgeleri süresi içinde teslim etmemem veya borçlu duruma düşmem hâlinde, tarafıma ödenmiş hibelerin 6183 sayılı Amme Alacaklarının Tahsil Usulü Hakkında Kanun hükümleri uyarınca tahsil edilebileceği konusunda bilgilendirildiğimi kabul ederim. İşbu taahhütnameden doğabilecek uyuşmazlıklarda Ankara Bilim Üniversitesinin kayıt ve defterlerinin, 6100 sayılı Hukuk Muhakemeleri Kanunu'nun 193. maddesi kapsamında delil sözleşmesi niteliğinde kabul edileceğini; uyuşmazlıkların çözümünde Ankara Mahkemeleri ve İcra Dairelerinin yetkili olduğunu kabul ve beyan ederim. Tebligata esas adresimde meydana gelebilecek </w:t>
      </w:r>
      <w:proofErr w:type="spellStart"/>
      <w:r w:rsidRPr="00DA334D">
        <w:rPr>
          <w:rFonts w:ascii="Times New Roman" w:hAnsi="Times New Roman" w:cs="Times New Roman"/>
          <w:sz w:val="18"/>
          <w:szCs w:val="18"/>
        </w:rPr>
        <w:t>değişiklikleri</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Üniversiteye</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yazılı</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olarak</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derhâl</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bildireceğimi</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bildirmediğim</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takdirde</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yukarıda</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yer</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alan</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adrese</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yapılacak</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tebligatların</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tarafıma</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yapılmış</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sayılacağını</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kabul</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ederim</w:t>
      </w:r>
      <w:proofErr w:type="spellEnd"/>
      <w:r w:rsidRPr="00DA334D">
        <w:rPr>
          <w:rFonts w:ascii="Times New Roman" w:hAnsi="Times New Roman" w:cs="Times New Roman"/>
          <w:sz w:val="18"/>
          <w:szCs w:val="18"/>
        </w:rPr>
        <w:t>.</w:t>
      </w:r>
      <w:r w:rsidR="007C6AEC" w:rsidRPr="00DA334D">
        <w:rPr>
          <w:rFonts w:ascii="Times New Roman" w:hAnsi="Times New Roman" w:cs="Times New Roman"/>
          <w:b/>
          <w:sz w:val="18"/>
          <w:szCs w:val="18"/>
        </w:rPr>
        <w:t xml:space="preserve"> </w:t>
      </w:r>
    </w:p>
    <w:p w14:paraId="2040D371" w14:textId="09C752E8" w:rsidR="00C24CE2" w:rsidRDefault="007C6AEC" w:rsidP="00C24CE2">
      <w:pPr>
        <w:spacing w:before="60" w:after="40"/>
        <w:jc w:val="both"/>
        <w:rPr>
          <w:rFonts w:ascii="Times New Roman" w:hAnsi="Times New Roman" w:cs="Times New Roman"/>
          <w:b/>
          <w:sz w:val="18"/>
          <w:szCs w:val="18"/>
        </w:rPr>
      </w:pPr>
      <w:proofErr w:type="spellStart"/>
      <w:r w:rsidRPr="00DA334D">
        <w:rPr>
          <w:rFonts w:ascii="Times New Roman" w:hAnsi="Times New Roman" w:cs="Times New Roman"/>
          <w:b/>
          <w:sz w:val="18"/>
          <w:szCs w:val="18"/>
        </w:rPr>
        <w:t>Önemli</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Öğrencinin</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hareketliliğini</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tamamlayıp</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belgelerini</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teslim</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etmesinin</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ardından</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borçlu</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olduğunun</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tespit</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edilmesi</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durumunda</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borç</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tutarını</w:t>
      </w:r>
      <w:proofErr w:type="spellEnd"/>
      <w:r w:rsidRPr="00DA334D">
        <w:rPr>
          <w:rFonts w:ascii="Times New Roman" w:hAnsi="Times New Roman" w:cs="Times New Roman"/>
          <w:b/>
          <w:sz w:val="18"/>
          <w:szCs w:val="18"/>
        </w:rPr>
        <w:t xml:space="preserve"> 45 </w:t>
      </w:r>
      <w:proofErr w:type="spellStart"/>
      <w:r w:rsidRPr="00DA334D">
        <w:rPr>
          <w:rFonts w:ascii="Times New Roman" w:hAnsi="Times New Roman" w:cs="Times New Roman"/>
          <w:b/>
          <w:sz w:val="18"/>
          <w:szCs w:val="18"/>
        </w:rPr>
        <w:t>gün</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içinde</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ödememesi</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hâlinde</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avans</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tutarı</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üzerinden</w:t>
      </w:r>
      <w:proofErr w:type="spellEnd"/>
      <w:r w:rsidRPr="00DA334D">
        <w:rPr>
          <w:rFonts w:ascii="Times New Roman" w:hAnsi="Times New Roman" w:cs="Times New Roman"/>
          <w:b/>
          <w:sz w:val="18"/>
          <w:szCs w:val="18"/>
        </w:rPr>
        <w:t xml:space="preserve"> </w:t>
      </w:r>
      <w:proofErr w:type="spellStart"/>
      <w:r w:rsidR="00124867" w:rsidRPr="00DA334D">
        <w:rPr>
          <w:rFonts w:ascii="Times New Roman" w:hAnsi="Times New Roman" w:cs="Times New Roman"/>
          <w:b/>
          <w:sz w:val="18"/>
          <w:szCs w:val="18"/>
        </w:rPr>
        <w:t>değişir</w:t>
      </w:r>
      <w:proofErr w:type="spellEnd"/>
      <w:r w:rsidR="00124867" w:rsidRPr="00DA334D">
        <w:rPr>
          <w:rFonts w:ascii="Times New Roman" w:hAnsi="Times New Roman" w:cs="Times New Roman"/>
          <w:b/>
          <w:sz w:val="18"/>
          <w:szCs w:val="18"/>
        </w:rPr>
        <w:t xml:space="preserve"> </w:t>
      </w:r>
      <w:proofErr w:type="spellStart"/>
      <w:r w:rsidR="00124867" w:rsidRPr="00DA334D">
        <w:rPr>
          <w:rFonts w:ascii="Times New Roman" w:hAnsi="Times New Roman" w:cs="Times New Roman"/>
          <w:b/>
          <w:sz w:val="18"/>
          <w:szCs w:val="18"/>
        </w:rPr>
        <w:t>oranlı</w:t>
      </w:r>
      <w:proofErr w:type="spellEnd"/>
      <w:r w:rsidR="00124867" w:rsidRPr="00DA334D">
        <w:rPr>
          <w:rFonts w:ascii="Times New Roman" w:hAnsi="Times New Roman" w:cs="Times New Roman"/>
          <w:b/>
          <w:sz w:val="18"/>
          <w:szCs w:val="18"/>
        </w:rPr>
        <w:t xml:space="preserve"> </w:t>
      </w:r>
      <w:proofErr w:type="spellStart"/>
      <w:r w:rsidR="00124867" w:rsidRPr="00DA334D">
        <w:rPr>
          <w:rFonts w:ascii="Times New Roman" w:hAnsi="Times New Roman" w:cs="Times New Roman"/>
          <w:b/>
          <w:sz w:val="18"/>
          <w:szCs w:val="18"/>
        </w:rPr>
        <w:t>yasal</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faiz</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uygulanır</w:t>
      </w:r>
      <w:proofErr w:type="spellEnd"/>
      <w:r w:rsidRPr="00DA334D">
        <w:rPr>
          <w:rFonts w:ascii="Times New Roman" w:hAnsi="Times New Roman" w:cs="Times New Roman"/>
          <w:b/>
          <w:sz w:val="18"/>
          <w:szCs w:val="18"/>
        </w:rPr>
        <w:t xml:space="preserve">. Borçlu </w:t>
      </w:r>
      <w:proofErr w:type="spellStart"/>
      <w:r w:rsidRPr="00DA334D">
        <w:rPr>
          <w:rFonts w:ascii="Times New Roman" w:hAnsi="Times New Roman" w:cs="Times New Roman"/>
          <w:b/>
          <w:sz w:val="18"/>
          <w:szCs w:val="18"/>
        </w:rPr>
        <w:t>olunan</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hibe</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tutarı</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kişi</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borcuna</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alınır</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yasal</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süreç</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başlatılarak</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dosya</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Hukuk</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Müşavirliğine</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aktarılır</w:t>
      </w:r>
      <w:proofErr w:type="spellEnd"/>
      <w:r w:rsidRPr="00DA334D">
        <w:rPr>
          <w:rFonts w:ascii="Times New Roman" w:hAnsi="Times New Roman" w:cs="Times New Roman"/>
          <w:b/>
          <w:sz w:val="18"/>
          <w:szCs w:val="18"/>
        </w:rPr>
        <w:t>.</w:t>
      </w:r>
    </w:p>
    <w:p w14:paraId="295521C8" w14:textId="77777777" w:rsidR="007E2E71" w:rsidRPr="00DA334D" w:rsidRDefault="007E2E71" w:rsidP="00C24CE2">
      <w:pPr>
        <w:spacing w:before="60" w:after="40"/>
        <w:jc w:val="both"/>
        <w:rPr>
          <w:rFonts w:ascii="Times New Roman" w:hAnsi="Times New Roman" w:cs="Times New Roman"/>
          <w:b/>
          <w:sz w:val="18"/>
          <w:szCs w:val="18"/>
        </w:rPr>
      </w:pPr>
    </w:p>
    <w:tbl>
      <w:tblPr>
        <w:tblW w:w="0" w:type="auto"/>
        <w:jc w:val="center"/>
        <w:tblBorders>
          <w:top w:val="single" w:sz="7" w:space="0" w:color="6F6F6F"/>
          <w:left w:val="single" w:sz="7" w:space="0" w:color="6F6F6F"/>
          <w:bottom w:val="single" w:sz="7" w:space="0" w:color="6F6F6F"/>
          <w:right w:val="single" w:sz="7" w:space="0" w:color="6F6F6F"/>
          <w:insideH w:val="single" w:sz="7" w:space="0" w:color="6F6F6F"/>
          <w:insideV w:val="single" w:sz="7" w:space="0" w:color="6F6F6F"/>
        </w:tblBorders>
        <w:tblLook w:val="04A0" w:firstRow="1" w:lastRow="0" w:firstColumn="1" w:lastColumn="0" w:noHBand="0" w:noVBand="1"/>
      </w:tblPr>
      <w:tblGrid>
        <w:gridCol w:w="5326"/>
        <w:gridCol w:w="5326"/>
      </w:tblGrid>
      <w:tr w:rsidR="00D33BB1" w:rsidRPr="00DA334D" w14:paraId="051FA068" w14:textId="77777777">
        <w:trPr>
          <w:jc w:val="center"/>
        </w:trPr>
        <w:tc>
          <w:tcPr>
            <w:tcW w:w="5131" w:type="dxa"/>
            <w:shd w:val="clear" w:color="auto" w:fill="E9EEF6"/>
            <w:tcMar>
              <w:top w:w="100" w:type="dxa"/>
              <w:left w:w="100" w:type="dxa"/>
              <w:bottom w:w="100" w:type="dxa"/>
              <w:right w:w="100" w:type="dxa"/>
            </w:tcMar>
          </w:tcPr>
          <w:p w14:paraId="039620E7" w14:textId="77777777" w:rsidR="00D33BB1" w:rsidRPr="00DA334D" w:rsidRDefault="00000000">
            <w:pPr>
              <w:jc w:val="center"/>
              <w:rPr>
                <w:rFonts w:ascii="Times New Roman" w:hAnsi="Times New Roman" w:cs="Times New Roman"/>
              </w:rPr>
            </w:pPr>
            <w:proofErr w:type="spellStart"/>
            <w:r w:rsidRPr="00DA334D">
              <w:rPr>
                <w:rFonts w:ascii="Times New Roman" w:hAnsi="Times New Roman" w:cs="Times New Roman"/>
                <w:b/>
                <w:sz w:val="18"/>
              </w:rPr>
              <w:t>Tebliğ</w:t>
            </w:r>
            <w:proofErr w:type="spellEnd"/>
            <w:r w:rsidRPr="00DA334D">
              <w:rPr>
                <w:rFonts w:ascii="Times New Roman" w:hAnsi="Times New Roman" w:cs="Times New Roman"/>
                <w:b/>
                <w:sz w:val="18"/>
              </w:rPr>
              <w:t xml:space="preserve"> Eden</w:t>
            </w:r>
          </w:p>
        </w:tc>
        <w:tc>
          <w:tcPr>
            <w:tcW w:w="5131" w:type="dxa"/>
            <w:shd w:val="clear" w:color="auto" w:fill="E9EEF6"/>
            <w:tcMar>
              <w:top w:w="100" w:type="dxa"/>
              <w:left w:w="100" w:type="dxa"/>
              <w:bottom w:w="100" w:type="dxa"/>
              <w:right w:w="100" w:type="dxa"/>
            </w:tcMar>
          </w:tcPr>
          <w:p w14:paraId="3178DF6A" w14:textId="77777777" w:rsidR="00D33BB1" w:rsidRPr="00DA334D" w:rsidRDefault="00000000">
            <w:pPr>
              <w:jc w:val="center"/>
              <w:rPr>
                <w:rFonts w:ascii="Times New Roman" w:hAnsi="Times New Roman" w:cs="Times New Roman"/>
              </w:rPr>
            </w:pPr>
            <w:r w:rsidRPr="00DA334D">
              <w:rPr>
                <w:rFonts w:ascii="Times New Roman" w:hAnsi="Times New Roman" w:cs="Times New Roman"/>
                <w:b/>
                <w:sz w:val="18"/>
              </w:rPr>
              <w:t>Tebellüğ Eden</w:t>
            </w:r>
          </w:p>
        </w:tc>
      </w:tr>
      <w:tr w:rsidR="00D33BB1" w:rsidRPr="00DA334D" w14:paraId="4D871C98" w14:textId="77777777">
        <w:trPr>
          <w:jc w:val="center"/>
        </w:trPr>
        <w:tc>
          <w:tcPr>
            <w:tcW w:w="5326" w:type="dxa"/>
            <w:tcMar>
              <w:top w:w="90" w:type="dxa"/>
              <w:left w:w="100" w:type="dxa"/>
              <w:bottom w:w="90" w:type="dxa"/>
              <w:right w:w="100" w:type="dxa"/>
            </w:tcMar>
          </w:tcPr>
          <w:p w14:paraId="2959606B" w14:textId="77777777" w:rsidR="00D33BB1" w:rsidRPr="00DA334D" w:rsidRDefault="00000000">
            <w:pPr>
              <w:rPr>
                <w:rFonts w:ascii="Times New Roman" w:hAnsi="Times New Roman" w:cs="Times New Roman"/>
              </w:rPr>
            </w:pPr>
            <w:proofErr w:type="spellStart"/>
            <w:r w:rsidRPr="00DA334D">
              <w:rPr>
                <w:rFonts w:ascii="Times New Roman" w:hAnsi="Times New Roman" w:cs="Times New Roman"/>
                <w:b/>
                <w:sz w:val="18"/>
              </w:rPr>
              <w:t>Adı</w:t>
            </w:r>
            <w:proofErr w:type="spellEnd"/>
            <w:r w:rsidRPr="00DA334D">
              <w:rPr>
                <w:rFonts w:ascii="Times New Roman" w:hAnsi="Times New Roman" w:cs="Times New Roman"/>
                <w:b/>
                <w:sz w:val="18"/>
              </w:rPr>
              <w:t xml:space="preserve"> Soyadı:</w:t>
            </w:r>
            <w:r w:rsidRPr="00DA334D">
              <w:rPr>
                <w:rFonts w:ascii="Times New Roman" w:hAnsi="Times New Roman" w:cs="Times New Roman"/>
                <w:sz w:val="18"/>
              </w:rPr>
              <w:br/>
            </w:r>
          </w:p>
        </w:tc>
        <w:tc>
          <w:tcPr>
            <w:tcW w:w="5326" w:type="dxa"/>
            <w:tcMar>
              <w:top w:w="90" w:type="dxa"/>
              <w:left w:w="100" w:type="dxa"/>
              <w:bottom w:w="90" w:type="dxa"/>
              <w:right w:w="100" w:type="dxa"/>
            </w:tcMar>
          </w:tcPr>
          <w:p w14:paraId="64D4A9E8" w14:textId="77777777" w:rsidR="00D33BB1" w:rsidRPr="00DA334D" w:rsidRDefault="00000000">
            <w:pPr>
              <w:rPr>
                <w:rFonts w:ascii="Times New Roman" w:hAnsi="Times New Roman" w:cs="Times New Roman"/>
              </w:rPr>
            </w:pPr>
            <w:r w:rsidRPr="00DA334D">
              <w:rPr>
                <w:rFonts w:ascii="Times New Roman" w:hAnsi="Times New Roman" w:cs="Times New Roman"/>
                <w:b/>
                <w:sz w:val="18"/>
              </w:rPr>
              <w:t>Adı Soyadı:</w:t>
            </w:r>
            <w:r w:rsidRPr="00DA334D">
              <w:rPr>
                <w:rFonts w:ascii="Times New Roman" w:hAnsi="Times New Roman" w:cs="Times New Roman"/>
                <w:sz w:val="18"/>
              </w:rPr>
              <w:br/>
            </w:r>
          </w:p>
        </w:tc>
      </w:tr>
      <w:tr w:rsidR="00D33BB1" w:rsidRPr="00DA334D" w14:paraId="3C280826" w14:textId="77777777">
        <w:trPr>
          <w:jc w:val="center"/>
        </w:trPr>
        <w:tc>
          <w:tcPr>
            <w:tcW w:w="5326" w:type="dxa"/>
            <w:tcMar>
              <w:top w:w="90" w:type="dxa"/>
              <w:left w:w="100" w:type="dxa"/>
              <w:bottom w:w="90" w:type="dxa"/>
              <w:right w:w="100" w:type="dxa"/>
            </w:tcMar>
          </w:tcPr>
          <w:p w14:paraId="5360E1F6" w14:textId="77777777" w:rsidR="00D33BB1" w:rsidRPr="00DA334D" w:rsidRDefault="00000000">
            <w:pPr>
              <w:rPr>
                <w:rFonts w:ascii="Times New Roman" w:hAnsi="Times New Roman" w:cs="Times New Roman"/>
              </w:rPr>
            </w:pPr>
            <w:r w:rsidRPr="00DA334D">
              <w:rPr>
                <w:rFonts w:ascii="Times New Roman" w:hAnsi="Times New Roman" w:cs="Times New Roman"/>
                <w:b/>
                <w:sz w:val="18"/>
              </w:rPr>
              <w:t>Tarih:</w:t>
            </w:r>
            <w:r w:rsidRPr="00DA334D">
              <w:rPr>
                <w:rFonts w:ascii="Times New Roman" w:hAnsi="Times New Roman" w:cs="Times New Roman"/>
                <w:sz w:val="18"/>
              </w:rPr>
              <w:br/>
            </w:r>
          </w:p>
        </w:tc>
        <w:tc>
          <w:tcPr>
            <w:tcW w:w="5326" w:type="dxa"/>
            <w:tcMar>
              <w:top w:w="90" w:type="dxa"/>
              <w:left w:w="100" w:type="dxa"/>
              <w:bottom w:w="90" w:type="dxa"/>
              <w:right w:w="100" w:type="dxa"/>
            </w:tcMar>
          </w:tcPr>
          <w:p w14:paraId="46C9860A" w14:textId="77777777" w:rsidR="00D33BB1" w:rsidRPr="00DA334D" w:rsidRDefault="00000000">
            <w:pPr>
              <w:rPr>
                <w:rFonts w:ascii="Times New Roman" w:hAnsi="Times New Roman" w:cs="Times New Roman"/>
              </w:rPr>
            </w:pPr>
            <w:r w:rsidRPr="00DA334D">
              <w:rPr>
                <w:rFonts w:ascii="Times New Roman" w:hAnsi="Times New Roman" w:cs="Times New Roman"/>
                <w:b/>
                <w:sz w:val="18"/>
              </w:rPr>
              <w:t>Tarih:</w:t>
            </w:r>
            <w:r w:rsidRPr="00DA334D">
              <w:rPr>
                <w:rFonts w:ascii="Times New Roman" w:hAnsi="Times New Roman" w:cs="Times New Roman"/>
                <w:sz w:val="18"/>
              </w:rPr>
              <w:br/>
            </w:r>
          </w:p>
        </w:tc>
      </w:tr>
      <w:tr w:rsidR="00D33BB1" w:rsidRPr="00DA334D" w14:paraId="3B35BACA" w14:textId="77777777">
        <w:trPr>
          <w:jc w:val="center"/>
        </w:trPr>
        <w:tc>
          <w:tcPr>
            <w:tcW w:w="5326" w:type="dxa"/>
            <w:tcMar>
              <w:top w:w="90" w:type="dxa"/>
              <w:left w:w="100" w:type="dxa"/>
              <w:bottom w:w="90" w:type="dxa"/>
              <w:right w:w="100" w:type="dxa"/>
            </w:tcMar>
          </w:tcPr>
          <w:p w14:paraId="66CD5D77" w14:textId="77777777" w:rsidR="00D33BB1" w:rsidRPr="00DA334D" w:rsidRDefault="00000000">
            <w:pPr>
              <w:rPr>
                <w:rFonts w:ascii="Times New Roman" w:hAnsi="Times New Roman" w:cs="Times New Roman"/>
              </w:rPr>
            </w:pPr>
            <w:r w:rsidRPr="00DA334D">
              <w:rPr>
                <w:rFonts w:ascii="Times New Roman" w:hAnsi="Times New Roman" w:cs="Times New Roman"/>
                <w:b/>
                <w:sz w:val="18"/>
              </w:rPr>
              <w:t>İmza:</w:t>
            </w:r>
            <w:r w:rsidRPr="00DA334D">
              <w:rPr>
                <w:rFonts w:ascii="Times New Roman" w:hAnsi="Times New Roman" w:cs="Times New Roman"/>
                <w:sz w:val="18"/>
              </w:rPr>
              <w:br/>
            </w:r>
          </w:p>
        </w:tc>
        <w:tc>
          <w:tcPr>
            <w:tcW w:w="5326" w:type="dxa"/>
            <w:tcMar>
              <w:top w:w="90" w:type="dxa"/>
              <w:left w:w="100" w:type="dxa"/>
              <w:bottom w:w="90" w:type="dxa"/>
              <w:right w:w="100" w:type="dxa"/>
            </w:tcMar>
          </w:tcPr>
          <w:p w14:paraId="6F8778E4" w14:textId="77777777" w:rsidR="00D33BB1" w:rsidRPr="00DA334D" w:rsidRDefault="00000000">
            <w:pPr>
              <w:rPr>
                <w:rFonts w:ascii="Times New Roman" w:hAnsi="Times New Roman" w:cs="Times New Roman"/>
              </w:rPr>
            </w:pPr>
            <w:r w:rsidRPr="00DA334D">
              <w:rPr>
                <w:rFonts w:ascii="Times New Roman" w:hAnsi="Times New Roman" w:cs="Times New Roman"/>
                <w:b/>
                <w:sz w:val="18"/>
              </w:rPr>
              <w:t>İmza:</w:t>
            </w:r>
            <w:r w:rsidRPr="00DA334D">
              <w:rPr>
                <w:rFonts w:ascii="Times New Roman" w:hAnsi="Times New Roman" w:cs="Times New Roman"/>
                <w:sz w:val="18"/>
              </w:rPr>
              <w:br/>
            </w:r>
          </w:p>
        </w:tc>
      </w:tr>
    </w:tbl>
    <w:p w14:paraId="07CBCBA5" w14:textId="717ECACC" w:rsidR="0038097E" w:rsidRPr="00DA334D" w:rsidRDefault="0038097E" w:rsidP="007C6AEC">
      <w:pPr>
        <w:spacing w:before="200"/>
        <w:rPr>
          <w:rFonts w:ascii="Times New Roman" w:hAnsi="Times New Roman" w:cs="Times New Roman"/>
        </w:rPr>
      </w:pPr>
    </w:p>
    <w:sectPr w:rsidR="0038097E" w:rsidRPr="00DA334D" w:rsidSect="00CA51C2">
      <w:headerReference w:type="default" r:id="rId8"/>
      <w:footerReference w:type="default" r:id="rId9"/>
      <w:pgSz w:w="12240" w:h="15840"/>
      <w:pgMar w:top="480" w:right="560" w:bottom="480" w:left="560" w:header="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8036D" w14:textId="77777777" w:rsidR="00DB4A6A" w:rsidRDefault="00DB4A6A">
      <w:r>
        <w:separator/>
      </w:r>
    </w:p>
  </w:endnote>
  <w:endnote w:type="continuationSeparator" w:id="0">
    <w:p w14:paraId="1F4432C8" w14:textId="77777777" w:rsidR="00DB4A6A" w:rsidRDefault="00DB4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3A59" w14:textId="3C49F1BF" w:rsidR="00C24CE2" w:rsidRPr="00CA51C2" w:rsidRDefault="00C24CE2" w:rsidP="00C24CE2">
    <w:pPr>
      <w:pStyle w:val="AltBilgi"/>
      <w:jc w:val="center"/>
      <w:rPr>
        <w:rFonts w:ascii="Times New Roman" w:hAnsi="Times New Roman" w:cs="Times New Roman"/>
        <w:szCs w:val="16"/>
      </w:rPr>
    </w:pPr>
    <w:r w:rsidRPr="00CA51C2">
      <w:rPr>
        <w:rFonts w:ascii="Times New Roman" w:hAnsi="Times New Roman" w:cs="Times New Roman"/>
        <w:szCs w:val="16"/>
      </w:rPr>
      <w:t xml:space="preserve">Şehit Gönenç Caddesi Maltepe Mah.No:5 Çankaya Ankara  </w:t>
    </w:r>
    <w:proofErr w:type="spellStart"/>
    <w:r w:rsidRPr="00CA51C2">
      <w:rPr>
        <w:rFonts w:ascii="Times New Roman" w:hAnsi="Times New Roman" w:cs="Times New Roman"/>
        <w:szCs w:val="16"/>
      </w:rPr>
      <w:t>İletişim</w:t>
    </w:r>
    <w:proofErr w:type="spellEnd"/>
    <w:r w:rsidRPr="00CA51C2">
      <w:rPr>
        <w:rFonts w:ascii="Times New Roman" w:hAnsi="Times New Roman" w:cs="Times New Roman"/>
        <w:szCs w:val="16"/>
      </w:rPr>
      <w:t xml:space="preserve"> :444 22 28 </w:t>
    </w:r>
    <w:hyperlink r:id="rId1" w:history="1">
      <w:r w:rsidRPr="00CA51C2">
        <w:rPr>
          <w:rStyle w:val="Kpr"/>
          <w:rFonts w:ascii="Times New Roman" w:hAnsi="Times New Roman" w:cs="Times New Roman"/>
          <w:color w:val="auto"/>
          <w:szCs w:val="16"/>
        </w:rPr>
        <w:t>www.ankarabilim.edu.tr</w:t>
      </w:r>
    </w:hyperlink>
  </w:p>
  <w:p w14:paraId="480E95DB" w14:textId="0627FE15" w:rsidR="00D33BB1" w:rsidRPr="00CA51C2" w:rsidRDefault="00D33BB1" w:rsidP="00C24CE2">
    <w:pPr>
      <w:pStyle w:val="AltBilgi"/>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8778B" w14:textId="77777777" w:rsidR="00DB4A6A" w:rsidRDefault="00DB4A6A">
      <w:r>
        <w:separator/>
      </w:r>
    </w:p>
  </w:footnote>
  <w:footnote w:type="continuationSeparator" w:id="0">
    <w:p w14:paraId="0185529F" w14:textId="77777777" w:rsidR="00DB4A6A" w:rsidRDefault="00DB4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0840A" w14:textId="41D5AC01" w:rsidR="00C24CE2" w:rsidRDefault="00C24CE2">
    <w:pPr>
      <w:pStyle w:val="stBilgi"/>
    </w:pPr>
  </w:p>
  <w:p w14:paraId="2C66C11F" w14:textId="3D3483EC" w:rsidR="00C24CE2" w:rsidRDefault="00CA51C2" w:rsidP="00C24CE2">
    <w:pPr>
      <w:pStyle w:val="stBilgi"/>
      <w:jc w:val="center"/>
    </w:pPr>
    <w:r>
      <w:rPr>
        <w:noProof/>
      </w:rPr>
      <w:drawing>
        <wp:anchor distT="0" distB="0" distL="114300" distR="114300" simplePos="0" relativeHeight="251658240" behindDoc="1" locked="0" layoutInCell="1" allowOverlap="1" wp14:anchorId="5AA1D3C7" wp14:editId="34422A50">
          <wp:simplePos x="0" y="0"/>
          <wp:positionH relativeFrom="column">
            <wp:posOffset>2813050</wp:posOffset>
          </wp:positionH>
          <wp:positionV relativeFrom="paragraph">
            <wp:posOffset>48260</wp:posOffset>
          </wp:positionV>
          <wp:extent cx="1518285" cy="255905"/>
          <wp:effectExtent l="0" t="0" r="5715" b="0"/>
          <wp:wrapTight wrapText="bothSides">
            <wp:wrapPolygon edited="0">
              <wp:start x="0" y="0"/>
              <wp:lineTo x="0" y="19295"/>
              <wp:lineTo x="21410" y="19295"/>
              <wp:lineTo x="21410" y="0"/>
              <wp:lineTo x="0" y="0"/>
            </wp:wrapPolygon>
          </wp:wrapTight>
          <wp:docPr id="158945626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285" cy="255905"/>
                  </a:xfrm>
                  <a:prstGeom prst="rect">
                    <a:avLst/>
                  </a:prstGeom>
                  <a:noFill/>
                </pic:spPr>
              </pic:pic>
            </a:graphicData>
          </a:graphic>
        </wp:anchor>
      </w:drawing>
    </w:r>
  </w:p>
  <w:p w14:paraId="3E262903" w14:textId="77777777" w:rsidR="00C24CE2" w:rsidRDefault="00C24CE2">
    <w:pPr>
      <w:pStyle w:val="stBilgi"/>
    </w:pPr>
  </w:p>
  <w:p w14:paraId="30E77E10" w14:textId="77777777" w:rsidR="00CA51C2" w:rsidRDefault="00CA51C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910535641">
    <w:abstractNumId w:val="8"/>
  </w:num>
  <w:num w:numId="2" w16cid:durableId="751777603">
    <w:abstractNumId w:val="6"/>
  </w:num>
  <w:num w:numId="3" w16cid:durableId="1753312334">
    <w:abstractNumId w:val="5"/>
  </w:num>
  <w:num w:numId="4" w16cid:durableId="2004354618">
    <w:abstractNumId w:val="4"/>
  </w:num>
  <w:num w:numId="5" w16cid:durableId="316804923">
    <w:abstractNumId w:val="7"/>
  </w:num>
  <w:num w:numId="6" w16cid:durableId="1959024074">
    <w:abstractNumId w:val="3"/>
  </w:num>
  <w:num w:numId="7" w16cid:durableId="198399965">
    <w:abstractNumId w:val="2"/>
  </w:num>
  <w:num w:numId="8" w16cid:durableId="57095850">
    <w:abstractNumId w:val="1"/>
  </w:num>
  <w:num w:numId="9" w16cid:durableId="497159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32A"/>
    <w:rsid w:val="00030477"/>
    <w:rsid w:val="00034616"/>
    <w:rsid w:val="0006063C"/>
    <w:rsid w:val="00072192"/>
    <w:rsid w:val="00124867"/>
    <w:rsid w:val="0015074B"/>
    <w:rsid w:val="001C2055"/>
    <w:rsid w:val="0029639D"/>
    <w:rsid w:val="002B4841"/>
    <w:rsid w:val="002B6075"/>
    <w:rsid w:val="00326F90"/>
    <w:rsid w:val="00344A93"/>
    <w:rsid w:val="0038097E"/>
    <w:rsid w:val="003F67F2"/>
    <w:rsid w:val="00534C4D"/>
    <w:rsid w:val="00551D6C"/>
    <w:rsid w:val="00580A5A"/>
    <w:rsid w:val="00636E84"/>
    <w:rsid w:val="00697EB0"/>
    <w:rsid w:val="006E07F6"/>
    <w:rsid w:val="00714AFB"/>
    <w:rsid w:val="007677E9"/>
    <w:rsid w:val="007C6AEC"/>
    <w:rsid w:val="007E2E71"/>
    <w:rsid w:val="00810C63"/>
    <w:rsid w:val="008252FD"/>
    <w:rsid w:val="008C4AED"/>
    <w:rsid w:val="009426D2"/>
    <w:rsid w:val="009F3CD4"/>
    <w:rsid w:val="00AA1D8D"/>
    <w:rsid w:val="00B47730"/>
    <w:rsid w:val="00BD3E22"/>
    <w:rsid w:val="00C24CE2"/>
    <w:rsid w:val="00C56A70"/>
    <w:rsid w:val="00CA51C2"/>
    <w:rsid w:val="00CB0664"/>
    <w:rsid w:val="00D33BB1"/>
    <w:rsid w:val="00DA334D"/>
    <w:rsid w:val="00DB4A6A"/>
    <w:rsid w:val="00DB51EF"/>
    <w:rsid w:val="00E40B0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1D58E4"/>
  <w14:defaultImageDpi w14:val="300"/>
  <w15:docId w15:val="{422CF7F6-B57F-AB45-921B-7B6950D7D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eastAsia="Arial" w:hAnsi="Arial"/>
      <w:sz w:val="16"/>
    </w:rPr>
  </w:style>
  <w:style w:type="paragraph" w:styleId="Balk1">
    <w:name w:val="heading 1"/>
    <w:basedOn w:val="Normal"/>
    <w:next w:val="Normal"/>
    <w:link w:val="Balk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C24C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nkarabilim.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725</Words>
  <Characters>4139</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Ankara Bilim Üniversitesi Erasmus+ Öğrenci Taahhütnamesi</vt:lpstr>
      <vt:lpstr/>
    </vt:vector>
  </TitlesOfParts>
  <Manager/>
  <Company/>
  <LinksUpToDate>false</LinksUpToDate>
  <CharactersWithSpaces>4855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Bilim Üniversitesi Erasmus+ Öğrenci Taahhütnamesi</dc:title>
  <dc:subject>Kurumsal ve düzenlenebilir Erasmus+ öğrenci taahhütnamesi</dc:subject>
  <dc:creator>Ankara Bilim Üniversitesi</dc:creator>
  <cp:keywords/>
  <dc:description>generated by python-docx</dc:description>
  <cp:lastModifiedBy>Esra Aktaş</cp:lastModifiedBy>
  <cp:revision>10</cp:revision>
  <cp:lastPrinted>2026-08-04T06:46:00Z</cp:lastPrinted>
  <dcterms:created xsi:type="dcterms:W3CDTF">2026-07-23T08:33:00Z</dcterms:created>
  <dcterms:modified xsi:type="dcterms:W3CDTF">2026-08-04T06:46:00Z</dcterms:modified>
  <cp:category/>
</cp:coreProperties>
</file>